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02909" w14:textId="77777777" w:rsidR="00EA18A3" w:rsidRPr="00345D81" w:rsidRDefault="00EA18A3"/>
    <w:p w14:paraId="7FE2EF1F" w14:textId="77777777" w:rsidR="00EA18A3" w:rsidRPr="00345D81" w:rsidRDefault="00EA18A3"/>
    <w:p w14:paraId="3FFC6296" w14:textId="77777777" w:rsidR="00EA18A3" w:rsidRPr="00EB7B4F" w:rsidRDefault="00125072">
      <w:pPr>
        <w:jc w:val="center"/>
        <w:rPr>
          <w:color w:val="31849B"/>
          <w:lang w:val="es-ES"/>
        </w:rPr>
      </w:pPr>
      <w:r w:rsidRPr="00EB7B4F">
        <w:rPr>
          <w:b/>
          <w:color w:val="31849B"/>
          <w:sz w:val="36"/>
          <w:lang w:val="es-ES"/>
        </w:rPr>
        <w:t>MEMORIA DESCRIPTIVA Y JUSTIFICATIVA</w:t>
      </w:r>
    </w:p>
    <w:p w14:paraId="505EE4BD" w14:textId="77777777" w:rsidR="00EA18A3" w:rsidRPr="00EB7B4F" w:rsidRDefault="00125072">
      <w:pPr>
        <w:spacing w:after="100"/>
        <w:jc w:val="center"/>
        <w:rPr>
          <w:color w:val="31849B"/>
          <w:lang w:val="es-ES"/>
        </w:rPr>
      </w:pPr>
      <w:r w:rsidRPr="00EB7B4F">
        <w:rPr>
          <w:b/>
          <w:color w:val="31849B"/>
          <w:sz w:val="28"/>
          <w:lang w:val="es-ES"/>
        </w:rPr>
        <w:t>INVERSIONES EN OPERACIONES NO PRODUCTIVAS</w:t>
      </w:r>
      <w:r w:rsidRPr="00EB7B4F">
        <w:rPr>
          <w:b/>
          <w:color w:val="31849B"/>
          <w:sz w:val="28"/>
          <w:lang w:val="es-ES"/>
        </w:rPr>
        <w:br/>
        <w:t>DE ENTIDADES LOCALES</w:t>
      </w:r>
    </w:p>
    <w:p w14:paraId="637A151A" w14:textId="77777777" w:rsidR="00EA18A3" w:rsidRPr="00EB7B4F" w:rsidRDefault="00125072">
      <w:pPr>
        <w:spacing w:after="280"/>
        <w:jc w:val="center"/>
        <w:rPr>
          <w:color w:val="31849B"/>
          <w:lang w:val="es-ES"/>
        </w:rPr>
      </w:pPr>
      <w:r w:rsidRPr="00EB7B4F">
        <w:rPr>
          <w:b/>
          <w:color w:val="31849B"/>
          <w:sz w:val="21"/>
          <w:lang w:val="es-ES"/>
        </w:rPr>
        <w:t>Convocatoria 2026</w:t>
      </w:r>
    </w:p>
    <w:p w14:paraId="5D887C9B" w14:textId="77777777" w:rsidR="009C6331" w:rsidRPr="0070229A" w:rsidRDefault="00EB7B4F">
      <w:pPr>
        <w:spacing w:before="160" w:after="0"/>
        <w:jc w:val="center"/>
        <w:rPr>
          <w:b/>
          <w:bCs/>
          <w:i/>
          <w:color w:val="18482E"/>
          <w:sz w:val="24"/>
          <w:szCs w:val="24"/>
          <w:lang w:val="es-ES"/>
        </w:rPr>
      </w:pPr>
      <w:r w:rsidRPr="0070229A">
        <w:rPr>
          <w:b/>
          <w:bCs/>
          <w:i/>
          <w:color w:val="18482E"/>
          <w:sz w:val="24"/>
          <w:szCs w:val="24"/>
          <w:lang w:val="es-ES"/>
        </w:rPr>
        <w:t>INDICE:</w:t>
      </w:r>
    </w:p>
    <w:p w14:paraId="5821314E" w14:textId="77777777" w:rsidR="00EB7B4F" w:rsidRPr="0070229A" w:rsidRDefault="00EB7B4F" w:rsidP="00F24B6A">
      <w:pPr>
        <w:spacing w:before="120" w:after="0"/>
        <w:ind w:left="851"/>
        <w:jc w:val="center"/>
        <w:rPr>
          <w:bCs/>
          <w:i/>
          <w:color w:val="666666"/>
          <w:sz w:val="24"/>
          <w:szCs w:val="24"/>
          <w:lang w:val="es-ES"/>
        </w:rPr>
      </w:pPr>
    </w:p>
    <w:p w14:paraId="0C6D65DD" w14:textId="204CC8EE" w:rsidR="00BD1A10" w:rsidRPr="00F24B6A" w:rsidRDefault="006C271E" w:rsidP="00F24B6A">
      <w:pPr>
        <w:keepNext/>
        <w:spacing w:before="120" w:after="0"/>
        <w:ind w:left="851"/>
        <w:rPr>
          <w:bCs/>
          <w:sz w:val="24"/>
          <w:szCs w:val="24"/>
          <w:lang w:val="es-ES"/>
        </w:rPr>
      </w:pPr>
      <w:hyperlink w:anchor="bolque_cero" w:history="1">
        <w:r w:rsidR="00BD1A10" w:rsidRPr="006C271E">
          <w:rPr>
            <w:rStyle w:val="Hipervnculo"/>
            <w:sz w:val="22"/>
            <w:lang w:val="es-ES"/>
          </w:rPr>
          <w:t>INSTRUCCIONES BREVES DE CUMPLIMENTACIÓN</w:t>
        </w:r>
      </w:hyperlink>
    </w:p>
    <w:p w14:paraId="5BE991AC" w14:textId="7019F75F" w:rsidR="00BD1A10" w:rsidRPr="00F24B6A" w:rsidRDefault="006C271E" w:rsidP="00F24B6A">
      <w:pPr>
        <w:keepNext/>
        <w:spacing w:before="120" w:after="0"/>
        <w:ind w:left="851"/>
        <w:rPr>
          <w:bCs/>
          <w:sz w:val="24"/>
          <w:szCs w:val="24"/>
          <w:lang w:val="es-ES"/>
        </w:rPr>
      </w:pPr>
      <w:hyperlink w:anchor="bolque_uno" w:history="1">
        <w:r w:rsidR="00BD1A10" w:rsidRPr="006C271E">
          <w:rPr>
            <w:rStyle w:val="Hipervnculo"/>
            <w:sz w:val="22"/>
            <w:lang w:val="es-ES"/>
          </w:rPr>
          <w:t>BLOQUE 1. DATOS IDENTIFICATIVOS Y JUSTIFICACIÓN DE LA OPERACIÓN</w:t>
        </w:r>
      </w:hyperlink>
    </w:p>
    <w:p w14:paraId="2A864AC7" w14:textId="745734D2" w:rsidR="00BD1A10" w:rsidRPr="00F24B6A" w:rsidRDefault="006C271E" w:rsidP="00F24B6A">
      <w:pPr>
        <w:keepNext/>
        <w:spacing w:before="120" w:after="0"/>
        <w:ind w:left="851"/>
        <w:rPr>
          <w:bCs/>
          <w:sz w:val="24"/>
          <w:szCs w:val="24"/>
          <w:lang w:val="es-ES"/>
        </w:rPr>
      </w:pPr>
      <w:hyperlink w:anchor="bolque_dos" w:history="1">
        <w:r w:rsidR="00BD1A10" w:rsidRPr="006C271E">
          <w:rPr>
            <w:rStyle w:val="Hipervnculo"/>
            <w:sz w:val="22"/>
            <w:lang w:val="es-ES"/>
          </w:rPr>
          <w:t>BLOQUE 2. DESCRIPCIÓN DE LAS OPERACIONES</w:t>
        </w:r>
      </w:hyperlink>
    </w:p>
    <w:p w14:paraId="7CEF7F38" w14:textId="24E1D3C4" w:rsidR="00BD1A10" w:rsidRPr="00F24B6A" w:rsidRDefault="006C271E" w:rsidP="00F24B6A">
      <w:pPr>
        <w:keepNext/>
        <w:spacing w:before="120" w:after="0"/>
        <w:ind w:left="851"/>
        <w:rPr>
          <w:bCs/>
          <w:sz w:val="24"/>
          <w:szCs w:val="24"/>
          <w:lang w:val="es-ES"/>
        </w:rPr>
      </w:pPr>
      <w:hyperlink w:anchor="bolque_tres" w:history="1">
        <w:r w:rsidR="00BD1A10" w:rsidRPr="006C271E">
          <w:rPr>
            <w:rStyle w:val="Hipervnculo"/>
            <w:sz w:val="22"/>
            <w:lang w:val="es-ES"/>
          </w:rPr>
          <w:t>BLOQUE 3. PRESUPUESTO DE LAS OPERACIONES</w:t>
        </w:r>
      </w:hyperlink>
    </w:p>
    <w:p w14:paraId="0AF079C3" w14:textId="30BBEAF0" w:rsidR="00BD1A10" w:rsidRPr="00F24B6A" w:rsidRDefault="006C271E" w:rsidP="00F24B6A">
      <w:pPr>
        <w:keepNext/>
        <w:spacing w:before="120" w:after="0"/>
        <w:ind w:left="851"/>
        <w:rPr>
          <w:bCs/>
          <w:sz w:val="24"/>
          <w:szCs w:val="24"/>
          <w:lang w:val="es-ES"/>
        </w:rPr>
      </w:pPr>
      <w:hyperlink w:anchor="bolque_cuatro" w:history="1">
        <w:r w:rsidR="00BD1A10" w:rsidRPr="006C271E">
          <w:rPr>
            <w:rStyle w:val="Hipervnculo"/>
            <w:sz w:val="22"/>
            <w:lang w:val="es-ES"/>
          </w:rPr>
          <w:t>BLOQUE 4. INFORMACIÓN PARA APLICAR LOS CRITERIOS DE VALORACIÓN (CSO)</w:t>
        </w:r>
      </w:hyperlink>
    </w:p>
    <w:p w14:paraId="467BEF67" w14:textId="17021013" w:rsidR="00BD1A10" w:rsidRPr="00F24B6A" w:rsidRDefault="006C271E" w:rsidP="00F24B6A">
      <w:pPr>
        <w:keepNext/>
        <w:spacing w:before="120" w:after="0"/>
        <w:ind w:left="851"/>
        <w:rPr>
          <w:bCs/>
          <w:sz w:val="24"/>
          <w:szCs w:val="24"/>
          <w:lang w:val="es-ES"/>
        </w:rPr>
      </w:pPr>
      <w:hyperlink w:anchor="bolque_cinco" w:history="1">
        <w:r w:rsidR="00BD1A10" w:rsidRPr="006C271E">
          <w:rPr>
            <w:rStyle w:val="Hipervnculo"/>
            <w:sz w:val="22"/>
            <w:lang w:val="es-ES"/>
          </w:rPr>
          <w:t>BLOQUE 5. OTROS DATOS RELEVANTES</w:t>
        </w:r>
      </w:hyperlink>
    </w:p>
    <w:p w14:paraId="4E9605EA" w14:textId="05B63DC1" w:rsidR="00BD1A10" w:rsidRPr="00F24B6A" w:rsidRDefault="006C271E" w:rsidP="00F24B6A">
      <w:pPr>
        <w:keepNext/>
        <w:spacing w:before="120" w:after="0"/>
        <w:ind w:left="851"/>
        <w:rPr>
          <w:bCs/>
          <w:sz w:val="24"/>
          <w:szCs w:val="24"/>
          <w:lang w:val="es-ES"/>
        </w:rPr>
      </w:pPr>
      <w:hyperlink w:anchor="bloque_check_list" w:history="1">
        <w:r w:rsidR="00BD1A10" w:rsidRPr="006C271E">
          <w:rPr>
            <w:rStyle w:val="Hipervnculo"/>
            <w:sz w:val="22"/>
            <w:lang w:val="es-ES"/>
          </w:rPr>
          <w:t>CHECKLIST DE COMPROBACIÓN ANTES DE FIRMAR LA MEMORIA</w:t>
        </w:r>
      </w:hyperlink>
    </w:p>
    <w:p w14:paraId="6C6DD04D" w14:textId="05FA5386" w:rsidR="00BD1A10" w:rsidRPr="00F24B6A" w:rsidRDefault="006C271E" w:rsidP="00F24B6A">
      <w:pPr>
        <w:keepNext/>
        <w:spacing w:before="120" w:after="0"/>
        <w:ind w:left="851"/>
        <w:rPr>
          <w:bCs/>
          <w:sz w:val="24"/>
          <w:szCs w:val="24"/>
          <w:lang w:val="es-ES"/>
        </w:rPr>
      </w:pPr>
      <w:hyperlink w:anchor="bloque_firma" w:history="1">
        <w:r w:rsidR="00BD1A10" w:rsidRPr="006C271E">
          <w:rPr>
            <w:rStyle w:val="Hipervnculo"/>
            <w:sz w:val="22"/>
            <w:lang w:val="es-ES"/>
          </w:rPr>
          <w:t>DECLARACIÓN RESPONSABLE Y FIRMA</w:t>
        </w:r>
      </w:hyperlink>
    </w:p>
    <w:p w14:paraId="4BDD0233" w14:textId="12C83ADE" w:rsidR="00BD1A10" w:rsidRPr="0070229A" w:rsidRDefault="006C271E" w:rsidP="00F24B6A">
      <w:pPr>
        <w:keepNext/>
        <w:spacing w:before="120" w:after="0"/>
        <w:ind w:left="851"/>
        <w:rPr>
          <w:lang w:val="es-ES"/>
        </w:rPr>
      </w:pPr>
      <w:hyperlink w:anchor="bloque_proteccion_datos" w:history="1">
        <w:r w:rsidR="00BD1A10" w:rsidRPr="006C271E">
          <w:rPr>
            <w:rStyle w:val="Hipervnculo"/>
            <w:sz w:val="22"/>
            <w:lang w:val="es-ES"/>
          </w:rPr>
          <w:t>INFORMACIÓN ADICIONAL DE PROTECCIÓN DE DATOS</w:t>
        </w:r>
      </w:hyperlink>
    </w:p>
    <w:p w14:paraId="78AA2B7A" w14:textId="77777777" w:rsidR="006B6F79" w:rsidRPr="006B6F79" w:rsidRDefault="006B6F79" w:rsidP="00F24B6A">
      <w:pPr>
        <w:keepNext/>
        <w:spacing w:before="120" w:after="0"/>
        <w:ind w:left="851"/>
        <w:rPr>
          <w:rStyle w:val="Hipervnculo"/>
          <w:bCs/>
          <w:sz w:val="24"/>
          <w:szCs w:val="24"/>
          <w:lang w:val="es-ES"/>
        </w:rPr>
      </w:pPr>
    </w:p>
    <w:p w14:paraId="3352D611" w14:textId="57F775D9" w:rsidR="00BD1A10" w:rsidRPr="006C271E" w:rsidRDefault="009E7E77" w:rsidP="00F24B6A">
      <w:pPr>
        <w:keepNext/>
        <w:spacing w:before="120" w:after="0"/>
        <w:ind w:left="851"/>
        <w:rPr>
          <w:color w:val="0000FF"/>
          <w:sz w:val="22"/>
          <w:u w:val="single"/>
          <w:lang w:val="es-ES"/>
        </w:rPr>
      </w:pPr>
      <w:hyperlink w:anchor="anexo_orientativo" w:history="1">
        <w:r w:rsidR="00283F85" w:rsidRPr="009E7E77">
          <w:rPr>
            <w:rStyle w:val="Hipervnculo"/>
            <w:sz w:val="22"/>
            <w:lang w:val="es-ES"/>
          </w:rPr>
          <w:t>INFORMACIÓN ORIENTATIVA. INDICACIONES Y EJEMPLO DE C</w:t>
        </w:r>
        <w:r w:rsidR="00283F85" w:rsidRPr="009E7E77">
          <w:rPr>
            <w:rStyle w:val="Hipervnculo"/>
            <w:sz w:val="22"/>
            <w:lang w:val="es-ES"/>
          </w:rPr>
          <w:t>U</w:t>
        </w:r>
        <w:r w:rsidR="00283F85" w:rsidRPr="009E7E77">
          <w:rPr>
            <w:rStyle w:val="Hipervnculo"/>
            <w:sz w:val="22"/>
            <w:lang w:val="es-ES"/>
          </w:rPr>
          <w:t>MPLIMENTACIÓN</w:t>
        </w:r>
      </w:hyperlink>
    </w:p>
    <w:p w14:paraId="0BEB0FA3" w14:textId="77777777" w:rsidR="0009506B" w:rsidRPr="006C271E" w:rsidRDefault="0009506B" w:rsidP="00F24B6A">
      <w:pPr>
        <w:keepNext/>
        <w:spacing w:before="120" w:after="0"/>
        <w:ind w:left="851"/>
        <w:rPr>
          <w:color w:val="0000FF"/>
          <w:sz w:val="22"/>
          <w:u w:val="single"/>
          <w:lang w:val="es-ES"/>
        </w:rPr>
      </w:pPr>
    </w:p>
    <w:p w14:paraId="53C3A24D" w14:textId="77777777" w:rsidR="009C6331" w:rsidRPr="00BD1A10" w:rsidRDefault="009C6331">
      <w:pPr>
        <w:spacing w:before="160" w:after="0"/>
        <w:jc w:val="center"/>
        <w:rPr>
          <w:i/>
          <w:color w:val="666666"/>
          <w:sz w:val="16"/>
          <w:lang w:val="es-ES"/>
        </w:rPr>
      </w:pPr>
    </w:p>
    <w:p w14:paraId="133645C2" w14:textId="6BA41EDF" w:rsidR="00EA18A3" w:rsidRPr="00C04BCF" w:rsidRDefault="00125072">
      <w:pPr>
        <w:spacing w:before="160" w:after="0"/>
        <w:jc w:val="center"/>
        <w:rPr>
          <w:sz w:val="20"/>
          <w:szCs w:val="20"/>
          <w:lang w:val="es-ES"/>
        </w:rPr>
      </w:pPr>
      <w:r w:rsidRPr="00C04BCF">
        <w:rPr>
          <w:i/>
          <w:color w:val="666666"/>
          <w:sz w:val="20"/>
          <w:szCs w:val="20"/>
          <w:lang w:val="es-ES"/>
        </w:rPr>
        <w:t>Documento editable para cumplimentación electrónica</w:t>
      </w:r>
      <w:r w:rsidR="00AF2419">
        <w:rPr>
          <w:i/>
          <w:color w:val="666666"/>
          <w:sz w:val="20"/>
          <w:szCs w:val="20"/>
          <w:lang w:val="es-ES"/>
        </w:rPr>
        <w:t xml:space="preserve">, </w:t>
      </w:r>
      <w:r w:rsidR="003633C1">
        <w:rPr>
          <w:i/>
          <w:color w:val="666666"/>
          <w:sz w:val="20"/>
          <w:szCs w:val="20"/>
          <w:lang w:val="es-ES"/>
        </w:rPr>
        <w:t>con</w:t>
      </w:r>
      <w:r w:rsidR="00AF2419">
        <w:rPr>
          <w:i/>
          <w:color w:val="666666"/>
          <w:sz w:val="20"/>
          <w:szCs w:val="20"/>
          <w:lang w:val="es-ES"/>
        </w:rPr>
        <w:t xml:space="preserve"> los contenidos obligatorios recogidos en el Anexo III de la convocatoria de ayudas.</w:t>
      </w:r>
    </w:p>
    <w:p w14:paraId="241ED887" w14:textId="77777777" w:rsidR="00EA18A3" w:rsidRPr="009C6331" w:rsidRDefault="00125072">
      <w:pPr>
        <w:rPr>
          <w:lang w:val="es-ES"/>
        </w:rPr>
      </w:pPr>
      <w:r w:rsidRPr="009C6331">
        <w:rPr>
          <w:lang w:val="es-ES"/>
        </w:rPr>
        <w:br w:type="page"/>
      </w:r>
    </w:p>
    <w:tbl>
      <w:tblPr>
        <w:tblW w:w="0" w:type="auto"/>
        <w:jc w:val="center"/>
        <w:shd w:val="clear" w:color="auto" w:fill="31849B"/>
        <w:tblLayout w:type="fixed"/>
        <w:tblLook w:val="04A0" w:firstRow="1" w:lastRow="0" w:firstColumn="1" w:lastColumn="0" w:noHBand="0" w:noVBand="1"/>
      </w:tblPr>
      <w:tblGrid>
        <w:gridCol w:w="10262"/>
      </w:tblGrid>
      <w:tr w:rsidR="00EA18A3" w:rsidRPr="008F735A" w14:paraId="26902628" w14:textId="77777777" w:rsidTr="008F735A">
        <w:trPr>
          <w:trHeight w:val="312"/>
          <w:jc w:val="center"/>
        </w:trPr>
        <w:tc>
          <w:tcPr>
            <w:tcW w:w="10262" w:type="dxa"/>
            <w:tcBorders>
              <w:top w:val="single" w:sz="4" w:space="0" w:color="8AA694"/>
              <w:left w:val="single" w:sz="4" w:space="0" w:color="8AA694"/>
              <w:bottom w:val="single" w:sz="4" w:space="0" w:color="8AA694"/>
              <w:right w:val="single" w:sz="4" w:space="0" w:color="8AA694"/>
            </w:tcBorders>
            <w:shd w:val="clear" w:color="auto" w:fill="31849B"/>
            <w:tcMar>
              <w:top w:w="70" w:type="dxa"/>
              <w:left w:w="70" w:type="dxa"/>
              <w:bottom w:w="70" w:type="dxa"/>
              <w:right w:w="70" w:type="dxa"/>
            </w:tcMar>
            <w:vAlign w:val="center"/>
          </w:tcPr>
          <w:p w14:paraId="4E657D99" w14:textId="77777777" w:rsidR="00EA18A3" w:rsidRPr="008F735A" w:rsidRDefault="00125072">
            <w:pPr>
              <w:keepNext/>
              <w:spacing w:after="0"/>
              <w:rPr>
                <w:b/>
                <w:color w:val="FFFFFF"/>
                <w:sz w:val="22"/>
                <w:lang w:val="es-ES"/>
              </w:rPr>
            </w:pPr>
            <w:r w:rsidRPr="008F735A">
              <w:rPr>
                <w:b/>
                <w:color w:val="FFFFFF"/>
                <w:sz w:val="22"/>
                <w:lang w:val="es-ES"/>
              </w:rPr>
              <w:lastRenderedPageBreak/>
              <w:t>0. INSTR</w:t>
            </w:r>
            <w:bookmarkStart w:id="0" w:name="a"/>
            <w:bookmarkEnd w:id="0"/>
            <w:r w:rsidRPr="008F735A">
              <w:rPr>
                <w:b/>
                <w:color w:val="FFFFFF"/>
                <w:sz w:val="22"/>
                <w:lang w:val="es-ES"/>
              </w:rPr>
              <w:t>UCCIO</w:t>
            </w:r>
            <w:bookmarkStart w:id="1" w:name="bolque_cero"/>
            <w:bookmarkEnd w:id="1"/>
            <w:r w:rsidRPr="008F735A">
              <w:rPr>
                <w:b/>
                <w:color w:val="FFFFFF"/>
                <w:sz w:val="22"/>
                <w:lang w:val="es-ES"/>
              </w:rPr>
              <w:t>NES BREVES DE CUMPLIMENTACIÓN</w:t>
            </w:r>
          </w:p>
        </w:tc>
      </w:tr>
    </w:tbl>
    <w:p w14:paraId="0314A2A1" w14:textId="77777777" w:rsidR="00EA18A3" w:rsidRDefault="00EA18A3">
      <w:pPr>
        <w:spacing w:after="0"/>
        <w:rPr>
          <w:sz w:val="20"/>
          <w:szCs w:val="20"/>
        </w:rPr>
      </w:pPr>
    </w:p>
    <w:p w14:paraId="49AFA2A6" w14:textId="77777777" w:rsidR="004E1367" w:rsidRDefault="004E1367">
      <w:pPr>
        <w:spacing w:after="0"/>
        <w:rPr>
          <w:sz w:val="20"/>
          <w:szCs w:val="20"/>
        </w:rPr>
      </w:pPr>
    </w:p>
    <w:tbl>
      <w:tblPr>
        <w:tblW w:w="0" w:type="auto"/>
        <w:jc w:val="center"/>
        <w:tblLayout w:type="fixed"/>
        <w:tblLook w:val="04A0" w:firstRow="1" w:lastRow="0" w:firstColumn="1" w:lastColumn="0" w:noHBand="0" w:noVBand="1"/>
      </w:tblPr>
      <w:tblGrid>
        <w:gridCol w:w="10262"/>
      </w:tblGrid>
      <w:tr w:rsidR="004E1367" w:rsidRPr="00497C72" w14:paraId="76F42051" w14:textId="77777777" w:rsidTr="00D845B1">
        <w:trPr>
          <w:jc w:val="center"/>
        </w:trPr>
        <w:tc>
          <w:tcPr>
            <w:tcW w:w="10262" w:type="dxa"/>
            <w:tcBorders>
              <w:top w:val="single" w:sz="8" w:space="0" w:color="1F5E3A"/>
              <w:left w:val="single" w:sz="8" w:space="0" w:color="1F5E3A"/>
              <w:bottom w:val="single" w:sz="8" w:space="0" w:color="1F5E3A"/>
              <w:right w:val="single" w:sz="8" w:space="0" w:color="1F5E3A"/>
            </w:tcBorders>
            <w:shd w:val="clear" w:color="auto" w:fill="EAF3EC"/>
            <w:tcMar>
              <w:top w:w="90" w:type="dxa"/>
              <w:left w:w="100" w:type="dxa"/>
              <w:bottom w:w="90" w:type="dxa"/>
              <w:right w:w="100" w:type="dxa"/>
            </w:tcMar>
          </w:tcPr>
          <w:p w14:paraId="71FFA1EE" w14:textId="77777777" w:rsidR="00DB2DC9" w:rsidRPr="00497C72" w:rsidRDefault="00A3308C">
            <w:pPr>
              <w:spacing w:after="0"/>
              <w:rPr>
                <w:sz w:val="20"/>
                <w:szCs w:val="20"/>
                <w:lang w:val="es-ES"/>
              </w:rPr>
            </w:pPr>
            <w:r w:rsidRPr="00497C72">
              <w:rPr>
                <w:b/>
                <w:color w:val="000000"/>
                <w:sz w:val="20"/>
                <w:szCs w:val="20"/>
                <w:lang w:val="es-ES"/>
              </w:rPr>
              <w:t>Finalidad del modelo:</w:t>
            </w:r>
            <w:r w:rsidRPr="00497C72">
              <w:rPr>
                <w:color w:val="000000"/>
                <w:sz w:val="20"/>
                <w:szCs w:val="20"/>
                <w:lang w:val="es-ES"/>
              </w:rPr>
              <w:t xml:space="preserve"> recoger de forma ordenada la información mínima exigida por el Anexo III de la convocatoria y la información adicional necesaria para comprender, valorar y tramitar la operación LEADER. El proyecto debe describirse por el servicio, uso o resultado público que quedará funcionando, no solo por la obra, suministro o contrato que lo ejecuta.</w:t>
            </w:r>
          </w:p>
        </w:tc>
      </w:tr>
    </w:tbl>
    <w:p w14:paraId="0E88C32F" w14:textId="77777777" w:rsidR="004E1367" w:rsidRPr="00497C72" w:rsidRDefault="004E1367" w:rsidP="004E1367">
      <w:pPr>
        <w:spacing w:after="0"/>
        <w:rPr>
          <w:sz w:val="20"/>
          <w:szCs w:val="20"/>
          <w:lang w:val="es-ES"/>
        </w:rPr>
      </w:pPr>
    </w:p>
    <w:tbl>
      <w:tblPr>
        <w:tblW w:w="0" w:type="auto"/>
        <w:jc w:val="center"/>
        <w:tblBorders>
          <w:top w:val="single" w:sz="4" w:space="0" w:color="18482E"/>
          <w:left w:val="single" w:sz="4" w:space="0" w:color="18482E"/>
          <w:bottom w:val="single" w:sz="4" w:space="0" w:color="18482E"/>
          <w:right w:val="single" w:sz="4" w:space="0" w:color="18482E"/>
          <w:insideH w:val="single" w:sz="4" w:space="0" w:color="18482E"/>
          <w:insideV w:val="single" w:sz="4" w:space="0" w:color="18482E"/>
        </w:tblBorders>
        <w:shd w:val="clear" w:color="auto" w:fill="EAF3EC"/>
        <w:tblLayout w:type="fixed"/>
        <w:tblLook w:val="04A0" w:firstRow="1" w:lastRow="0" w:firstColumn="1" w:lastColumn="0" w:noHBand="0" w:noVBand="1"/>
      </w:tblPr>
      <w:tblGrid>
        <w:gridCol w:w="10262"/>
      </w:tblGrid>
      <w:tr w:rsidR="004E1367" w:rsidRPr="00497C72" w14:paraId="3C1F67D0" w14:textId="77777777" w:rsidTr="004E1367">
        <w:trPr>
          <w:jc w:val="center"/>
        </w:trPr>
        <w:tc>
          <w:tcPr>
            <w:tcW w:w="10262" w:type="dxa"/>
            <w:shd w:val="clear" w:color="auto" w:fill="EAF3EC"/>
            <w:tcMar>
              <w:top w:w="90" w:type="dxa"/>
              <w:left w:w="100" w:type="dxa"/>
              <w:bottom w:w="90" w:type="dxa"/>
              <w:right w:w="100" w:type="dxa"/>
            </w:tcMar>
          </w:tcPr>
          <w:p w14:paraId="2FB48A03" w14:textId="668F55A7" w:rsidR="004E1367" w:rsidRPr="00497C72" w:rsidRDefault="004E1367" w:rsidP="00D845B1">
            <w:pPr>
              <w:spacing w:after="0"/>
              <w:rPr>
                <w:b/>
                <w:color w:val="18482E"/>
                <w:sz w:val="20"/>
                <w:szCs w:val="20"/>
                <w:lang w:val="es-ES"/>
              </w:rPr>
            </w:pPr>
            <w:r w:rsidRPr="00497C72">
              <w:rPr>
                <w:b/>
                <w:color w:val="18482E"/>
                <w:sz w:val="20"/>
                <w:szCs w:val="20"/>
                <w:lang w:val="es-ES"/>
              </w:rPr>
              <w:t xml:space="preserve">Importante: </w:t>
            </w:r>
            <w:r w:rsidR="003D0E42" w:rsidRPr="00497C72">
              <w:rPr>
                <w:bCs/>
                <w:sz w:val="20"/>
                <w:szCs w:val="20"/>
                <w:shd w:val="clear" w:color="auto" w:fill="EAF3EC"/>
                <w:lang w:val="es-ES"/>
              </w:rPr>
              <w:t>e</w:t>
            </w:r>
            <w:r w:rsidRPr="00497C72">
              <w:rPr>
                <w:bCs/>
                <w:sz w:val="20"/>
                <w:szCs w:val="20"/>
                <w:shd w:val="clear" w:color="auto" w:fill="EAF3EC"/>
                <w:lang w:val="es-ES"/>
              </w:rPr>
              <w:t>l modelo puede ampliarse cuando sea necesario, Cuando un dato conste en un anexo, resúmalo y cite el nombre del archivo o apartado correspondiente.</w:t>
            </w:r>
          </w:p>
        </w:tc>
      </w:tr>
    </w:tbl>
    <w:p w14:paraId="1BDE5E6C" w14:textId="77777777" w:rsidR="004E1367" w:rsidRPr="00497C72" w:rsidRDefault="004E1367">
      <w:pPr>
        <w:spacing w:after="0"/>
        <w:rPr>
          <w:sz w:val="20"/>
          <w:szCs w:val="20"/>
          <w:lang w:val="es-ES"/>
        </w:rPr>
      </w:pPr>
    </w:p>
    <w:tbl>
      <w:tblPr>
        <w:tblW w:w="0" w:type="auto"/>
        <w:jc w:val="center"/>
        <w:tblLayout w:type="fixed"/>
        <w:tblLook w:val="04A0" w:firstRow="1" w:lastRow="0" w:firstColumn="1" w:lastColumn="0" w:noHBand="0" w:noVBand="1"/>
      </w:tblPr>
      <w:tblGrid>
        <w:gridCol w:w="10262"/>
      </w:tblGrid>
      <w:tr w:rsidR="00EA18A3" w:rsidRPr="00497C72" w14:paraId="6E4C92FC" w14:textId="77777777">
        <w:trPr>
          <w:jc w:val="center"/>
        </w:trPr>
        <w:tc>
          <w:tcPr>
            <w:tcW w:w="10262" w:type="dxa"/>
            <w:tcBorders>
              <w:top w:val="single" w:sz="8" w:space="0" w:color="1F5E3A"/>
              <w:left w:val="single" w:sz="8" w:space="0" w:color="1F5E3A"/>
              <w:bottom w:val="single" w:sz="8" w:space="0" w:color="1F5E3A"/>
              <w:right w:val="single" w:sz="8" w:space="0" w:color="1F5E3A"/>
            </w:tcBorders>
            <w:shd w:val="clear" w:color="auto" w:fill="EAF3EC"/>
            <w:tcMar>
              <w:top w:w="90" w:type="dxa"/>
              <w:left w:w="100" w:type="dxa"/>
              <w:bottom w:w="90" w:type="dxa"/>
              <w:right w:w="100" w:type="dxa"/>
            </w:tcMar>
          </w:tcPr>
          <w:p w14:paraId="3CD91021" w14:textId="77777777" w:rsidR="00DB2DC9" w:rsidRPr="00497C72" w:rsidRDefault="00A3308C">
            <w:pPr>
              <w:spacing w:after="0"/>
              <w:rPr>
                <w:sz w:val="20"/>
                <w:szCs w:val="20"/>
                <w:lang w:val="es-ES"/>
              </w:rPr>
            </w:pPr>
            <w:r w:rsidRPr="00497C72">
              <w:rPr>
                <w:sz w:val="20"/>
                <w:szCs w:val="20"/>
                <w:lang w:val="es-ES"/>
              </w:rPr>
              <w:t>Contenido mínimo: la memoria debe incorporar íntegramente los tres bloques previstos en el Anexo III de la convocatoria: (1) datos identificativos y justificación; (2) descripción de las operaciones; y (3) presupuesto de las operaciones. El Bloque 4 reúne, sin duplicidades, toda la información necesaria para aplicar los criterios de valoración del Navia-Porcía. El Bloque 5 recoge documentación y otros datos complementarios. La falta de la información mínima imprescindible puede determinar la exclusión de la</w:t>
            </w:r>
            <w:r w:rsidRPr="00497C72">
              <w:rPr>
                <w:sz w:val="20"/>
                <w:szCs w:val="20"/>
                <w:lang w:val="es-ES"/>
              </w:rPr>
              <w:t xml:space="preserve"> solicitud.</w:t>
            </w:r>
          </w:p>
        </w:tc>
      </w:tr>
    </w:tbl>
    <w:p w14:paraId="0AAFB4F4" w14:textId="77777777" w:rsidR="00EA18A3" w:rsidRPr="008F735A" w:rsidRDefault="00EA18A3">
      <w:pPr>
        <w:spacing w:after="0"/>
        <w:rPr>
          <w:sz w:val="20"/>
          <w:szCs w:val="20"/>
          <w:lang w:val="es-ES"/>
        </w:rPr>
      </w:pPr>
    </w:p>
    <w:tbl>
      <w:tblPr>
        <w:tblW w:w="0" w:type="auto"/>
        <w:jc w:val="center"/>
        <w:tblLayout w:type="fixed"/>
        <w:tblLook w:val="04A0" w:firstRow="1" w:lastRow="0" w:firstColumn="1" w:lastColumn="0" w:noHBand="0" w:noVBand="1"/>
      </w:tblPr>
      <w:tblGrid>
        <w:gridCol w:w="1871"/>
        <w:gridCol w:w="8421"/>
      </w:tblGrid>
      <w:tr w:rsidR="004E1367" w:rsidRPr="00497C72" w14:paraId="31F8EED1" w14:textId="77777777" w:rsidTr="006D3B99">
        <w:trPr>
          <w:cantSplit/>
          <w:tblHeader/>
          <w:jc w:val="center"/>
        </w:trPr>
        <w:tc>
          <w:tcPr>
            <w:tcW w:w="10292" w:type="dxa"/>
            <w:gridSpan w:val="2"/>
            <w:tcBorders>
              <w:top w:val="single" w:sz="4" w:space="0" w:color="8AA694"/>
              <w:left w:val="single" w:sz="4" w:space="0" w:color="8AA694"/>
              <w:bottom w:val="single" w:sz="4" w:space="0" w:color="8AA694"/>
              <w:right w:val="single" w:sz="4" w:space="0" w:color="8AA694"/>
            </w:tcBorders>
            <w:shd w:val="clear" w:color="auto" w:fill="EAF3EC"/>
            <w:tcMar>
              <w:top w:w="35" w:type="dxa"/>
              <w:left w:w="55" w:type="dxa"/>
              <w:bottom w:w="35" w:type="dxa"/>
              <w:right w:w="55" w:type="dxa"/>
            </w:tcMar>
            <w:vAlign w:val="center"/>
          </w:tcPr>
          <w:p w14:paraId="11BD9B3B" w14:textId="77777777" w:rsidR="004E1367" w:rsidRPr="00497C72" w:rsidRDefault="004E1367" w:rsidP="009E1F7B">
            <w:pPr>
              <w:spacing w:after="0"/>
              <w:jc w:val="center"/>
              <w:rPr>
                <w:b/>
                <w:color w:val="18482E"/>
                <w:sz w:val="20"/>
                <w:szCs w:val="20"/>
              </w:rPr>
            </w:pPr>
            <w:r w:rsidRPr="00497C72">
              <w:rPr>
                <w:b/>
                <w:color w:val="18482E"/>
                <w:sz w:val="20"/>
                <w:szCs w:val="20"/>
              </w:rPr>
              <w:t>Recomendaciones:</w:t>
            </w:r>
          </w:p>
        </w:tc>
      </w:tr>
      <w:tr w:rsidR="00EA18A3" w:rsidRPr="00497C72" w14:paraId="597DEDB9" w14:textId="77777777" w:rsidTr="008F735A">
        <w:trPr>
          <w:cantSplit/>
          <w:jc w:val="center"/>
        </w:trPr>
        <w:tc>
          <w:tcPr>
            <w:tcW w:w="1871" w:type="dxa"/>
            <w:tcBorders>
              <w:top w:val="single" w:sz="4" w:space="0" w:color="8AA694"/>
              <w:left w:val="single" w:sz="4" w:space="0" w:color="8AA694"/>
              <w:bottom w:val="single" w:sz="4" w:space="0" w:color="8AA694"/>
              <w:right w:val="single" w:sz="4" w:space="0" w:color="8AA694"/>
            </w:tcBorders>
            <w:shd w:val="clear" w:color="auto" w:fill="EAF3EC"/>
            <w:tcMar>
              <w:top w:w="35" w:type="dxa"/>
              <w:left w:w="55" w:type="dxa"/>
              <w:bottom w:w="35" w:type="dxa"/>
              <w:right w:w="55" w:type="dxa"/>
            </w:tcMar>
            <w:vAlign w:val="center"/>
          </w:tcPr>
          <w:p w14:paraId="35EE8D3C" w14:textId="77777777" w:rsidR="00EA18A3" w:rsidRPr="00497C72" w:rsidRDefault="00125072">
            <w:pPr>
              <w:spacing w:after="0"/>
              <w:rPr>
                <w:color w:val="18482E"/>
                <w:sz w:val="20"/>
                <w:szCs w:val="20"/>
              </w:rPr>
            </w:pPr>
            <w:r w:rsidRPr="00497C72">
              <w:rPr>
                <w:color w:val="18482E"/>
                <w:sz w:val="20"/>
                <w:szCs w:val="20"/>
              </w:rPr>
              <w:t>Proyecto finalista</w:t>
            </w:r>
          </w:p>
        </w:tc>
        <w:tc>
          <w:tcPr>
            <w:tcW w:w="8421"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35" w:type="dxa"/>
              <w:left w:w="55" w:type="dxa"/>
              <w:bottom w:w="35" w:type="dxa"/>
              <w:right w:w="55" w:type="dxa"/>
            </w:tcMar>
            <w:vAlign w:val="center"/>
          </w:tcPr>
          <w:p w14:paraId="1BAD1150" w14:textId="77777777" w:rsidR="00EA18A3" w:rsidRPr="00497C72" w:rsidRDefault="00125072">
            <w:pPr>
              <w:spacing w:after="0"/>
              <w:rPr>
                <w:sz w:val="20"/>
                <w:szCs w:val="20"/>
                <w:lang w:val="es-ES"/>
              </w:rPr>
            </w:pPr>
            <w:r w:rsidRPr="00497C72">
              <w:rPr>
                <w:sz w:val="20"/>
                <w:szCs w:val="20"/>
                <w:lang w:val="es-ES"/>
              </w:rPr>
              <w:t>Explique qué servicio, uso o resultado público quedará operativo. La obra o el suministro son medios, no la finalidad.</w:t>
            </w:r>
          </w:p>
        </w:tc>
      </w:tr>
      <w:tr w:rsidR="00EA18A3" w:rsidRPr="0087715B" w14:paraId="43D80B18" w14:textId="77777777" w:rsidTr="008F735A">
        <w:trPr>
          <w:cantSplit/>
          <w:jc w:val="center"/>
        </w:trPr>
        <w:tc>
          <w:tcPr>
            <w:tcW w:w="1871" w:type="dxa"/>
            <w:tcBorders>
              <w:top w:val="single" w:sz="4" w:space="0" w:color="8AA694"/>
              <w:left w:val="single" w:sz="4" w:space="0" w:color="8AA694"/>
              <w:bottom w:val="single" w:sz="4" w:space="0" w:color="8AA694"/>
              <w:right w:val="single" w:sz="4" w:space="0" w:color="8AA694"/>
            </w:tcBorders>
            <w:shd w:val="clear" w:color="auto" w:fill="EAF3EC"/>
            <w:tcMar>
              <w:top w:w="35" w:type="dxa"/>
              <w:left w:w="55" w:type="dxa"/>
              <w:bottom w:w="35" w:type="dxa"/>
              <w:right w:w="55" w:type="dxa"/>
            </w:tcMar>
            <w:vAlign w:val="center"/>
          </w:tcPr>
          <w:p w14:paraId="4F15ACDF" w14:textId="77777777" w:rsidR="00EA18A3" w:rsidRPr="00497C72" w:rsidRDefault="0087715B">
            <w:pPr>
              <w:spacing w:after="0"/>
              <w:rPr>
                <w:color w:val="18482E"/>
                <w:sz w:val="20"/>
                <w:szCs w:val="20"/>
              </w:rPr>
            </w:pPr>
            <w:r w:rsidRPr="00497C72">
              <w:rPr>
                <w:color w:val="18482E"/>
                <w:sz w:val="20"/>
                <w:szCs w:val="20"/>
              </w:rPr>
              <w:t>Caracter innovador</w:t>
            </w:r>
          </w:p>
        </w:tc>
        <w:tc>
          <w:tcPr>
            <w:tcW w:w="8421"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35" w:type="dxa"/>
              <w:left w:w="55" w:type="dxa"/>
              <w:bottom w:w="35" w:type="dxa"/>
              <w:right w:w="55" w:type="dxa"/>
            </w:tcMar>
            <w:vAlign w:val="center"/>
          </w:tcPr>
          <w:p w14:paraId="0D95B89D" w14:textId="77777777" w:rsidR="00EA18A3" w:rsidRPr="00497C72" w:rsidRDefault="00125072">
            <w:pPr>
              <w:spacing w:after="0"/>
              <w:rPr>
                <w:sz w:val="20"/>
                <w:szCs w:val="20"/>
                <w:lang w:val="es-ES"/>
              </w:rPr>
            </w:pPr>
            <w:r w:rsidRPr="00497C72">
              <w:rPr>
                <w:sz w:val="20"/>
                <w:szCs w:val="20"/>
                <w:lang w:val="es-ES"/>
              </w:rPr>
              <w:t>Concrete qué prestación, enfoque o forma de gestión es nueva o supone una mejora sustancial. Evite afirmaciones genéricas.</w:t>
            </w:r>
          </w:p>
        </w:tc>
      </w:tr>
      <w:tr w:rsidR="00EA18A3" w:rsidRPr="00497C72" w14:paraId="1751EC16" w14:textId="77777777" w:rsidTr="008F735A">
        <w:trPr>
          <w:cantSplit/>
          <w:jc w:val="center"/>
        </w:trPr>
        <w:tc>
          <w:tcPr>
            <w:tcW w:w="1871" w:type="dxa"/>
            <w:tcBorders>
              <w:top w:val="single" w:sz="4" w:space="0" w:color="8AA694"/>
              <w:left w:val="single" w:sz="4" w:space="0" w:color="8AA694"/>
              <w:bottom w:val="single" w:sz="4" w:space="0" w:color="8AA694"/>
              <w:right w:val="single" w:sz="4" w:space="0" w:color="8AA694"/>
            </w:tcBorders>
            <w:shd w:val="clear" w:color="auto" w:fill="EAF3EC"/>
            <w:tcMar>
              <w:top w:w="35" w:type="dxa"/>
              <w:left w:w="55" w:type="dxa"/>
              <w:bottom w:w="35" w:type="dxa"/>
              <w:right w:w="55" w:type="dxa"/>
            </w:tcMar>
            <w:vAlign w:val="center"/>
          </w:tcPr>
          <w:p w14:paraId="522E6A10" w14:textId="77777777" w:rsidR="00EA18A3" w:rsidRPr="00497C72" w:rsidRDefault="00125072">
            <w:pPr>
              <w:spacing w:after="0"/>
              <w:rPr>
                <w:color w:val="18482E"/>
                <w:sz w:val="20"/>
                <w:szCs w:val="20"/>
              </w:rPr>
            </w:pPr>
            <w:r w:rsidRPr="00497C72">
              <w:rPr>
                <w:color w:val="18482E"/>
                <w:sz w:val="20"/>
                <w:szCs w:val="20"/>
              </w:rPr>
              <w:t>Proyecto completo</w:t>
            </w:r>
          </w:p>
        </w:tc>
        <w:tc>
          <w:tcPr>
            <w:tcW w:w="8421"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35" w:type="dxa"/>
              <w:left w:w="55" w:type="dxa"/>
              <w:bottom w:w="35" w:type="dxa"/>
              <w:right w:w="55" w:type="dxa"/>
            </w:tcMar>
            <w:vAlign w:val="center"/>
          </w:tcPr>
          <w:p w14:paraId="59A7D98D" w14:textId="77777777" w:rsidR="00EA18A3" w:rsidRPr="00497C72" w:rsidRDefault="00125072">
            <w:pPr>
              <w:spacing w:after="0"/>
              <w:rPr>
                <w:sz w:val="20"/>
                <w:szCs w:val="20"/>
                <w:lang w:val="es-ES"/>
              </w:rPr>
            </w:pPr>
            <w:r w:rsidRPr="00497C72">
              <w:rPr>
                <w:sz w:val="20"/>
                <w:szCs w:val="20"/>
                <w:lang w:val="es-ES"/>
              </w:rPr>
              <w:t>Incluya inversiones, servicios y actuaciones asociadas, incluso las que no generen gasto, cuando sean necesarias para el funcionamiento.</w:t>
            </w:r>
          </w:p>
        </w:tc>
      </w:tr>
      <w:tr w:rsidR="00EA18A3" w:rsidRPr="00497C72" w14:paraId="43FFF7BF" w14:textId="77777777" w:rsidTr="008F735A">
        <w:trPr>
          <w:cantSplit/>
          <w:jc w:val="center"/>
        </w:trPr>
        <w:tc>
          <w:tcPr>
            <w:tcW w:w="1871" w:type="dxa"/>
            <w:tcBorders>
              <w:top w:val="single" w:sz="4" w:space="0" w:color="8AA694"/>
              <w:left w:val="single" w:sz="4" w:space="0" w:color="8AA694"/>
              <w:bottom w:val="single" w:sz="4" w:space="0" w:color="8AA694"/>
              <w:right w:val="single" w:sz="4" w:space="0" w:color="8AA694"/>
            </w:tcBorders>
            <w:shd w:val="clear" w:color="auto" w:fill="EAF3EC"/>
            <w:tcMar>
              <w:top w:w="35" w:type="dxa"/>
              <w:left w:w="55" w:type="dxa"/>
              <w:bottom w:w="35" w:type="dxa"/>
              <w:right w:w="55" w:type="dxa"/>
            </w:tcMar>
            <w:vAlign w:val="center"/>
          </w:tcPr>
          <w:p w14:paraId="3CDAD71E" w14:textId="77777777" w:rsidR="00EA18A3" w:rsidRPr="00497C72" w:rsidRDefault="00125072">
            <w:pPr>
              <w:spacing w:after="0"/>
              <w:rPr>
                <w:color w:val="18482E"/>
                <w:sz w:val="20"/>
                <w:szCs w:val="20"/>
              </w:rPr>
            </w:pPr>
            <w:r w:rsidRPr="00497C72">
              <w:rPr>
                <w:color w:val="18482E"/>
                <w:sz w:val="20"/>
                <w:szCs w:val="20"/>
              </w:rPr>
              <w:t>Sin duplicidades</w:t>
            </w:r>
          </w:p>
        </w:tc>
        <w:tc>
          <w:tcPr>
            <w:tcW w:w="8421"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35" w:type="dxa"/>
              <w:left w:w="55" w:type="dxa"/>
              <w:bottom w:w="35" w:type="dxa"/>
              <w:right w:w="55" w:type="dxa"/>
            </w:tcMar>
            <w:vAlign w:val="center"/>
          </w:tcPr>
          <w:p w14:paraId="327B6C8C" w14:textId="77777777" w:rsidR="00EA18A3" w:rsidRPr="00497C72" w:rsidRDefault="00125072">
            <w:pPr>
              <w:spacing w:after="0"/>
              <w:rPr>
                <w:sz w:val="20"/>
                <w:szCs w:val="20"/>
                <w:lang w:val="es-ES"/>
              </w:rPr>
            </w:pPr>
            <w:r w:rsidRPr="00497C72">
              <w:rPr>
                <w:sz w:val="20"/>
                <w:szCs w:val="20"/>
                <w:lang w:val="es-ES"/>
              </w:rPr>
              <w:t>Resuma la información técnica y remita al proyecto, memoria valorada, planos, informes o presupuestos anexos.</w:t>
            </w:r>
          </w:p>
        </w:tc>
      </w:tr>
      <w:tr w:rsidR="00EA18A3" w:rsidRPr="00497C72" w14:paraId="147E1394" w14:textId="77777777" w:rsidTr="008F735A">
        <w:trPr>
          <w:cantSplit/>
          <w:jc w:val="center"/>
        </w:trPr>
        <w:tc>
          <w:tcPr>
            <w:tcW w:w="1871" w:type="dxa"/>
            <w:tcBorders>
              <w:top w:val="single" w:sz="4" w:space="0" w:color="8AA694"/>
              <w:left w:val="single" w:sz="4" w:space="0" w:color="8AA694"/>
              <w:bottom w:val="single" w:sz="4" w:space="0" w:color="8AA694"/>
              <w:right w:val="single" w:sz="4" w:space="0" w:color="8AA694"/>
            </w:tcBorders>
            <w:shd w:val="clear" w:color="auto" w:fill="EAF3EC"/>
            <w:tcMar>
              <w:top w:w="35" w:type="dxa"/>
              <w:left w:w="55" w:type="dxa"/>
              <w:bottom w:w="35" w:type="dxa"/>
              <w:right w:w="55" w:type="dxa"/>
            </w:tcMar>
            <w:vAlign w:val="center"/>
          </w:tcPr>
          <w:p w14:paraId="4DD03FC4" w14:textId="77777777" w:rsidR="00EA18A3" w:rsidRPr="00497C72" w:rsidRDefault="00125072">
            <w:pPr>
              <w:spacing w:after="0"/>
              <w:rPr>
                <w:color w:val="18482E"/>
                <w:sz w:val="20"/>
                <w:szCs w:val="20"/>
              </w:rPr>
            </w:pPr>
            <w:r w:rsidRPr="00497C72">
              <w:rPr>
                <w:color w:val="18482E"/>
                <w:sz w:val="20"/>
                <w:szCs w:val="20"/>
              </w:rPr>
              <w:t>Datos verificables</w:t>
            </w:r>
          </w:p>
        </w:tc>
        <w:tc>
          <w:tcPr>
            <w:tcW w:w="8421"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35" w:type="dxa"/>
              <w:left w:w="55" w:type="dxa"/>
              <w:bottom w:w="35" w:type="dxa"/>
              <w:right w:w="55" w:type="dxa"/>
            </w:tcMar>
            <w:vAlign w:val="center"/>
          </w:tcPr>
          <w:p w14:paraId="492B12D3" w14:textId="77777777" w:rsidR="00EA18A3" w:rsidRPr="00497C72" w:rsidRDefault="00125072">
            <w:pPr>
              <w:spacing w:after="0"/>
              <w:rPr>
                <w:sz w:val="20"/>
                <w:szCs w:val="20"/>
                <w:lang w:val="es-ES"/>
              </w:rPr>
            </w:pPr>
            <w:r w:rsidRPr="00497C72">
              <w:rPr>
                <w:sz w:val="20"/>
                <w:szCs w:val="20"/>
                <w:lang w:val="es-ES"/>
              </w:rPr>
              <w:t>Vincule objetivos, criterios de valoración y resultados con documentos o indicadores comprobables.</w:t>
            </w:r>
          </w:p>
        </w:tc>
      </w:tr>
    </w:tbl>
    <w:p w14:paraId="43C1CFF6" w14:textId="77777777" w:rsidR="00EA18A3" w:rsidRPr="008F735A" w:rsidRDefault="00EA18A3">
      <w:pPr>
        <w:spacing w:after="0"/>
        <w:rPr>
          <w:sz w:val="20"/>
          <w:szCs w:val="20"/>
          <w:lang w:val="es-ES"/>
        </w:rPr>
      </w:pPr>
    </w:p>
    <w:p w14:paraId="7D53D6DF" w14:textId="77777777" w:rsidR="009E1F7B" w:rsidRPr="008F735A" w:rsidRDefault="009E1F7B">
      <w:pPr>
        <w:spacing w:after="0"/>
        <w:rPr>
          <w:sz w:val="20"/>
          <w:szCs w:val="20"/>
          <w:lang w:val="es-ES"/>
        </w:rPr>
      </w:pPr>
      <w:proofErr w:type="gramStart"/>
      <w:r w:rsidRPr="008F735A">
        <w:rPr>
          <w:sz w:val="20"/>
          <w:szCs w:val="20"/>
          <w:lang w:val="es-ES"/>
        </w:rPr>
        <w:t>A</w:t>
      </w:r>
      <w:proofErr w:type="gramEnd"/>
      <w:r w:rsidRPr="008F735A">
        <w:rPr>
          <w:sz w:val="20"/>
          <w:szCs w:val="20"/>
          <w:lang w:val="es-ES"/>
        </w:rPr>
        <w:t xml:space="preserve"> tener en cuenta:</w:t>
      </w:r>
    </w:p>
    <w:p w14:paraId="1467264B" w14:textId="77777777" w:rsidR="009E1F7B" w:rsidRPr="008F735A" w:rsidRDefault="009E1F7B">
      <w:pPr>
        <w:spacing w:after="0"/>
        <w:rPr>
          <w:sz w:val="20"/>
          <w:szCs w:val="20"/>
          <w:lang w:val="es-ES"/>
        </w:rPr>
      </w:pPr>
    </w:p>
    <w:tbl>
      <w:tblPr>
        <w:tblW w:w="0" w:type="auto"/>
        <w:jc w:val="center"/>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shd w:val="clear" w:color="auto" w:fill="EAF3EC"/>
        <w:tblLayout w:type="fixed"/>
        <w:tblLook w:val="04A0" w:firstRow="1" w:lastRow="0" w:firstColumn="1" w:lastColumn="0" w:noHBand="0" w:noVBand="1"/>
      </w:tblPr>
      <w:tblGrid>
        <w:gridCol w:w="10191"/>
      </w:tblGrid>
      <w:tr w:rsidR="009E1F7B" w:rsidRPr="00497C72" w14:paraId="0A906253" w14:textId="77777777" w:rsidTr="00497C72">
        <w:trPr>
          <w:cantSplit/>
          <w:trHeight w:val="869"/>
          <w:jc w:val="center"/>
        </w:trPr>
        <w:tc>
          <w:tcPr>
            <w:tcW w:w="10191" w:type="dxa"/>
            <w:shd w:val="clear" w:color="auto" w:fill="EAF3EC"/>
            <w:tcMar>
              <w:top w:w="35" w:type="dxa"/>
              <w:left w:w="55" w:type="dxa"/>
              <w:bottom w:w="35" w:type="dxa"/>
              <w:right w:w="55" w:type="dxa"/>
            </w:tcMar>
            <w:hideMark/>
          </w:tcPr>
          <w:p w14:paraId="5434D9B2" w14:textId="607EAE9E" w:rsidR="009E1F7B" w:rsidRPr="00497C72" w:rsidRDefault="004E1367" w:rsidP="004E1367">
            <w:pPr>
              <w:spacing w:after="0"/>
              <w:rPr>
                <w:sz w:val="20"/>
                <w:szCs w:val="20"/>
                <w:lang w:val="es-ES"/>
              </w:rPr>
            </w:pPr>
            <w:r w:rsidRPr="00497C72">
              <w:rPr>
                <w:b/>
                <w:color w:val="18482E"/>
                <w:sz w:val="20"/>
                <w:szCs w:val="20"/>
                <w:lang w:val="es-ES"/>
              </w:rPr>
              <w:t>Moderación de costes</w:t>
            </w:r>
            <w:r w:rsidRPr="00497C72">
              <w:rPr>
                <w:bCs/>
                <w:sz w:val="20"/>
                <w:szCs w:val="20"/>
                <w:lang w:val="es-ES"/>
              </w:rPr>
              <w:t>:</w:t>
            </w:r>
            <w:r w:rsidR="009E1F7B" w:rsidRPr="00497C72">
              <w:rPr>
                <w:b/>
                <w:color w:val="18482E"/>
                <w:sz w:val="20"/>
                <w:szCs w:val="20"/>
                <w:lang w:val="es-ES"/>
              </w:rPr>
              <w:t xml:space="preserve"> </w:t>
            </w:r>
            <w:r w:rsidR="003D0E42" w:rsidRPr="00497C72">
              <w:rPr>
                <w:sz w:val="20"/>
                <w:szCs w:val="20"/>
                <w:lang w:val="es-ES"/>
              </w:rPr>
              <w:t>s</w:t>
            </w:r>
            <w:r w:rsidR="009E1F7B" w:rsidRPr="00497C72">
              <w:rPr>
                <w:sz w:val="20"/>
                <w:szCs w:val="20"/>
                <w:lang w:val="es-ES"/>
              </w:rPr>
              <w:t xml:space="preserve">e comprobará principalmente en la solicitud de pago. La entidad debe planificar desde el inicio una contratación que garantice concurrencia y precio de mercado: tres ofertas comparables o, cuando no </w:t>
            </w:r>
            <w:r w:rsidR="00497C72">
              <w:rPr>
                <w:sz w:val="20"/>
                <w:szCs w:val="20"/>
                <w:lang w:val="es-ES"/>
              </w:rPr>
              <w:t>se consigan en el procedimiento de contratación</w:t>
            </w:r>
            <w:r w:rsidR="009E1F7B" w:rsidRPr="00497C72">
              <w:rPr>
                <w:sz w:val="20"/>
                <w:szCs w:val="20"/>
                <w:lang w:val="es-ES"/>
              </w:rPr>
              <w:t>, una justificación detallada y documentada</w:t>
            </w:r>
            <w:r w:rsidR="00497C72">
              <w:rPr>
                <w:sz w:val="20"/>
                <w:szCs w:val="20"/>
                <w:lang w:val="es-ES"/>
              </w:rPr>
              <w:t xml:space="preserve"> del precio estimado del contrato</w:t>
            </w:r>
          </w:p>
        </w:tc>
      </w:tr>
      <w:tr w:rsidR="009E1F7B" w:rsidRPr="00497C72" w14:paraId="32014636" w14:textId="77777777" w:rsidTr="00497C72">
        <w:trPr>
          <w:cantSplit/>
          <w:trHeight w:val="572"/>
          <w:jc w:val="center"/>
        </w:trPr>
        <w:tc>
          <w:tcPr>
            <w:tcW w:w="10191" w:type="dxa"/>
            <w:shd w:val="clear" w:color="auto" w:fill="EAF3EC"/>
            <w:tcMar>
              <w:top w:w="35" w:type="dxa"/>
              <w:left w:w="55" w:type="dxa"/>
              <w:bottom w:w="35" w:type="dxa"/>
              <w:right w:w="55" w:type="dxa"/>
            </w:tcMar>
            <w:hideMark/>
          </w:tcPr>
          <w:p w14:paraId="6018C9C4" w14:textId="77777777" w:rsidR="009E1F7B" w:rsidRPr="00497C72" w:rsidRDefault="004E1367" w:rsidP="004E1367">
            <w:pPr>
              <w:spacing w:after="0"/>
              <w:rPr>
                <w:sz w:val="20"/>
                <w:szCs w:val="20"/>
                <w:lang w:val="es-ES"/>
              </w:rPr>
            </w:pPr>
            <w:r w:rsidRPr="00497C72">
              <w:rPr>
                <w:b/>
                <w:color w:val="18482E"/>
                <w:sz w:val="20"/>
                <w:szCs w:val="20"/>
                <w:lang w:val="es-ES"/>
              </w:rPr>
              <w:t>Proyectos finalistas</w:t>
            </w:r>
            <w:r w:rsidRPr="00497C72">
              <w:rPr>
                <w:bCs/>
                <w:sz w:val="20"/>
                <w:szCs w:val="20"/>
                <w:lang w:val="es-ES"/>
              </w:rPr>
              <w:t>:</w:t>
            </w:r>
            <w:r w:rsidR="009E1F7B" w:rsidRPr="00497C72">
              <w:rPr>
                <w:b/>
                <w:sz w:val="20"/>
                <w:szCs w:val="20"/>
                <w:lang w:val="es-ES"/>
              </w:rPr>
              <w:t xml:space="preserve">  </w:t>
            </w:r>
            <w:r w:rsidR="003D0E42" w:rsidRPr="00497C72">
              <w:rPr>
                <w:sz w:val="20"/>
                <w:szCs w:val="20"/>
                <w:lang w:val="es-ES"/>
              </w:rPr>
              <w:t>l</w:t>
            </w:r>
            <w:r w:rsidR="009E1F7B" w:rsidRPr="00497C72">
              <w:rPr>
                <w:sz w:val="20"/>
                <w:szCs w:val="20"/>
                <w:lang w:val="es-ES"/>
              </w:rPr>
              <w:t>a operación debe poder funcionar plenamente al finalizar. No se admitirán proyectos fragmentados, por fases no autónomas, sin identidad global o que no permitan el uso previsto.</w:t>
            </w:r>
          </w:p>
        </w:tc>
      </w:tr>
      <w:tr w:rsidR="009E1F7B" w:rsidRPr="00497C72" w14:paraId="78CC7897" w14:textId="77777777" w:rsidTr="008F735A">
        <w:trPr>
          <w:cantSplit/>
          <w:jc w:val="center"/>
        </w:trPr>
        <w:tc>
          <w:tcPr>
            <w:tcW w:w="10191" w:type="dxa"/>
            <w:shd w:val="clear" w:color="auto" w:fill="EAF3EC"/>
            <w:tcMar>
              <w:top w:w="35" w:type="dxa"/>
              <w:left w:w="55" w:type="dxa"/>
              <w:bottom w:w="35" w:type="dxa"/>
              <w:right w:w="55" w:type="dxa"/>
            </w:tcMar>
            <w:hideMark/>
          </w:tcPr>
          <w:p w14:paraId="75EF4F92" w14:textId="77777777" w:rsidR="009E1F7B" w:rsidRPr="00497C72" w:rsidRDefault="004E1367" w:rsidP="004E1367">
            <w:pPr>
              <w:spacing w:after="0"/>
              <w:rPr>
                <w:sz w:val="20"/>
                <w:szCs w:val="20"/>
                <w:lang w:val="es-ES"/>
              </w:rPr>
            </w:pPr>
            <w:r w:rsidRPr="00497C72">
              <w:rPr>
                <w:b/>
                <w:color w:val="18482E"/>
                <w:sz w:val="20"/>
                <w:szCs w:val="20"/>
                <w:lang w:val="es-ES"/>
              </w:rPr>
              <w:t>Gastos excluidos</w:t>
            </w:r>
            <w:r w:rsidRPr="00497C72">
              <w:rPr>
                <w:bCs/>
                <w:sz w:val="20"/>
                <w:szCs w:val="20"/>
                <w:lang w:val="es-ES"/>
              </w:rPr>
              <w:t>:</w:t>
            </w:r>
            <w:r w:rsidR="009E1F7B" w:rsidRPr="00497C72">
              <w:rPr>
                <w:b/>
                <w:sz w:val="20"/>
                <w:szCs w:val="20"/>
                <w:lang w:val="es-ES"/>
              </w:rPr>
              <w:t xml:space="preserve"> </w:t>
            </w:r>
            <w:r w:rsidR="003D0E42" w:rsidRPr="00497C72">
              <w:rPr>
                <w:sz w:val="20"/>
                <w:szCs w:val="20"/>
                <w:lang w:val="es-ES"/>
              </w:rPr>
              <w:t>n</w:t>
            </w:r>
            <w:r w:rsidR="009E1F7B" w:rsidRPr="00497C72">
              <w:rPr>
                <w:sz w:val="20"/>
                <w:szCs w:val="20"/>
                <w:lang w:val="es-ES"/>
              </w:rPr>
              <w:t xml:space="preserve">o son subvencionables la simple reposición, el mantenimiento o reparación, la mera sustitución de luminarias, las actuaciones en sedes de entes públicos, ni el resto de </w:t>
            </w:r>
            <w:proofErr w:type="gramStart"/>
            <w:r w:rsidR="009E1F7B" w:rsidRPr="00497C72">
              <w:rPr>
                <w:sz w:val="20"/>
                <w:szCs w:val="20"/>
                <w:lang w:val="es-ES"/>
              </w:rPr>
              <w:t>exclusiones</w:t>
            </w:r>
            <w:proofErr w:type="gramEnd"/>
            <w:r w:rsidR="009E1F7B" w:rsidRPr="00497C72">
              <w:rPr>
                <w:sz w:val="20"/>
                <w:szCs w:val="20"/>
                <w:lang w:val="es-ES"/>
              </w:rPr>
              <w:t xml:space="preserve"> de la Base Sexta.</w:t>
            </w:r>
          </w:p>
        </w:tc>
      </w:tr>
      <w:tr w:rsidR="009E1F7B" w:rsidRPr="00497C72" w14:paraId="14AFD5B8" w14:textId="77777777" w:rsidTr="00497C72">
        <w:trPr>
          <w:cantSplit/>
          <w:trHeight w:val="578"/>
          <w:jc w:val="center"/>
        </w:trPr>
        <w:tc>
          <w:tcPr>
            <w:tcW w:w="10191" w:type="dxa"/>
            <w:shd w:val="clear" w:color="auto" w:fill="EAF3EC"/>
            <w:tcMar>
              <w:top w:w="35" w:type="dxa"/>
              <w:left w:w="55" w:type="dxa"/>
              <w:bottom w:w="35" w:type="dxa"/>
              <w:right w:w="55" w:type="dxa"/>
            </w:tcMar>
            <w:hideMark/>
          </w:tcPr>
          <w:p w14:paraId="573B3011" w14:textId="77777777" w:rsidR="009E1F7B" w:rsidRPr="00497C72" w:rsidRDefault="004E1367" w:rsidP="004E1367">
            <w:pPr>
              <w:spacing w:after="0"/>
              <w:rPr>
                <w:sz w:val="20"/>
                <w:szCs w:val="20"/>
                <w:lang w:val="es-ES"/>
              </w:rPr>
            </w:pPr>
            <w:r w:rsidRPr="00497C72">
              <w:rPr>
                <w:b/>
                <w:color w:val="18482E"/>
                <w:sz w:val="20"/>
                <w:szCs w:val="20"/>
                <w:lang w:val="es-ES"/>
              </w:rPr>
              <w:t>Innovación</w:t>
            </w:r>
            <w:r w:rsidR="009E1F7B" w:rsidRPr="00497C72">
              <w:rPr>
                <w:bCs/>
                <w:sz w:val="20"/>
                <w:szCs w:val="20"/>
                <w:lang w:val="es-ES"/>
              </w:rPr>
              <w:t>:</w:t>
            </w:r>
            <w:r w:rsidR="009E1F7B" w:rsidRPr="00497C72">
              <w:rPr>
                <w:b/>
                <w:sz w:val="20"/>
                <w:szCs w:val="20"/>
                <w:lang w:val="es-ES"/>
              </w:rPr>
              <w:t xml:space="preserve"> </w:t>
            </w:r>
            <w:r w:rsidR="003D0E42" w:rsidRPr="00497C72">
              <w:rPr>
                <w:sz w:val="20"/>
                <w:szCs w:val="20"/>
                <w:lang w:val="es-ES"/>
              </w:rPr>
              <w:t>d</w:t>
            </w:r>
            <w:r w:rsidR="009E1F7B" w:rsidRPr="00497C72">
              <w:rPr>
                <w:sz w:val="20"/>
                <w:szCs w:val="20"/>
                <w:lang w:val="es-ES"/>
              </w:rPr>
              <w:t>ebe explicarse qué tiene de innovador la puesta en marcha o mejora del servicio, proyecto o infraestructura. “Renovar”, “modernizar” o “mejorar” no acredita por sí solo la innovación.</w:t>
            </w:r>
          </w:p>
        </w:tc>
      </w:tr>
      <w:tr w:rsidR="009E1F7B" w:rsidRPr="00497C72" w14:paraId="6CC6E273" w14:textId="77777777" w:rsidTr="00497C72">
        <w:trPr>
          <w:cantSplit/>
          <w:trHeight w:val="913"/>
          <w:jc w:val="center"/>
        </w:trPr>
        <w:tc>
          <w:tcPr>
            <w:tcW w:w="10191" w:type="dxa"/>
            <w:shd w:val="clear" w:color="auto" w:fill="EAF3EC"/>
            <w:tcMar>
              <w:top w:w="35" w:type="dxa"/>
              <w:left w:w="55" w:type="dxa"/>
              <w:bottom w:w="35" w:type="dxa"/>
              <w:right w:w="55" w:type="dxa"/>
            </w:tcMar>
            <w:hideMark/>
          </w:tcPr>
          <w:p w14:paraId="38A6A9A5" w14:textId="77777777" w:rsidR="009E1F7B" w:rsidRPr="00497C72" w:rsidRDefault="004E1367" w:rsidP="004E1367">
            <w:pPr>
              <w:spacing w:after="0"/>
              <w:rPr>
                <w:sz w:val="20"/>
                <w:szCs w:val="20"/>
                <w:lang w:val="es-ES"/>
              </w:rPr>
            </w:pPr>
            <w:proofErr w:type="gramStart"/>
            <w:r w:rsidRPr="00497C72">
              <w:rPr>
                <w:b/>
                <w:color w:val="18482E"/>
                <w:sz w:val="20"/>
                <w:szCs w:val="20"/>
                <w:lang w:val="es-ES"/>
              </w:rPr>
              <w:t>Inversión</w:t>
            </w:r>
            <w:r w:rsidRPr="00497C72">
              <w:rPr>
                <w:bCs/>
                <w:color w:val="18482E"/>
                <w:sz w:val="20"/>
                <w:szCs w:val="20"/>
                <w:lang w:val="es-ES"/>
              </w:rPr>
              <w:t xml:space="preserve">  </w:t>
            </w:r>
            <w:r w:rsidRPr="00497C72">
              <w:rPr>
                <w:b/>
                <w:color w:val="18482E"/>
                <w:sz w:val="20"/>
                <w:szCs w:val="20"/>
                <w:lang w:val="es-ES"/>
              </w:rPr>
              <w:t>no</w:t>
            </w:r>
            <w:proofErr w:type="gramEnd"/>
            <w:r w:rsidRPr="00497C72">
              <w:rPr>
                <w:b/>
                <w:color w:val="18482E"/>
                <w:sz w:val="20"/>
                <w:szCs w:val="20"/>
                <w:lang w:val="es-ES"/>
              </w:rPr>
              <w:t xml:space="preserve"> productiva</w:t>
            </w:r>
            <w:r w:rsidR="009E1F7B" w:rsidRPr="00497C72">
              <w:rPr>
                <w:bCs/>
                <w:sz w:val="20"/>
                <w:szCs w:val="20"/>
                <w:lang w:val="es-ES"/>
              </w:rPr>
              <w:t>:</w:t>
            </w:r>
            <w:r w:rsidR="009E1F7B" w:rsidRPr="00497C72">
              <w:rPr>
                <w:b/>
                <w:sz w:val="20"/>
                <w:szCs w:val="20"/>
                <w:lang w:val="es-ES"/>
              </w:rPr>
              <w:t xml:space="preserve"> </w:t>
            </w:r>
            <w:r w:rsidR="003D0E42" w:rsidRPr="00497C72">
              <w:rPr>
                <w:sz w:val="20"/>
                <w:szCs w:val="20"/>
                <w:lang w:val="es-ES"/>
              </w:rPr>
              <w:t>l</w:t>
            </w:r>
            <w:r w:rsidR="009E1F7B" w:rsidRPr="00497C72">
              <w:rPr>
                <w:sz w:val="20"/>
                <w:szCs w:val="20"/>
                <w:lang w:val="es-ES"/>
              </w:rPr>
              <w:t>a operación debe ser no productiva: de interés público o colectivo y sin finalidad de comercialización de bienes o servicios. Las tasas o precios públicos son compatibles, pero debe explicarse su régimen y finalidad.</w:t>
            </w:r>
          </w:p>
        </w:tc>
      </w:tr>
    </w:tbl>
    <w:p w14:paraId="24EA48DF" w14:textId="77777777" w:rsidR="009E1F7B" w:rsidRPr="00345D81" w:rsidRDefault="009E1F7B">
      <w:pPr>
        <w:spacing w:after="200" w:line="276" w:lineRule="auto"/>
        <w:rPr>
          <w:lang w:val="es-ES"/>
        </w:rPr>
      </w:pPr>
      <w:r w:rsidRPr="00345D81">
        <w:rPr>
          <w:lang w:val="es-ES"/>
        </w:rPr>
        <w:br w:type="page"/>
      </w:r>
    </w:p>
    <w:tbl>
      <w:tblPr>
        <w:tblW w:w="0" w:type="auto"/>
        <w:jc w:val="center"/>
        <w:tblLook w:val="04A0" w:firstRow="1" w:lastRow="0" w:firstColumn="1" w:lastColumn="0" w:noHBand="0" w:noVBand="1"/>
      </w:tblPr>
      <w:tblGrid>
        <w:gridCol w:w="10246"/>
      </w:tblGrid>
      <w:tr w:rsidR="00DB2DC9" w:rsidRPr="005A6ED4" w14:paraId="7E6EFB14" w14:textId="77777777">
        <w:trPr>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4AFA467D" w14:textId="76908A56" w:rsidR="00DB2DC9" w:rsidRPr="005A6ED4" w:rsidRDefault="00A3308C">
            <w:pPr>
              <w:keepNext/>
              <w:spacing w:after="0"/>
              <w:rPr>
                <w:b/>
                <w:bCs/>
                <w:color w:val="FFFFFF" w:themeColor="background1"/>
                <w:sz w:val="24"/>
                <w:szCs w:val="24"/>
                <w:lang w:val="es-ES"/>
              </w:rPr>
            </w:pPr>
            <w:r w:rsidRPr="005A6ED4">
              <w:rPr>
                <w:b/>
                <w:bCs/>
                <w:color w:val="FFFFFF" w:themeColor="background1"/>
                <w:sz w:val="24"/>
                <w:szCs w:val="24"/>
                <w:lang w:val="es-ES"/>
              </w:rPr>
              <w:lastRenderedPageBreak/>
              <w:t>B</w:t>
            </w:r>
            <w:bookmarkStart w:id="2" w:name="bolque_uno"/>
            <w:bookmarkEnd w:id="2"/>
            <w:r w:rsidRPr="005A6ED4">
              <w:rPr>
                <w:b/>
                <w:bCs/>
                <w:color w:val="FFFFFF" w:themeColor="background1"/>
                <w:sz w:val="24"/>
                <w:szCs w:val="24"/>
                <w:lang w:val="es-ES"/>
              </w:rPr>
              <w:t>LOQUE 1. DATOS IDENTIFICATIVOS Y JUSTIFICACIÓN DE LA OPERACIÓN</w:t>
            </w:r>
          </w:p>
        </w:tc>
      </w:tr>
    </w:tbl>
    <w:p w14:paraId="02A32E06" w14:textId="77777777" w:rsidR="00DB2DC9" w:rsidRPr="00497C72" w:rsidRDefault="00DB2DC9">
      <w:pPr>
        <w:spacing w:after="0"/>
        <w:rPr>
          <w:lang w:val="es-ES"/>
        </w:rPr>
      </w:pPr>
    </w:p>
    <w:p w14:paraId="4929441E" w14:textId="77777777" w:rsidR="00DB2DC9" w:rsidRDefault="00A3308C">
      <w:pPr>
        <w:keepNext/>
        <w:pBdr>
          <w:bottom w:val="single" w:sz="8" w:space="2" w:color="18482E"/>
        </w:pBdr>
        <w:spacing w:before="100" w:after="60"/>
      </w:pPr>
      <w:r>
        <w:rPr>
          <w:b/>
          <w:color w:val="18482E"/>
          <w:sz w:val="24"/>
        </w:rPr>
        <w:t>1.1. Título de la operación</w:t>
      </w:r>
    </w:p>
    <w:tbl>
      <w:tblPr>
        <w:tblW w:w="0" w:type="auto"/>
        <w:jc w:val="center"/>
        <w:tblLayout w:type="fixed"/>
        <w:tblLook w:val="04A0" w:firstRow="1" w:lastRow="0" w:firstColumn="1" w:lastColumn="0" w:noHBand="0" w:noVBand="1"/>
      </w:tblPr>
      <w:tblGrid>
        <w:gridCol w:w="3118"/>
        <w:gridCol w:w="6917"/>
      </w:tblGrid>
      <w:tr w:rsidR="00DB2DC9" w:rsidRPr="00497C72" w14:paraId="193942F4"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4F27059F" w14:textId="77777777" w:rsidR="00DB2DC9" w:rsidRDefault="00A3308C">
            <w:pPr>
              <w:spacing w:after="0"/>
            </w:pPr>
            <w:r>
              <w:rPr>
                <w:color w:val="18482E"/>
                <w:sz w:val="19"/>
              </w:rPr>
              <w:t>Título de la operación</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270F839F" w14:textId="481AE4D8" w:rsidR="00DB2DC9" w:rsidRPr="00497C72" w:rsidRDefault="00A3308C">
            <w:pPr>
              <w:spacing w:after="0"/>
              <w:rPr>
                <w:lang w:val="es-ES"/>
              </w:rPr>
            </w:pPr>
            <w:r w:rsidRPr="00497C72">
              <w:rPr>
                <w:i/>
                <w:color w:val="7F7F7F"/>
                <w:sz w:val="19"/>
                <w:lang w:val="es-ES"/>
              </w:rPr>
              <w:t xml:space="preserve">Denominación </w:t>
            </w:r>
            <w:r w:rsidR="003D5526">
              <w:rPr>
                <w:i/>
                <w:color w:val="7F7F7F"/>
                <w:sz w:val="19"/>
                <w:lang w:val="es-ES"/>
              </w:rPr>
              <w:t xml:space="preserve">del </w:t>
            </w:r>
            <w:proofErr w:type="gramStart"/>
            <w:r w:rsidR="003D5526">
              <w:rPr>
                <w:i/>
                <w:color w:val="7F7F7F"/>
                <w:sz w:val="19"/>
                <w:lang w:val="es-ES"/>
              </w:rPr>
              <w:t>proyecto  integral</w:t>
            </w:r>
            <w:proofErr w:type="gramEnd"/>
            <w:r w:rsidR="003D5526">
              <w:rPr>
                <w:i/>
                <w:color w:val="7F7F7F"/>
                <w:sz w:val="19"/>
                <w:lang w:val="es-ES"/>
              </w:rPr>
              <w:t xml:space="preserve">, no se limite a una descripción </w:t>
            </w:r>
            <w:proofErr w:type="gramStart"/>
            <w:r w:rsidR="003D5526">
              <w:rPr>
                <w:i/>
                <w:color w:val="7F7F7F"/>
                <w:sz w:val="19"/>
                <w:lang w:val="es-ES"/>
              </w:rPr>
              <w:t>de  las</w:t>
            </w:r>
            <w:proofErr w:type="gramEnd"/>
            <w:r w:rsidR="003D5526">
              <w:rPr>
                <w:i/>
                <w:color w:val="7F7F7F"/>
                <w:sz w:val="19"/>
                <w:lang w:val="es-ES"/>
              </w:rPr>
              <w:t xml:space="preserve"> inversiones concretas para las que solicite ayuda.</w:t>
            </w:r>
          </w:p>
        </w:tc>
      </w:tr>
    </w:tbl>
    <w:p w14:paraId="44CA5C76" w14:textId="77777777" w:rsidR="00DB2DC9" w:rsidRPr="00497C72" w:rsidRDefault="00DB2DC9">
      <w:pPr>
        <w:spacing w:after="0"/>
        <w:rPr>
          <w:lang w:val="es-ES"/>
        </w:rPr>
      </w:pPr>
    </w:p>
    <w:p w14:paraId="224A0232" w14:textId="77777777" w:rsidR="00DB2DC9" w:rsidRDefault="00A3308C">
      <w:pPr>
        <w:keepNext/>
        <w:pBdr>
          <w:bottom w:val="single" w:sz="8" w:space="2" w:color="18482E"/>
        </w:pBdr>
        <w:spacing w:before="100" w:after="60"/>
      </w:pPr>
      <w:r>
        <w:rPr>
          <w:b/>
          <w:color w:val="18482E"/>
          <w:sz w:val="24"/>
        </w:rPr>
        <w:t>1.2. Entidad local solicitante y responsables</w:t>
      </w:r>
    </w:p>
    <w:tbl>
      <w:tblPr>
        <w:tblW w:w="0" w:type="auto"/>
        <w:jc w:val="center"/>
        <w:tblLayout w:type="fixed"/>
        <w:tblLook w:val="04A0" w:firstRow="1" w:lastRow="0" w:firstColumn="1" w:lastColumn="0" w:noHBand="0" w:noVBand="1"/>
      </w:tblPr>
      <w:tblGrid>
        <w:gridCol w:w="3118"/>
        <w:gridCol w:w="6917"/>
      </w:tblGrid>
      <w:tr w:rsidR="00DB2DC9" w:rsidRPr="00497C72" w14:paraId="47A3CFA2"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0C42FE27" w14:textId="77777777" w:rsidR="00DB2DC9" w:rsidRDefault="00A3308C">
            <w:pPr>
              <w:spacing w:after="0"/>
            </w:pPr>
            <w:r>
              <w:rPr>
                <w:color w:val="18482E"/>
              </w:rPr>
              <w:t>Entidad local solicitante</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011CC450" w14:textId="77777777" w:rsidR="00DB2DC9" w:rsidRPr="00497C72" w:rsidRDefault="00A3308C">
            <w:pPr>
              <w:spacing w:after="0"/>
              <w:rPr>
                <w:lang w:val="es-ES"/>
              </w:rPr>
            </w:pPr>
            <w:r w:rsidRPr="00497C72">
              <w:rPr>
                <w:i/>
                <w:color w:val="7F7F7F"/>
                <w:lang w:val="es-ES"/>
              </w:rPr>
              <w:t>Nombre oficial completo de la entidad local.</w:t>
            </w:r>
          </w:p>
        </w:tc>
      </w:tr>
      <w:tr w:rsidR="00DB2DC9" w:rsidRPr="00497C72" w14:paraId="0636E604"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726157E3" w14:textId="77777777" w:rsidR="00DB2DC9" w:rsidRDefault="00A3308C">
            <w:pPr>
              <w:spacing w:after="0"/>
            </w:pPr>
            <w:r>
              <w:rPr>
                <w:color w:val="18482E"/>
              </w:rPr>
              <w:t>NIF</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1B758332" w14:textId="77777777" w:rsidR="00DB2DC9" w:rsidRPr="00497C72" w:rsidRDefault="00A3308C">
            <w:pPr>
              <w:spacing w:after="0"/>
              <w:rPr>
                <w:lang w:val="es-ES"/>
              </w:rPr>
            </w:pPr>
            <w:r w:rsidRPr="00497C72">
              <w:rPr>
                <w:i/>
                <w:color w:val="7F7F7F"/>
                <w:lang w:val="es-ES"/>
              </w:rPr>
              <w:t>NIF de la entidad local.</w:t>
            </w:r>
          </w:p>
        </w:tc>
      </w:tr>
      <w:tr w:rsidR="00DB2DC9" w:rsidRPr="00497C72" w14:paraId="5E06164A"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0322DA8F" w14:textId="77777777" w:rsidR="00DB2DC9" w:rsidRDefault="00A3308C">
            <w:pPr>
              <w:spacing w:after="0"/>
            </w:pPr>
            <w:r>
              <w:rPr>
                <w:color w:val="18482E"/>
              </w:rPr>
              <w:t>Código DIR3</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6B274EC7" w14:textId="77777777" w:rsidR="00DB2DC9" w:rsidRPr="00497C72" w:rsidRDefault="00A3308C">
            <w:pPr>
              <w:spacing w:after="0"/>
              <w:rPr>
                <w:lang w:val="es-ES"/>
              </w:rPr>
            </w:pPr>
            <w:r w:rsidRPr="00497C72">
              <w:rPr>
                <w:i/>
                <w:color w:val="7F7F7F"/>
                <w:lang w:val="es-ES"/>
              </w:rPr>
              <w:t>Código DIR3 de la entidad local solicitante.</w:t>
            </w:r>
          </w:p>
        </w:tc>
      </w:tr>
      <w:tr w:rsidR="00DB2DC9" w14:paraId="5BE38322"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2A91F850" w14:textId="77777777" w:rsidR="00DB2DC9" w:rsidRDefault="00A3308C">
            <w:pPr>
              <w:spacing w:after="0"/>
            </w:pPr>
            <w:r>
              <w:rPr>
                <w:color w:val="18482E"/>
              </w:rPr>
              <w:t>Dirección</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3CEFF053" w14:textId="77777777" w:rsidR="00DB2DC9" w:rsidRDefault="00A3308C">
            <w:pPr>
              <w:spacing w:after="0"/>
            </w:pPr>
            <w:r>
              <w:rPr>
                <w:i/>
                <w:color w:val="7F7F7F"/>
              </w:rPr>
              <w:t>Dirección · código postal · localidad.</w:t>
            </w:r>
          </w:p>
        </w:tc>
      </w:tr>
      <w:tr w:rsidR="00DB2DC9" w:rsidRPr="00497C72" w14:paraId="5FA5464C"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422A872B" w14:textId="77777777" w:rsidR="00DB2DC9" w:rsidRDefault="00A3308C">
            <w:pPr>
              <w:spacing w:after="0"/>
            </w:pPr>
            <w:r>
              <w:rPr>
                <w:color w:val="18482E"/>
              </w:rPr>
              <w:t>Representante legal</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49051F6" w14:textId="77777777" w:rsidR="00DB2DC9" w:rsidRPr="00497C72" w:rsidRDefault="00A3308C">
            <w:pPr>
              <w:spacing w:after="0"/>
              <w:rPr>
                <w:lang w:val="es-ES"/>
              </w:rPr>
            </w:pPr>
            <w:r w:rsidRPr="00497C72">
              <w:rPr>
                <w:i/>
                <w:color w:val="7F7F7F"/>
                <w:lang w:val="es-ES"/>
              </w:rPr>
              <w:t>Nombre, apellidos, cargo y NIF.</w:t>
            </w:r>
          </w:p>
        </w:tc>
      </w:tr>
      <w:tr w:rsidR="00DB2DC9" w:rsidRPr="00497C72" w14:paraId="458EB8AD" w14:textId="77777777" w:rsidTr="00497C72">
        <w:trPr>
          <w:cantSplit/>
          <w:trHeight w:val="530"/>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286BC3B" w14:textId="77777777" w:rsidR="00DB2DC9" w:rsidRDefault="00A3308C">
            <w:pPr>
              <w:spacing w:after="0"/>
            </w:pPr>
            <w:r>
              <w:rPr>
                <w:color w:val="18482E"/>
              </w:rPr>
              <w:t>Responsable técnico</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65F00F7A" w14:textId="77777777" w:rsidR="00DB2DC9" w:rsidRPr="00497C72" w:rsidRDefault="00A3308C">
            <w:pPr>
              <w:spacing w:after="0"/>
              <w:rPr>
                <w:lang w:val="es-ES"/>
              </w:rPr>
            </w:pPr>
            <w:r w:rsidRPr="00497C72">
              <w:rPr>
                <w:i/>
                <w:color w:val="7F7F7F"/>
                <w:lang w:val="es-ES"/>
              </w:rPr>
              <w:t>Nombre, unidad, teléfono y correo electrónico.</w:t>
            </w:r>
          </w:p>
        </w:tc>
      </w:tr>
      <w:tr w:rsidR="00DB2DC9" w:rsidRPr="00497C72" w14:paraId="0E95AD84" w14:textId="77777777">
        <w:trPr>
          <w:cantSplit/>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0F4F9A45" w14:textId="77777777" w:rsidR="00DB2DC9" w:rsidRDefault="00A3308C">
            <w:pPr>
              <w:spacing w:after="0"/>
            </w:pPr>
            <w:r>
              <w:rPr>
                <w:color w:val="18482E"/>
              </w:rPr>
              <w:t>Responsable administrativo / contratación</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BDDFF3C" w14:textId="77777777" w:rsidR="00DB2DC9" w:rsidRPr="00497C72" w:rsidRDefault="00A3308C">
            <w:pPr>
              <w:spacing w:after="0"/>
              <w:rPr>
                <w:lang w:val="es-ES"/>
              </w:rPr>
            </w:pPr>
            <w:r w:rsidRPr="00497C72">
              <w:rPr>
                <w:i/>
                <w:color w:val="7F7F7F"/>
                <w:lang w:val="es-ES"/>
              </w:rPr>
              <w:t>Nombre, unidad, teléfono y correo electrónico.</w:t>
            </w:r>
          </w:p>
        </w:tc>
      </w:tr>
      <w:tr w:rsidR="00DB2DC9" w:rsidRPr="00497C72" w14:paraId="3B36863E" w14:textId="77777777" w:rsidTr="00497C72">
        <w:trPr>
          <w:cantSplit/>
          <w:trHeight w:val="647"/>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1F2E593A" w14:textId="77777777" w:rsidR="00DB2DC9" w:rsidRPr="00497C72" w:rsidRDefault="00A3308C">
            <w:pPr>
              <w:spacing w:after="0"/>
              <w:rPr>
                <w:lang w:val="es-ES"/>
              </w:rPr>
            </w:pPr>
            <w:r w:rsidRPr="00497C72">
              <w:rPr>
                <w:color w:val="18482E"/>
                <w:lang w:val="es-ES"/>
              </w:rPr>
              <w:t>Norma que habilita la competencia de la entidad</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5021C95B" w14:textId="77777777" w:rsidR="00DB2DC9" w:rsidRPr="00497C72" w:rsidRDefault="00A3308C">
            <w:pPr>
              <w:spacing w:after="0"/>
              <w:rPr>
                <w:lang w:val="es-ES"/>
              </w:rPr>
            </w:pPr>
            <w:r w:rsidRPr="00497C72">
              <w:rPr>
                <w:i/>
                <w:color w:val="7F7F7F"/>
                <w:lang w:val="es-ES"/>
              </w:rPr>
              <w:t>Ley, decreto, ordenanza u otra norma que justifique la competencia para realizar la actuación o prestar el servicio.</w:t>
            </w:r>
          </w:p>
        </w:tc>
      </w:tr>
      <w:tr w:rsidR="00DB2DC9" w:rsidRPr="00497C72" w14:paraId="2B95A0DB" w14:textId="77777777" w:rsidTr="00497C72">
        <w:trPr>
          <w:cantSplit/>
          <w:trHeight w:val="1053"/>
          <w:jc w:val="center"/>
        </w:trPr>
        <w:tc>
          <w:tcPr>
            <w:tcW w:w="311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35C8DEBA" w14:textId="77777777" w:rsidR="00DB2DC9" w:rsidRPr="00497C72" w:rsidRDefault="00A3308C">
            <w:pPr>
              <w:spacing w:after="0"/>
              <w:rPr>
                <w:lang w:val="es-ES"/>
              </w:rPr>
            </w:pPr>
            <w:r w:rsidRPr="00497C72">
              <w:rPr>
                <w:color w:val="18482E"/>
                <w:lang w:val="es-ES"/>
              </w:rPr>
              <w:t>Acuerdo / resolución que aprueba la solicitud</w:t>
            </w:r>
          </w:p>
        </w:tc>
        <w:tc>
          <w:tcPr>
            <w:tcW w:w="691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615561E" w14:textId="77777777" w:rsidR="00DB2DC9" w:rsidRPr="00497C72" w:rsidRDefault="00A3308C">
            <w:pPr>
              <w:spacing w:after="0"/>
              <w:rPr>
                <w:lang w:val="es-ES"/>
              </w:rPr>
            </w:pPr>
            <w:r w:rsidRPr="00497C72">
              <w:rPr>
                <w:i/>
                <w:color w:val="7F7F7F"/>
                <w:lang w:val="es-ES"/>
              </w:rPr>
              <w:t>Órgano competente, fecha y contenido esencial del acuerdo de participación en la convocatoria y aceptación de sus bases.</w:t>
            </w:r>
          </w:p>
        </w:tc>
      </w:tr>
    </w:tbl>
    <w:p w14:paraId="2648B106" w14:textId="77777777" w:rsidR="00DB2DC9" w:rsidRPr="00497C72" w:rsidRDefault="00DB2DC9">
      <w:pPr>
        <w:spacing w:after="0"/>
        <w:rPr>
          <w:lang w:val="es-ES"/>
        </w:rPr>
      </w:pPr>
    </w:p>
    <w:p w14:paraId="4DBC0740" w14:textId="77777777" w:rsidR="00DB2DC9" w:rsidRDefault="00A3308C">
      <w:pPr>
        <w:keepNext/>
        <w:pBdr>
          <w:bottom w:val="single" w:sz="8" w:space="2" w:color="18482E"/>
        </w:pBdr>
        <w:spacing w:before="100" w:after="60"/>
      </w:pPr>
      <w:r>
        <w:rPr>
          <w:b/>
          <w:color w:val="18482E"/>
          <w:sz w:val="24"/>
        </w:rPr>
        <w:t>1.3. Ubicación y ámbito de actuación</w:t>
      </w:r>
    </w:p>
    <w:tbl>
      <w:tblPr>
        <w:tblW w:w="0" w:type="auto"/>
        <w:jc w:val="center"/>
        <w:tblLook w:val="04A0" w:firstRow="1" w:lastRow="0" w:firstColumn="1" w:lastColumn="0" w:noHBand="0" w:noVBand="1"/>
      </w:tblPr>
      <w:tblGrid>
        <w:gridCol w:w="10246"/>
      </w:tblGrid>
      <w:tr w:rsidR="00DB2DC9" w:rsidRPr="00497C72" w14:paraId="58A49D38" w14:textId="77777777">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416EF472" w14:textId="2C442D88" w:rsidR="00DB2DC9" w:rsidRPr="00497C72" w:rsidRDefault="00A3308C">
            <w:pPr>
              <w:keepNext/>
              <w:spacing w:after="0"/>
              <w:rPr>
                <w:lang w:val="es-ES"/>
              </w:rPr>
            </w:pPr>
            <w:r w:rsidRPr="00497C72">
              <w:rPr>
                <w:b/>
                <w:color w:val="000000"/>
                <w:lang w:val="es-ES"/>
              </w:rPr>
              <w:t>Instrucciones:</w:t>
            </w:r>
            <w:r w:rsidRPr="00497C72">
              <w:rPr>
                <w:color w:val="000000"/>
                <w:lang w:val="es-ES"/>
              </w:rPr>
              <w:t xml:space="preserve"> identifique la localización concreta de todas las </w:t>
            </w:r>
            <w:r w:rsidR="0093526B">
              <w:rPr>
                <w:color w:val="000000"/>
                <w:lang w:val="es-ES"/>
              </w:rPr>
              <w:t>actuaciones que engloba la operación</w:t>
            </w:r>
            <w:r w:rsidRPr="00497C72">
              <w:rPr>
                <w:color w:val="000000"/>
                <w:lang w:val="es-ES"/>
              </w:rPr>
              <w:t>. Cuando no exista una ubicación física determinada, indique el ámbito territorial beneficiado y la referencia utilizada para aplicar el criterio de ruralidad.</w:t>
            </w:r>
          </w:p>
        </w:tc>
      </w:tr>
    </w:tbl>
    <w:p w14:paraId="3E304516" w14:textId="77777777" w:rsidR="00DB2DC9" w:rsidRPr="00497C72" w:rsidRDefault="00DB2DC9">
      <w:pPr>
        <w:spacing w:after="0"/>
        <w:rPr>
          <w:lang w:val="es-ES"/>
        </w:rPr>
      </w:pPr>
    </w:p>
    <w:tbl>
      <w:tblPr>
        <w:tblW w:w="0" w:type="auto"/>
        <w:jc w:val="center"/>
        <w:tblLayout w:type="fixed"/>
        <w:tblLook w:val="04A0" w:firstRow="1" w:lastRow="0" w:firstColumn="1" w:lastColumn="0" w:noHBand="0" w:noVBand="1"/>
      </w:tblPr>
      <w:tblGrid>
        <w:gridCol w:w="2260"/>
        <w:gridCol w:w="2389"/>
        <w:gridCol w:w="1722"/>
        <w:gridCol w:w="1843"/>
        <w:gridCol w:w="1984"/>
      </w:tblGrid>
      <w:tr w:rsidR="00497C72" w:rsidRPr="00497C72" w14:paraId="42AC5B28" w14:textId="77777777" w:rsidTr="00497C72">
        <w:trPr>
          <w:cantSplit/>
          <w:tblHeader/>
          <w:jc w:val="center"/>
        </w:trPr>
        <w:tc>
          <w:tcPr>
            <w:tcW w:w="2260"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5A78ED6" w14:textId="248C5666" w:rsidR="00497C72" w:rsidRPr="00497C72" w:rsidRDefault="00497C72">
            <w:pPr>
              <w:spacing w:after="0"/>
              <w:jc w:val="center"/>
              <w:rPr>
                <w:szCs w:val="18"/>
              </w:rPr>
            </w:pPr>
            <w:r>
              <w:rPr>
                <w:b/>
                <w:color w:val="18482E"/>
                <w:szCs w:val="18"/>
              </w:rPr>
              <w:t>Denominación de la actuación</w:t>
            </w:r>
          </w:p>
        </w:tc>
        <w:tc>
          <w:tcPr>
            <w:tcW w:w="2389"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81F91D7" w14:textId="77777777" w:rsidR="00497C72" w:rsidRPr="00497C72" w:rsidRDefault="00497C72">
            <w:pPr>
              <w:spacing w:after="0"/>
              <w:jc w:val="center"/>
              <w:rPr>
                <w:szCs w:val="18"/>
              </w:rPr>
            </w:pPr>
            <w:r w:rsidRPr="00497C72">
              <w:rPr>
                <w:b/>
                <w:color w:val="18482E"/>
                <w:szCs w:val="18"/>
              </w:rPr>
              <w:t>Parroquia y localidad</w:t>
            </w:r>
          </w:p>
        </w:tc>
        <w:tc>
          <w:tcPr>
            <w:tcW w:w="172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E2AC6BC" w14:textId="77777777" w:rsidR="00497C72" w:rsidRPr="00497C72" w:rsidRDefault="00497C72">
            <w:pPr>
              <w:spacing w:after="0"/>
              <w:jc w:val="center"/>
              <w:rPr>
                <w:szCs w:val="18"/>
              </w:rPr>
            </w:pPr>
            <w:r w:rsidRPr="00497C72">
              <w:rPr>
                <w:b/>
                <w:color w:val="18482E"/>
                <w:szCs w:val="18"/>
              </w:rPr>
              <w:t>Dirección / coordenadas</w:t>
            </w:r>
          </w:p>
        </w:tc>
        <w:tc>
          <w:tcPr>
            <w:tcW w:w="1843"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A170E23" w14:textId="77777777" w:rsidR="00497C72" w:rsidRPr="00497C72" w:rsidRDefault="00497C72">
            <w:pPr>
              <w:spacing w:after="0"/>
              <w:jc w:val="center"/>
              <w:rPr>
                <w:szCs w:val="18"/>
              </w:rPr>
            </w:pPr>
            <w:r w:rsidRPr="00497C72">
              <w:rPr>
                <w:b/>
                <w:color w:val="18482E"/>
                <w:szCs w:val="18"/>
              </w:rPr>
              <w:t>Ref. catastral</w:t>
            </w:r>
          </w:p>
        </w:tc>
        <w:tc>
          <w:tcPr>
            <w:tcW w:w="198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18627A8" w14:textId="77777777" w:rsidR="00497C72" w:rsidRPr="00497C72" w:rsidRDefault="00497C72">
            <w:pPr>
              <w:spacing w:after="0"/>
              <w:jc w:val="center"/>
              <w:rPr>
                <w:szCs w:val="18"/>
              </w:rPr>
            </w:pPr>
            <w:r w:rsidRPr="00497C72">
              <w:rPr>
                <w:b/>
                <w:color w:val="18482E"/>
                <w:szCs w:val="18"/>
              </w:rPr>
              <w:t>Ámbito territorial</w:t>
            </w:r>
          </w:p>
        </w:tc>
      </w:tr>
      <w:tr w:rsidR="00497C72" w:rsidRPr="00497C72" w14:paraId="20DAC6CA" w14:textId="77777777" w:rsidTr="00497C72">
        <w:trPr>
          <w:cantSplit/>
          <w:trHeight w:val="481"/>
          <w:jc w:val="center"/>
        </w:trPr>
        <w:tc>
          <w:tcPr>
            <w:tcW w:w="226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9CE0176" w14:textId="0DC354DB" w:rsidR="00497C72" w:rsidRDefault="00497C72">
            <w:pPr>
              <w:spacing w:after="0"/>
            </w:pPr>
            <w:r>
              <w:rPr>
                <w:sz w:val="16"/>
              </w:rPr>
              <w:t>1</w:t>
            </w:r>
          </w:p>
        </w:tc>
        <w:tc>
          <w:tcPr>
            <w:tcW w:w="238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F1AE076" w14:textId="77777777" w:rsidR="00497C72" w:rsidRDefault="00497C72">
            <w:pPr>
              <w:spacing w:after="0"/>
            </w:pPr>
          </w:p>
        </w:tc>
        <w:tc>
          <w:tcPr>
            <w:tcW w:w="172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521EB7B" w14:textId="77777777" w:rsidR="00497C72" w:rsidRDefault="00497C72">
            <w:pPr>
              <w:spacing w:after="0"/>
            </w:pP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15394A3" w14:textId="77777777" w:rsidR="00497C72" w:rsidRDefault="00497C72">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E7A31F1" w14:textId="77777777" w:rsidR="00497C72" w:rsidRPr="00497C72" w:rsidRDefault="00497C72">
            <w:pPr>
              <w:spacing w:after="0"/>
              <w:rPr>
                <w:lang w:val="es-ES"/>
              </w:rPr>
            </w:pPr>
            <w:r w:rsidRPr="00497C72">
              <w:rPr>
                <w:sz w:val="16"/>
                <w:lang w:val="es-ES"/>
              </w:rPr>
              <w:t>Localidad / parroquia / municipio / varios municipios</w:t>
            </w:r>
          </w:p>
        </w:tc>
      </w:tr>
      <w:tr w:rsidR="00E84DDD" w:rsidRPr="00E84DDD" w14:paraId="2672C326" w14:textId="77777777" w:rsidTr="00A33A3E">
        <w:trPr>
          <w:cantSplit/>
          <w:trHeight w:val="481"/>
          <w:jc w:val="center"/>
        </w:trPr>
        <w:tc>
          <w:tcPr>
            <w:tcW w:w="226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7FFCFE3" w14:textId="770F07E3" w:rsidR="00E84DDD" w:rsidRDefault="00E84DDD" w:rsidP="00E84DDD">
            <w:pPr>
              <w:spacing w:after="0"/>
            </w:pPr>
            <w:r>
              <w:rPr>
                <w:sz w:val="16"/>
              </w:rPr>
              <w:t>2</w:t>
            </w:r>
          </w:p>
        </w:tc>
        <w:tc>
          <w:tcPr>
            <w:tcW w:w="238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BD7380A" w14:textId="77777777" w:rsidR="00E84DDD" w:rsidRDefault="00E84DDD" w:rsidP="00E84DDD">
            <w:pPr>
              <w:spacing w:after="0"/>
            </w:pPr>
          </w:p>
        </w:tc>
        <w:tc>
          <w:tcPr>
            <w:tcW w:w="172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A8DCC25" w14:textId="77777777" w:rsidR="00E84DDD" w:rsidRDefault="00E84DDD" w:rsidP="00E84DDD">
            <w:pPr>
              <w:spacing w:after="0"/>
            </w:pP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CDD9296" w14:textId="77777777" w:rsidR="00E84DDD" w:rsidRDefault="00E84DDD" w:rsidP="00E84DDD">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tcPr>
          <w:p w14:paraId="3B4D7AF4" w14:textId="21AC8F8C" w:rsidR="00E84DDD" w:rsidRPr="00E84DDD" w:rsidRDefault="00E84DDD" w:rsidP="00E84DDD">
            <w:pPr>
              <w:spacing w:after="0"/>
              <w:rPr>
                <w:lang w:val="es-ES"/>
              </w:rPr>
            </w:pPr>
            <w:r w:rsidRPr="007022A1">
              <w:rPr>
                <w:sz w:val="16"/>
                <w:lang w:val="es-ES"/>
              </w:rPr>
              <w:t>Localidad / parroquia / municipio / varios municipios</w:t>
            </w:r>
          </w:p>
        </w:tc>
      </w:tr>
      <w:tr w:rsidR="00E84DDD" w:rsidRPr="00E84DDD" w14:paraId="7276B6A6" w14:textId="77777777" w:rsidTr="00A33A3E">
        <w:trPr>
          <w:cantSplit/>
          <w:trHeight w:val="481"/>
          <w:jc w:val="center"/>
        </w:trPr>
        <w:tc>
          <w:tcPr>
            <w:tcW w:w="226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85128B8" w14:textId="21545758" w:rsidR="00E84DDD" w:rsidRDefault="00E84DDD" w:rsidP="00E84DDD">
            <w:pPr>
              <w:spacing w:after="0"/>
            </w:pPr>
            <w:r>
              <w:rPr>
                <w:sz w:val="16"/>
              </w:rPr>
              <w:t>3</w:t>
            </w:r>
          </w:p>
        </w:tc>
        <w:tc>
          <w:tcPr>
            <w:tcW w:w="238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C93E40C" w14:textId="77777777" w:rsidR="00E84DDD" w:rsidRDefault="00E84DDD" w:rsidP="00E84DDD">
            <w:pPr>
              <w:spacing w:after="0"/>
            </w:pPr>
          </w:p>
        </w:tc>
        <w:tc>
          <w:tcPr>
            <w:tcW w:w="172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0A08BF5" w14:textId="77777777" w:rsidR="00E84DDD" w:rsidRDefault="00E84DDD" w:rsidP="00E84DDD">
            <w:pPr>
              <w:spacing w:after="0"/>
            </w:pP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A26098D" w14:textId="77777777" w:rsidR="00E84DDD" w:rsidRDefault="00E84DDD" w:rsidP="00E84DDD">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tcPr>
          <w:p w14:paraId="60492E01" w14:textId="740BB7F6" w:rsidR="00E84DDD" w:rsidRPr="00E84DDD" w:rsidRDefault="00E84DDD" w:rsidP="00E84DDD">
            <w:pPr>
              <w:spacing w:after="0"/>
              <w:rPr>
                <w:lang w:val="es-ES"/>
              </w:rPr>
            </w:pPr>
            <w:r w:rsidRPr="007022A1">
              <w:rPr>
                <w:sz w:val="16"/>
                <w:lang w:val="es-ES"/>
              </w:rPr>
              <w:t>Localidad / parroquia / municipio / varios municipios</w:t>
            </w:r>
          </w:p>
        </w:tc>
      </w:tr>
      <w:tr w:rsidR="00E84DDD" w:rsidRPr="00E84DDD" w14:paraId="11FD056D" w14:textId="77777777" w:rsidTr="00A33A3E">
        <w:trPr>
          <w:cantSplit/>
          <w:trHeight w:val="481"/>
          <w:jc w:val="center"/>
        </w:trPr>
        <w:tc>
          <w:tcPr>
            <w:tcW w:w="226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4007B0B" w14:textId="2CD586CF" w:rsidR="00E84DDD" w:rsidRDefault="00E84DDD" w:rsidP="00E84DDD">
            <w:pPr>
              <w:spacing w:after="0"/>
            </w:pPr>
            <w:r>
              <w:rPr>
                <w:sz w:val="16"/>
              </w:rPr>
              <w:t>4</w:t>
            </w:r>
          </w:p>
        </w:tc>
        <w:tc>
          <w:tcPr>
            <w:tcW w:w="238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17D4BD6" w14:textId="77777777" w:rsidR="00E84DDD" w:rsidRDefault="00E84DDD" w:rsidP="00E84DDD">
            <w:pPr>
              <w:spacing w:after="0"/>
            </w:pPr>
          </w:p>
        </w:tc>
        <w:tc>
          <w:tcPr>
            <w:tcW w:w="172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ED3075E" w14:textId="77777777" w:rsidR="00E84DDD" w:rsidRDefault="00E84DDD" w:rsidP="00E84DDD">
            <w:pPr>
              <w:spacing w:after="0"/>
            </w:pP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0CE6496" w14:textId="77777777" w:rsidR="00E84DDD" w:rsidRDefault="00E84DDD" w:rsidP="00E84DDD">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tcPr>
          <w:p w14:paraId="48F59FB7" w14:textId="009D4ADD" w:rsidR="00E84DDD" w:rsidRPr="00E84DDD" w:rsidRDefault="00E84DDD" w:rsidP="00E84DDD">
            <w:pPr>
              <w:spacing w:after="0"/>
              <w:rPr>
                <w:lang w:val="es-ES"/>
              </w:rPr>
            </w:pPr>
            <w:r w:rsidRPr="007022A1">
              <w:rPr>
                <w:sz w:val="16"/>
                <w:lang w:val="es-ES"/>
              </w:rPr>
              <w:t>Localidad / parroquia / municipio / varios municipios</w:t>
            </w:r>
          </w:p>
        </w:tc>
      </w:tr>
    </w:tbl>
    <w:p w14:paraId="32C5E730" w14:textId="77777777" w:rsidR="00DB2DC9" w:rsidRPr="00E84DDD" w:rsidRDefault="00DB2DC9">
      <w:pPr>
        <w:spacing w:after="0"/>
        <w:rPr>
          <w:lang w:val="es-ES"/>
        </w:rPr>
      </w:pPr>
    </w:p>
    <w:p w14:paraId="6D42E5F1" w14:textId="77777777" w:rsidR="00DB2DC9" w:rsidRPr="00497C72" w:rsidRDefault="00A3308C" w:rsidP="003D5526">
      <w:pPr>
        <w:keepNext/>
        <w:pBdr>
          <w:bottom w:val="single" w:sz="8" w:space="2" w:color="18482E"/>
        </w:pBdr>
        <w:spacing w:before="100" w:after="0"/>
        <w:rPr>
          <w:lang w:val="es-ES"/>
        </w:rPr>
      </w:pPr>
      <w:bookmarkStart w:id="3" w:name="ap_ej_antecedentes_94780"/>
      <w:r w:rsidRPr="00497C72">
        <w:rPr>
          <w:b/>
          <w:color w:val="18482E"/>
          <w:sz w:val="24"/>
          <w:lang w:val="es-ES"/>
        </w:rPr>
        <w:lastRenderedPageBreak/>
        <w:t>1.4. Antecedentes, situación de partida y justificación de la operación</w:t>
      </w:r>
      <w:bookmarkEnd w:id="3"/>
    </w:p>
    <w:p w14:paraId="3A7C2FA9" w14:textId="77777777" w:rsidR="00DB2DC9" w:rsidRDefault="00A3308C">
      <w:pPr>
        <w:keepNext/>
        <w:spacing w:after="20"/>
        <w:jc w:val="right"/>
      </w:pPr>
      <w:hyperlink w:anchor="ej_antecedentes"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p w14:paraId="049C610A" w14:textId="77777777" w:rsidR="003D5526" w:rsidRDefault="003D5526">
      <w:pPr>
        <w:keepNext/>
        <w:spacing w:after="20"/>
        <w:jc w:val="right"/>
      </w:pPr>
    </w:p>
    <w:tbl>
      <w:tblPr>
        <w:tblW w:w="0" w:type="auto"/>
        <w:jc w:val="center"/>
        <w:tblLook w:val="04A0" w:firstRow="1" w:lastRow="0" w:firstColumn="1" w:lastColumn="0" w:noHBand="0" w:noVBand="1"/>
      </w:tblPr>
      <w:tblGrid>
        <w:gridCol w:w="10250"/>
      </w:tblGrid>
      <w:tr w:rsidR="00DB2DC9" w:rsidRPr="00497C72" w14:paraId="4A6C36C9" w14:textId="77777777">
        <w:trPr>
          <w:trHeight w:val="2835"/>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493D2975" w14:textId="77777777" w:rsidR="00DB2DC9" w:rsidRPr="00497C72" w:rsidRDefault="00A3308C">
            <w:pPr>
              <w:spacing w:after="0"/>
              <w:rPr>
                <w:lang w:val="es-ES"/>
              </w:rPr>
            </w:pPr>
            <w:r w:rsidRPr="00497C72">
              <w:rPr>
                <w:i/>
                <w:color w:val="7F7F7F"/>
                <w:lang w:val="es-ES"/>
              </w:rPr>
              <w:t>Explique los antecedentes de la actuación, la situación actual, el problema o carencia detectada y por qué resulta necesaria la intervención. Describa los servicios o infraestructuras existentes, sus limitaciones, la demanda observada y las consecuencias de no actuar. Aporte datos, informes, fotografías, consultas u otras evidencias y cite los anexos correspondientes.</w:t>
            </w:r>
          </w:p>
        </w:tc>
      </w:tr>
    </w:tbl>
    <w:p w14:paraId="347E8939" w14:textId="77777777" w:rsidR="00DB2DC9" w:rsidRPr="00497C72" w:rsidRDefault="00DB2DC9">
      <w:pPr>
        <w:spacing w:after="0"/>
        <w:rPr>
          <w:lang w:val="es-ES"/>
        </w:rPr>
      </w:pPr>
    </w:p>
    <w:p w14:paraId="75631F21" w14:textId="77777777" w:rsidR="00DB2DC9" w:rsidRPr="00497C72" w:rsidRDefault="00A3308C" w:rsidP="003D5526">
      <w:pPr>
        <w:keepNext/>
        <w:pBdr>
          <w:bottom w:val="single" w:sz="8" w:space="2" w:color="18482E"/>
        </w:pBdr>
        <w:spacing w:before="100" w:after="0"/>
        <w:rPr>
          <w:lang w:val="es-ES"/>
        </w:rPr>
      </w:pPr>
      <w:bookmarkStart w:id="4" w:name="ap_ej_participacion_49603"/>
      <w:r w:rsidRPr="00497C72">
        <w:rPr>
          <w:b/>
          <w:color w:val="18482E"/>
          <w:sz w:val="24"/>
          <w:lang w:val="es-ES"/>
        </w:rPr>
        <w:t>1.5. Población destinataria, participación y objetivos</w:t>
      </w:r>
      <w:bookmarkEnd w:id="4"/>
    </w:p>
    <w:p w14:paraId="76AE2381" w14:textId="77777777" w:rsidR="00DB2DC9" w:rsidRPr="00497C72" w:rsidRDefault="00A3308C">
      <w:pPr>
        <w:keepNext/>
        <w:spacing w:after="20"/>
        <w:jc w:val="right"/>
        <w:rPr>
          <w:lang w:val="es-ES"/>
        </w:rPr>
      </w:pPr>
      <w:hyperlink w:anchor="ej_participacion" w:history="1">
        <w:r w:rsidRPr="00497C72">
          <w:rPr>
            <w:b/>
            <w:color w:val="18482E"/>
            <w:sz w:val="15"/>
            <w:bdr w:val="single" w:sz="6" w:space="2" w:color="8BA99A"/>
            <w:shd w:val="clear" w:color="auto" w:fill="EAF3EC"/>
            <w:lang w:val="es-ES"/>
          </w:rPr>
          <w:t xml:space="preserve">  VER ORIENTACIÓN Y EJEMPLO  </w:t>
        </w:r>
      </w:hyperlink>
    </w:p>
    <w:p w14:paraId="11950912" w14:textId="77777777" w:rsidR="00DB2DC9" w:rsidRPr="00497C72" w:rsidRDefault="00A3308C" w:rsidP="003D5526">
      <w:pPr>
        <w:keepNext/>
        <w:spacing w:before="100" w:after="60"/>
        <w:rPr>
          <w:lang w:val="es-ES"/>
        </w:rPr>
      </w:pPr>
      <w:r w:rsidRPr="00497C72">
        <w:rPr>
          <w:b/>
          <w:color w:val="18482E"/>
          <w:sz w:val="20"/>
          <w:lang w:val="es-ES"/>
        </w:rPr>
        <w:t>Población destinataria</w:t>
      </w:r>
    </w:p>
    <w:tbl>
      <w:tblPr>
        <w:tblW w:w="0" w:type="auto"/>
        <w:jc w:val="center"/>
        <w:tblLook w:val="04A0" w:firstRow="1" w:lastRow="0" w:firstColumn="1" w:lastColumn="0" w:noHBand="0" w:noVBand="1"/>
      </w:tblPr>
      <w:tblGrid>
        <w:gridCol w:w="10250"/>
      </w:tblGrid>
      <w:tr w:rsidR="00DB2DC9" w:rsidRPr="00497C72" w14:paraId="4874E777" w14:textId="77777777" w:rsidTr="00497C72">
        <w:trPr>
          <w:trHeight w:val="2852"/>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1D89BF19" w14:textId="77777777" w:rsidR="00DB2DC9" w:rsidRPr="00497C72" w:rsidRDefault="00A3308C">
            <w:pPr>
              <w:spacing w:after="0"/>
              <w:rPr>
                <w:lang w:val="es-ES"/>
              </w:rPr>
            </w:pPr>
            <w:r w:rsidRPr="00497C72">
              <w:rPr>
                <w:i/>
                <w:color w:val="7F7F7F"/>
                <w:lang w:val="es-ES"/>
              </w:rPr>
              <w:t>Identifique los colectivos destinatarios directos e indirectos, su procedencia territorial y el número estimado de personas usuarias. Explique cómo se ha calculado la estimación y señale, cuando proceda, necesidades específicas de acceso, edad, movilidad, discapacidad o situación social.</w:t>
            </w:r>
          </w:p>
        </w:tc>
      </w:tr>
    </w:tbl>
    <w:p w14:paraId="47E0A1B6" w14:textId="77777777" w:rsidR="00DB2DC9" w:rsidRPr="00497C72" w:rsidRDefault="00DB2DC9">
      <w:pPr>
        <w:spacing w:after="0"/>
        <w:rPr>
          <w:lang w:val="es-ES"/>
        </w:rPr>
      </w:pPr>
    </w:p>
    <w:p w14:paraId="0FA8A906" w14:textId="77777777" w:rsidR="00DB2DC9" w:rsidRPr="00497C72" w:rsidRDefault="00A3308C">
      <w:pPr>
        <w:keepNext/>
        <w:pBdr>
          <w:bottom w:val="single" w:sz="8" w:space="2" w:color="18482E"/>
        </w:pBdr>
        <w:spacing w:before="100" w:after="60"/>
        <w:rPr>
          <w:lang w:val="es-ES"/>
        </w:rPr>
      </w:pPr>
      <w:r w:rsidRPr="00497C72">
        <w:rPr>
          <w:b/>
          <w:color w:val="18482E"/>
          <w:sz w:val="20"/>
          <w:lang w:val="es-ES"/>
        </w:rPr>
        <w:t>Participación y coordinación con las personas usuarias</w:t>
      </w:r>
    </w:p>
    <w:tbl>
      <w:tblPr>
        <w:tblW w:w="0" w:type="auto"/>
        <w:jc w:val="center"/>
        <w:tblLayout w:type="fixed"/>
        <w:tblLook w:val="04A0" w:firstRow="1" w:lastRow="0" w:firstColumn="1" w:lastColumn="0" w:noHBand="0" w:noVBand="1"/>
      </w:tblPr>
      <w:tblGrid>
        <w:gridCol w:w="3288"/>
        <w:gridCol w:w="6746"/>
      </w:tblGrid>
      <w:tr w:rsidR="00DB2DC9" w:rsidRPr="00497C72" w14:paraId="4C052508" w14:textId="77777777" w:rsidTr="00497C72">
        <w:trPr>
          <w:cantSplit/>
          <w:trHeight w:val="851"/>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5468FFDA" w14:textId="77777777" w:rsidR="00DB2DC9" w:rsidRPr="00497C72" w:rsidRDefault="00A3308C">
            <w:pPr>
              <w:spacing w:after="0"/>
              <w:rPr>
                <w:lang w:val="es-ES"/>
              </w:rPr>
            </w:pPr>
            <w:r w:rsidRPr="00497C72">
              <w:rPr>
                <w:color w:val="18482E"/>
                <w:sz w:val="17"/>
                <w:lang w:val="es-ES"/>
              </w:rPr>
              <w:t>Colectivos y personas usuarias implicadas</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5B2C42A2" w14:textId="77777777" w:rsidR="00DB2DC9" w:rsidRPr="00497C72" w:rsidRDefault="00A3308C">
            <w:pPr>
              <w:spacing w:after="0"/>
              <w:rPr>
                <w:lang w:val="es-ES"/>
              </w:rPr>
            </w:pPr>
            <w:r w:rsidRPr="00497C72">
              <w:rPr>
                <w:i/>
                <w:color w:val="7F7F7F"/>
                <w:sz w:val="17"/>
                <w:lang w:val="es-ES"/>
              </w:rPr>
              <w:t>Destinatarios, representantes, asociaciones u otras entidades vinculadas al futuro uso o servicio.</w:t>
            </w:r>
          </w:p>
        </w:tc>
      </w:tr>
      <w:tr w:rsidR="00DB2DC9" w:rsidRPr="00497C72" w14:paraId="6227451D" w14:textId="77777777" w:rsidTr="00497C72">
        <w:trPr>
          <w:cantSplit/>
          <w:trHeight w:val="965"/>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7C6A781F" w14:textId="77777777" w:rsidR="00DB2DC9" w:rsidRDefault="00A3308C">
            <w:pPr>
              <w:spacing w:after="0"/>
            </w:pPr>
            <w:r>
              <w:rPr>
                <w:color w:val="18482E"/>
                <w:sz w:val="17"/>
              </w:rPr>
              <w:t>Participación o coordinación realizada</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1B8F43C3" w14:textId="77777777" w:rsidR="00DB2DC9" w:rsidRPr="00497C72" w:rsidRDefault="00A3308C">
            <w:pPr>
              <w:spacing w:after="0"/>
              <w:rPr>
                <w:lang w:val="es-ES"/>
              </w:rPr>
            </w:pPr>
            <w:r w:rsidRPr="00497C72">
              <w:rPr>
                <w:i/>
                <w:color w:val="7F7F7F"/>
                <w:sz w:val="17"/>
                <w:lang w:val="es-ES"/>
              </w:rPr>
              <w:t>Reuniones, visitas, entrevistas, encuestas, talleres o consultas realizadas; fechas y participantes.</w:t>
            </w:r>
          </w:p>
        </w:tc>
      </w:tr>
      <w:tr w:rsidR="00DB2DC9" w:rsidRPr="00497C72" w14:paraId="0473590D" w14:textId="77777777" w:rsidTr="00497C72">
        <w:trPr>
          <w:cantSplit/>
          <w:trHeight w:val="953"/>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179348FF" w14:textId="77777777" w:rsidR="00DB2DC9" w:rsidRDefault="00A3308C">
            <w:pPr>
              <w:spacing w:after="0"/>
            </w:pPr>
            <w:r>
              <w:rPr>
                <w:color w:val="18482E"/>
                <w:sz w:val="17"/>
              </w:rPr>
              <w:t>Necesidades y propuestas identificadas</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086421DA" w14:textId="77777777" w:rsidR="00DB2DC9" w:rsidRPr="00497C72" w:rsidRDefault="00A3308C">
            <w:pPr>
              <w:spacing w:after="0"/>
              <w:rPr>
                <w:lang w:val="es-ES"/>
              </w:rPr>
            </w:pPr>
            <w:r w:rsidRPr="00497C72">
              <w:rPr>
                <w:i/>
                <w:color w:val="7F7F7F"/>
                <w:sz w:val="17"/>
                <w:lang w:val="es-ES"/>
              </w:rPr>
              <w:t>Principales necesidades, preferencias, dificultades de acceso o propuestas formuladas.</w:t>
            </w:r>
          </w:p>
        </w:tc>
      </w:tr>
      <w:tr w:rsidR="00DB2DC9" w:rsidRPr="00497C72" w14:paraId="37616EDD" w14:textId="77777777" w:rsidTr="00497C72">
        <w:trPr>
          <w:cantSplit/>
          <w:trHeight w:val="811"/>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582C0BAE" w14:textId="07A478E3" w:rsidR="00DB2DC9" w:rsidRPr="00497C72" w:rsidRDefault="00A3308C">
            <w:pPr>
              <w:spacing w:after="0"/>
              <w:rPr>
                <w:lang w:val="es-ES"/>
              </w:rPr>
            </w:pPr>
            <w:r w:rsidRPr="00497C72">
              <w:rPr>
                <w:color w:val="18482E"/>
                <w:sz w:val="17"/>
                <w:lang w:val="es-ES"/>
              </w:rPr>
              <w:t xml:space="preserve">Incorporación </w:t>
            </w:r>
            <w:r w:rsidR="00497C72">
              <w:rPr>
                <w:color w:val="18482E"/>
                <w:sz w:val="17"/>
                <w:lang w:val="es-ES"/>
              </w:rPr>
              <w:t xml:space="preserve">de la participación </w:t>
            </w:r>
            <w:r w:rsidRPr="00497C72">
              <w:rPr>
                <w:color w:val="18482E"/>
                <w:sz w:val="17"/>
                <w:lang w:val="es-ES"/>
              </w:rPr>
              <w:t>al diseño de la operación</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2CC908C0" w14:textId="77777777" w:rsidR="00DB2DC9" w:rsidRPr="00497C72" w:rsidRDefault="00A3308C">
            <w:pPr>
              <w:spacing w:after="0"/>
              <w:rPr>
                <w:lang w:val="es-ES"/>
              </w:rPr>
            </w:pPr>
            <w:r w:rsidRPr="00497C72">
              <w:rPr>
                <w:i/>
                <w:color w:val="7F7F7F"/>
                <w:sz w:val="17"/>
                <w:lang w:val="es-ES"/>
              </w:rPr>
              <w:t>Decisiones del proyecto, servicio, equipamiento, accesibilidad, horarios, actividades o gestión derivadas de la participación.</w:t>
            </w:r>
          </w:p>
        </w:tc>
      </w:tr>
      <w:tr w:rsidR="00DB2DC9" w:rsidRPr="00497C72" w14:paraId="321876A3" w14:textId="77777777">
        <w:trPr>
          <w:cantSplit/>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2FE6E835" w14:textId="77777777" w:rsidR="00DB2DC9" w:rsidRPr="00497C72" w:rsidRDefault="00A3308C">
            <w:pPr>
              <w:spacing w:after="0"/>
              <w:rPr>
                <w:lang w:val="es-ES"/>
              </w:rPr>
            </w:pPr>
            <w:r w:rsidRPr="00497C72">
              <w:rPr>
                <w:color w:val="18482E"/>
                <w:sz w:val="17"/>
                <w:lang w:val="es-ES"/>
              </w:rPr>
              <w:lastRenderedPageBreak/>
              <w:t>Participación prevista durante el funcionamiento</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4866FD83" w14:textId="77777777" w:rsidR="00DB2DC9" w:rsidRPr="00497C72" w:rsidRDefault="00A3308C">
            <w:pPr>
              <w:spacing w:after="0"/>
              <w:rPr>
                <w:lang w:val="es-ES"/>
              </w:rPr>
            </w:pPr>
            <w:r w:rsidRPr="00497C72">
              <w:rPr>
                <w:i/>
                <w:color w:val="7F7F7F"/>
                <w:sz w:val="17"/>
                <w:lang w:val="es-ES"/>
              </w:rPr>
              <w:t>Participación en la puesta en marcha, dinamización, gestión, evaluación o seguimiento.</w:t>
            </w:r>
          </w:p>
        </w:tc>
      </w:tr>
      <w:tr w:rsidR="00DB2DC9" w:rsidRPr="00497C72" w14:paraId="6F374305" w14:textId="77777777" w:rsidTr="00497C72">
        <w:trPr>
          <w:cantSplit/>
          <w:trHeight w:val="671"/>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F8C2234" w14:textId="77777777" w:rsidR="00DB2DC9" w:rsidRDefault="00A3308C">
            <w:pPr>
              <w:spacing w:after="0"/>
            </w:pPr>
            <w:r>
              <w:rPr>
                <w:color w:val="18482E"/>
                <w:sz w:val="17"/>
              </w:rPr>
              <w:t>Evidencias y documentación anexa</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6E0920AB" w14:textId="77777777" w:rsidR="00DB2DC9" w:rsidRPr="00497C72" w:rsidRDefault="00A3308C">
            <w:pPr>
              <w:spacing w:after="0"/>
              <w:rPr>
                <w:lang w:val="es-ES"/>
              </w:rPr>
            </w:pPr>
            <w:r w:rsidRPr="00497C72">
              <w:rPr>
                <w:i/>
                <w:color w:val="7F7F7F"/>
                <w:sz w:val="17"/>
                <w:lang w:val="es-ES"/>
              </w:rPr>
              <w:t>Actas, informes, encuestas, cartas de apoyo, acuerdos, fotografías u otros documentos acreditativos.</w:t>
            </w:r>
          </w:p>
        </w:tc>
      </w:tr>
    </w:tbl>
    <w:p w14:paraId="3612FD3F" w14:textId="77777777" w:rsidR="00DB2DC9" w:rsidRPr="00497C72" w:rsidRDefault="00DB2DC9">
      <w:pPr>
        <w:spacing w:after="0"/>
        <w:rPr>
          <w:lang w:val="es-ES"/>
        </w:rPr>
      </w:pPr>
    </w:p>
    <w:p w14:paraId="118A190E" w14:textId="77777777" w:rsidR="00DB2DC9" w:rsidRDefault="00A3308C" w:rsidP="00FE77D2">
      <w:pPr>
        <w:keepNext/>
        <w:spacing w:before="100" w:after="60"/>
      </w:pPr>
      <w:r>
        <w:rPr>
          <w:b/>
          <w:color w:val="18482E"/>
          <w:sz w:val="20"/>
        </w:rPr>
        <w:t>Objetivos y mejora esperada</w:t>
      </w:r>
    </w:p>
    <w:tbl>
      <w:tblPr>
        <w:tblW w:w="0" w:type="auto"/>
        <w:jc w:val="center"/>
        <w:tblLook w:val="04A0" w:firstRow="1" w:lastRow="0" w:firstColumn="1" w:lastColumn="0" w:noHBand="0" w:noVBand="1"/>
      </w:tblPr>
      <w:tblGrid>
        <w:gridCol w:w="10250"/>
      </w:tblGrid>
      <w:tr w:rsidR="00DB2DC9" w:rsidRPr="00497C72" w14:paraId="03623AD7" w14:textId="77777777" w:rsidTr="00F82B15">
        <w:trPr>
          <w:trHeight w:val="2420"/>
          <w:jc w:val="center"/>
        </w:trPr>
        <w:tc>
          <w:tcPr>
            <w:tcW w:w="10250"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79EFE647" w14:textId="77777777" w:rsidR="00DB2DC9" w:rsidRPr="00497C72" w:rsidRDefault="00A3308C">
            <w:pPr>
              <w:spacing w:after="0"/>
              <w:rPr>
                <w:lang w:val="es-ES"/>
              </w:rPr>
            </w:pPr>
            <w:r w:rsidRPr="00497C72">
              <w:rPr>
                <w:i/>
                <w:color w:val="7F7F7F"/>
                <w:lang w:val="es-ES"/>
              </w:rPr>
              <w:t>Formule de 2 a 4 objetivos concretos y explique qué cambiará respecto de la situación actual. Los objetivos deben guardar relación directa con las operaciones, los resultados y los indicadores incluidos en el Bloque 2.</w:t>
            </w:r>
          </w:p>
        </w:tc>
      </w:tr>
    </w:tbl>
    <w:p w14:paraId="55CFC5CA" w14:textId="77777777" w:rsidR="00497C72" w:rsidRDefault="00497C72"/>
    <w:tbl>
      <w:tblPr>
        <w:tblW w:w="0" w:type="auto"/>
        <w:jc w:val="center"/>
        <w:tblLayout w:type="fixed"/>
        <w:tblLook w:val="04A0" w:firstRow="1" w:lastRow="0" w:firstColumn="1" w:lastColumn="0" w:noHBand="0" w:noVBand="1"/>
      </w:tblPr>
      <w:tblGrid>
        <w:gridCol w:w="4025"/>
        <w:gridCol w:w="6173"/>
      </w:tblGrid>
      <w:tr w:rsidR="00DB2DC9" w:rsidRPr="00497C72" w14:paraId="5BB0C66C" w14:textId="77777777" w:rsidTr="00F82B15">
        <w:trPr>
          <w:cantSplit/>
          <w:trHeight w:val="947"/>
          <w:jc w:val="center"/>
        </w:trPr>
        <w:tc>
          <w:tcPr>
            <w:tcW w:w="402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11941685" w14:textId="77777777" w:rsidR="00DB2DC9" w:rsidRPr="00497C72" w:rsidRDefault="00A3308C">
            <w:pPr>
              <w:spacing w:after="0"/>
              <w:rPr>
                <w:lang w:val="es-ES"/>
              </w:rPr>
            </w:pPr>
            <w:r w:rsidRPr="00497C72">
              <w:rPr>
                <w:color w:val="18482E"/>
                <w:lang w:val="es-ES"/>
              </w:rPr>
              <w:t>Resultado principal que se comprobará una vez ejecutado</w:t>
            </w:r>
          </w:p>
        </w:tc>
        <w:tc>
          <w:tcPr>
            <w:tcW w:w="6173"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930AED9" w14:textId="77777777" w:rsidR="00DB2DC9" w:rsidRPr="00497C72" w:rsidRDefault="00A3308C">
            <w:pPr>
              <w:spacing w:after="0"/>
              <w:rPr>
                <w:lang w:val="es-ES"/>
              </w:rPr>
            </w:pPr>
            <w:r w:rsidRPr="00497C72">
              <w:rPr>
                <w:i/>
                <w:color w:val="7F7F7F"/>
                <w:lang w:val="es-ES"/>
              </w:rPr>
              <w:t>Servicio, infraestructura o resultado plenamente operativo y evidencia de su puesta en funcionamiento.</w:t>
            </w:r>
          </w:p>
        </w:tc>
      </w:tr>
      <w:tr w:rsidR="00DB2DC9" w:rsidRPr="00497C72" w14:paraId="2AC0F37D" w14:textId="77777777" w:rsidTr="00F82B15">
        <w:trPr>
          <w:cantSplit/>
          <w:jc w:val="center"/>
        </w:trPr>
        <w:tc>
          <w:tcPr>
            <w:tcW w:w="402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27B9065C" w14:textId="77777777" w:rsidR="00DB2DC9" w:rsidRPr="00497C72" w:rsidRDefault="00A3308C">
            <w:pPr>
              <w:spacing w:after="0"/>
              <w:rPr>
                <w:lang w:val="es-ES"/>
              </w:rPr>
            </w:pPr>
            <w:r w:rsidRPr="00497C72">
              <w:rPr>
                <w:color w:val="18482E"/>
                <w:lang w:val="es-ES"/>
              </w:rPr>
              <w:t>Fecha prevista de inicio y finalización</w:t>
            </w:r>
          </w:p>
        </w:tc>
        <w:tc>
          <w:tcPr>
            <w:tcW w:w="6173"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0035CB32" w14:textId="77777777" w:rsidR="00DB2DC9" w:rsidRPr="00497C72" w:rsidRDefault="00A3308C">
            <w:pPr>
              <w:spacing w:after="0"/>
              <w:rPr>
                <w:lang w:val="es-ES"/>
              </w:rPr>
            </w:pPr>
            <w:r w:rsidRPr="00497C72">
              <w:rPr>
                <w:i/>
                <w:color w:val="7F7F7F"/>
                <w:lang w:val="es-ES"/>
              </w:rPr>
              <w:t>dd/mm/aaaa - dd/mm/aaaa.</w:t>
            </w:r>
          </w:p>
        </w:tc>
      </w:tr>
      <w:tr w:rsidR="00DB2DC9" w14:paraId="6E99DDAD" w14:textId="77777777" w:rsidTr="00F82B15">
        <w:trPr>
          <w:cantSplit/>
          <w:jc w:val="center"/>
        </w:trPr>
        <w:tc>
          <w:tcPr>
            <w:tcW w:w="402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4749D056" w14:textId="77777777" w:rsidR="00DB2DC9" w:rsidRPr="00497C72" w:rsidRDefault="00A3308C">
            <w:pPr>
              <w:spacing w:after="0"/>
              <w:rPr>
                <w:lang w:val="es-ES"/>
              </w:rPr>
            </w:pPr>
            <w:r w:rsidRPr="00497C72">
              <w:rPr>
                <w:color w:val="18482E"/>
                <w:lang w:val="es-ES"/>
              </w:rPr>
              <w:t>Inversión total de la operación (IVA incluido)</w:t>
            </w:r>
          </w:p>
        </w:tc>
        <w:tc>
          <w:tcPr>
            <w:tcW w:w="6173"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5CA57DE" w14:textId="77777777" w:rsidR="00DB2DC9" w:rsidRDefault="00A3308C">
            <w:pPr>
              <w:spacing w:after="0"/>
            </w:pPr>
            <w:r>
              <w:rPr>
                <w:i/>
                <w:color w:val="7F7F7F"/>
              </w:rPr>
              <w:t>________________ €</w:t>
            </w:r>
          </w:p>
        </w:tc>
      </w:tr>
      <w:tr w:rsidR="00DB2DC9" w14:paraId="6BA988A1" w14:textId="77777777" w:rsidTr="00F82B15">
        <w:trPr>
          <w:cantSplit/>
          <w:jc w:val="center"/>
        </w:trPr>
        <w:tc>
          <w:tcPr>
            <w:tcW w:w="402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1FDA23C5" w14:textId="77777777" w:rsidR="00DB2DC9" w:rsidRDefault="00A3308C">
            <w:pPr>
              <w:spacing w:after="0"/>
            </w:pPr>
            <w:r>
              <w:rPr>
                <w:color w:val="18482E"/>
              </w:rPr>
              <w:t>Inversión subvencionable solicitada</w:t>
            </w:r>
          </w:p>
        </w:tc>
        <w:tc>
          <w:tcPr>
            <w:tcW w:w="6173"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0E9B0207" w14:textId="77777777" w:rsidR="00DB2DC9" w:rsidRDefault="00A3308C">
            <w:pPr>
              <w:spacing w:after="0"/>
            </w:pPr>
            <w:r>
              <w:rPr>
                <w:i/>
                <w:color w:val="7F7F7F"/>
              </w:rPr>
              <w:t>________________ €</w:t>
            </w:r>
          </w:p>
        </w:tc>
      </w:tr>
      <w:tr w:rsidR="00DB2DC9" w14:paraId="29137D1C" w14:textId="77777777" w:rsidTr="00F82B15">
        <w:trPr>
          <w:cantSplit/>
          <w:jc w:val="center"/>
        </w:trPr>
        <w:tc>
          <w:tcPr>
            <w:tcW w:w="402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1EB6A45" w14:textId="77777777" w:rsidR="00DB2DC9" w:rsidRDefault="00A3308C">
            <w:pPr>
              <w:spacing w:after="0"/>
            </w:pPr>
            <w:r>
              <w:rPr>
                <w:color w:val="18482E"/>
              </w:rPr>
              <w:t>Ayuda LEADER solicitada</w:t>
            </w:r>
          </w:p>
        </w:tc>
        <w:tc>
          <w:tcPr>
            <w:tcW w:w="6173"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1F58B48E" w14:textId="77777777" w:rsidR="00DB2DC9" w:rsidRDefault="00A3308C">
            <w:pPr>
              <w:spacing w:after="0"/>
            </w:pPr>
            <w:r>
              <w:rPr>
                <w:i/>
                <w:color w:val="7F7F7F"/>
              </w:rPr>
              <w:t>________________ €</w:t>
            </w:r>
          </w:p>
        </w:tc>
      </w:tr>
    </w:tbl>
    <w:p w14:paraId="637F249E" w14:textId="77777777" w:rsidR="00497C72" w:rsidRDefault="00497C72"/>
    <w:p w14:paraId="6B841669" w14:textId="52773C67" w:rsidR="00F82B15" w:rsidRPr="00497C72" w:rsidRDefault="00F82B15" w:rsidP="003D5526">
      <w:pPr>
        <w:keepNext/>
        <w:pBdr>
          <w:bottom w:val="single" w:sz="8" w:space="2" w:color="18482E"/>
        </w:pBdr>
        <w:spacing w:before="100" w:after="0"/>
        <w:rPr>
          <w:lang w:val="es-ES"/>
        </w:rPr>
      </w:pPr>
      <w:r w:rsidRPr="00497C72">
        <w:rPr>
          <w:b/>
          <w:color w:val="18482E"/>
          <w:sz w:val="24"/>
          <w:lang w:val="es-ES"/>
        </w:rPr>
        <w:t>1.</w:t>
      </w:r>
      <w:r>
        <w:rPr>
          <w:b/>
          <w:color w:val="18482E"/>
          <w:sz w:val="24"/>
          <w:lang w:val="es-ES"/>
        </w:rPr>
        <w:t>6</w:t>
      </w:r>
      <w:r w:rsidRPr="00497C72">
        <w:rPr>
          <w:b/>
          <w:color w:val="18482E"/>
          <w:sz w:val="24"/>
          <w:lang w:val="es-ES"/>
        </w:rPr>
        <w:t>. Encaje general en LEADER y en la EDLP Navia-Porcía</w:t>
      </w:r>
    </w:p>
    <w:p w14:paraId="5B27493D" w14:textId="77777777" w:rsidR="00F82B15" w:rsidRDefault="00F82B15" w:rsidP="00F82B15">
      <w:pPr>
        <w:keepNext/>
        <w:spacing w:after="20"/>
        <w:jc w:val="right"/>
      </w:pPr>
      <w:hyperlink w:anchor="ej_encaje" w:history="1">
        <w:r w:rsidRPr="00497C72">
          <w:rPr>
            <w:b/>
            <w:color w:val="18482E"/>
            <w:sz w:val="15"/>
            <w:bdr w:val="single" w:sz="6" w:space="2" w:color="8BA99A"/>
            <w:shd w:val="clear" w:color="auto" w:fill="EAF3EC"/>
            <w:lang w:val="es-ES"/>
          </w:rPr>
          <w:t xml:space="preserve">  </w:t>
        </w:r>
        <w:r w:rsidRPr="00F82B15">
          <w:rPr>
            <w:b/>
            <w:color w:val="18482E"/>
            <w:sz w:val="15"/>
            <w:bdr w:val="single" w:sz="6" w:space="2" w:color="8BA99A"/>
            <w:shd w:val="clear" w:color="auto" w:fill="EAF3EC"/>
            <w:lang w:val="es-ES"/>
          </w:rPr>
          <w:t xml:space="preserve">VER ORIENTACIÓN Y EJEMPLO  </w:t>
        </w:r>
      </w:hyperlink>
    </w:p>
    <w:p w14:paraId="01731A4A" w14:textId="77777777" w:rsidR="003D5526" w:rsidRPr="00F82B15" w:rsidRDefault="003D5526" w:rsidP="00F82B15">
      <w:pPr>
        <w:keepNext/>
        <w:spacing w:after="20"/>
        <w:jc w:val="right"/>
        <w:rPr>
          <w:lang w:val="es-ES"/>
        </w:rPr>
      </w:pPr>
    </w:p>
    <w:tbl>
      <w:tblPr>
        <w:tblStyle w:val="Tablaconcuadrcula"/>
        <w:tblW w:w="0" w:type="auto"/>
        <w:tblInd w:w="38" w:type="dxa"/>
        <w:tblLook w:val="04A0" w:firstRow="1" w:lastRow="0" w:firstColumn="1" w:lastColumn="0" w:noHBand="0" w:noVBand="1"/>
      </w:tblPr>
      <w:tblGrid>
        <w:gridCol w:w="10214"/>
      </w:tblGrid>
      <w:tr w:rsidR="00FE77D2" w:rsidRPr="00FE77D2" w14:paraId="2F87CD44" w14:textId="77777777" w:rsidTr="00FE77D2">
        <w:trPr>
          <w:trHeight w:val="397"/>
        </w:trPr>
        <w:tc>
          <w:tcPr>
            <w:tcW w:w="10402" w:type="dxa"/>
            <w:shd w:val="clear" w:color="auto" w:fill="EAF3EC"/>
          </w:tcPr>
          <w:p w14:paraId="3D4F8AAC" w14:textId="3534900F" w:rsidR="00FE77D2" w:rsidRPr="00345D81" w:rsidRDefault="00FE77D2" w:rsidP="00743513">
            <w:pPr>
              <w:spacing w:before="120" w:after="120"/>
              <w:rPr>
                <w:bCs/>
                <w:color w:val="18482E"/>
                <w:sz w:val="17"/>
                <w:lang w:val="es-ES"/>
              </w:rPr>
            </w:pPr>
            <w:r w:rsidRPr="0007617E">
              <w:rPr>
                <w:b/>
                <w:color w:val="18482E"/>
                <w:sz w:val="20"/>
                <w:szCs w:val="20"/>
                <w:lang w:val="es-ES"/>
              </w:rPr>
              <w:t>Instrucciones</w:t>
            </w:r>
            <w:r w:rsidRPr="0007617E">
              <w:rPr>
                <w:bCs/>
                <w:color w:val="18482E"/>
                <w:sz w:val="20"/>
                <w:szCs w:val="20"/>
                <w:lang w:val="es-ES"/>
              </w:rPr>
              <w:t xml:space="preserve">: Para cumplimentar este apartado consulte </w:t>
            </w:r>
            <w:r w:rsidR="00E73990">
              <w:rPr>
                <w:bCs/>
                <w:color w:val="18482E"/>
                <w:sz w:val="20"/>
                <w:szCs w:val="20"/>
                <w:lang w:val="es-ES"/>
              </w:rPr>
              <w:t>los</w:t>
            </w:r>
            <w:r w:rsidRPr="0007617E">
              <w:rPr>
                <w:bCs/>
                <w:color w:val="18482E"/>
                <w:sz w:val="20"/>
                <w:szCs w:val="20"/>
                <w:lang w:val="es-ES"/>
              </w:rPr>
              <w:t xml:space="preserve"> Objetivos y las Actuaciones de la EDLP Navia-Porcía, disponible</w:t>
            </w:r>
            <w:r w:rsidRPr="00345D81">
              <w:rPr>
                <w:bCs/>
                <w:color w:val="000000" w:themeColor="text1"/>
                <w:sz w:val="20"/>
                <w:szCs w:val="20"/>
                <w:lang w:val="es-ES"/>
              </w:rPr>
              <w:t xml:space="preserve"> </w:t>
            </w:r>
            <w:hyperlink r:id="rId8" w:history="1">
              <w:r w:rsidRPr="00345D81">
                <w:rPr>
                  <w:rStyle w:val="Hipervnculo"/>
                  <w:bCs/>
                  <w:sz w:val="20"/>
                  <w:szCs w:val="20"/>
                  <w:lang w:val="es-ES"/>
                </w:rPr>
                <w:t>aquí.</w:t>
              </w:r>
            </w:hyperlink>
          </w:p>
        </w:tc>
      </w:tr>
    </w:tbl>
    <w:p w14:paraId="0A17CBA4" w14:textId="77777777" w:rsidR="00FE77D2" w:rsidRPr="00FE77D2" w:rsidRDefault="00FE77D2" w:rsidP="00FE77D2">
      <w:pPr>
        <w:keepNext/>
        <w:spacing w:before="100" w:after="60"/>
        <w:rPr>
          <w:b/>
          <w:color w:val="18482E"/>
          <w:sz w:val="20"/>
          <w:lang w:val="es-ES"/>
        </w:rPr>
      </w:pPr>
    </w:p>
    <w:p w14:paraId="07DA68F2" w14:textId="3A4527E2" w:rsidR="00FE77D2" w:rsidRPr="00FE77D2" w:rsidRDefault="00FE77D2" w:rsidP="00FE77D2">
      <w:pPr>
        <w:keepNext/>
        <w:spacing w:before="100" w:after="60"/>
        <w:rPr>
          <w:b/>
          <w:color w:val="18482E"/>
          <w:sz w:val="20"/>
          <w:lang w:val="es-ES"/>
        </w:rPr>
      </w:pPr>
      <w:r w:rsidRPr="00FE77D2">
        <w:rPr>
          <w:b/>
          <w:color w:val="18482E"/>
          <w:sz w:val="20"/>
          <w:lang w:val="es-ES"/>
        </w:rPr>
        <w:t xml:space="preserve">Objetivos de la EDLP a los que contribuye </w:t>
      </w:r>
    </w:p>
    <w:tbl>
      <w:tblPr>
        <w:tblW w:w="10348" w:type="dxa"/>
        <w:jc w:val="center"/>
        <w:shd w:val="clear" w:color="auto" w:fill="FFFFFF" w:themeFill="background1"/>
        <w:tblLayout w:type="fixed"/>
        <w:tblLook w:val="04A0" w:firstRow="1" w:lastRow="0" w:firstColumn="1" w:lastColumn="0" w:noHBand="0" w:noVBand="1"/>
      </w:tblPr>
      <w:tblGrid>
        <w:gridCol w:w="10348"/>
      </w:tblGrid>
      <w:tr w:rsidR="00FE77D2" w:rsidRPr="00FE77D2" w14:paraId="43939CD3"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60F8CB14" w14:textId="6180997E" w:rsidR="00FE77D2" w:rsidRPr="00FE77D2" w:rsidRDefault="00FE77D2" w:rsidP="00743513">
            <w:pPr>
              <w:spacing w:after="0"/>
              <w:rPr>
                <w:szCs w:val="18"/>
                <w:lang w:val="es-ES"/>
              </w:rPr>
            </w:pPr>
            <w:sdt>
              <w:sdtPr>
                <w:rPr>
                  <w:bCs/>
                  <w:iCs/>
                  <w:szCs w:val="18"/>
                  <w:lang w:val="es-ES"/>
                </w:rPr>
                <w:id w:val="-280267330"/>
                <w14:checkbox>
                  <w14:checked w14:val="0"/>
                  <w14:checkedState w14:val="2612" w14:font="MS Gothic"/>
                  <w14:uncheckedState w14:val="2610" w14:font="MS Gothic"/>
                </w14:checkbox>
              </w:sdtPr>
              <w:sdtContent>
                <w:r w:rsidR="00FE3315">
                  <w:rPr>
                    <w:rFonts w:ascii="MS Gothic" w:eastAsia="MS Gothic" w:hAnsi="MS Gothic" w:hint="eastAsia"/>
                    <w:bCs/>
                    <w:iCs/>
                    <w:szCs w:val="18"/>
                    <w:lang w:val="es-ES"/>
                  </w:rPr>
                  <w:t>☐</w:t>
                </w:r>
              </w:sdtContent>
            </w:sdt>
            <w:r w:rsidRPr="00FE77D2">
              <w:rPr>
                <w:bCs/>
                <w:iCs/>
                <w:szCs w:val="18"/>
                <w:lang w:val="es-ES"/>
              </w:rPr>
              <w:t xml:space="preserve">  </w:t>
            </w:r>
            <w:r w:rsidRPr="00FE77D2">
              <w:rPr>
                <w:szCs w:val="18"/>
                <w:lang w:val="es-ES"/>
              </w:rPr>
              <w:t>Mejora de la calidad de vida y acceso a servicios</w:t>
            </w:r>
          </w:p>
        </w:tc>
      </w:tr>
      <w:tr w:rsidR="00FE77D2" w:rsidRPr="00FE77D2" w14:paraId="027BF830"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10F42D56" w14:textId="77777777" w:rsidR="00FE77D2" w:rsidRPr="00FE77D2" w:rsidRDefault="00FE77D2" w:rsidP="00743513">
            <w:pPr>
              <w:spacing w:after="0"/>
              <w:rPr>
                <w:szCs w:val="18"/>
                <w:lang w:val="es-ES"/>
              </w:rPr>
            </w:pPr>
            <w:sdt>
              <w:sdtPr>
                <w:rPr>
                  <w:bCs/>
                  <w:iCs/>
                  <w:szCs w:val="18"/>
                  <w:lang w:val="es-ES"/>
                </w:rPr>
                <w:id w:val="-306474346"/>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lang w:val="es-ES"/>
              </w:rPr>
              <w:t>Inclusión social, igualdad o atención a colectivos</w:t>
            </w:r>
          </w:p>
        </w:tc>
      </w:tr>
      <w:tr w:rsidR="00FE77D2" w:rsidRPr="00FE77D2" w14:paraId="687B59FD"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68ED08E6" w14:textId="77777777" w:rsidR="00FE77D2" w:rsidRPr="00FE77D2" w:rsidRDefault="00FE77D2" w:rsidP="00743513">
            <w:pPr>
              <w:spacing w:after="0"/>
              <w:rPr>
                <w:szCs w:val="18"/>
                <w:lang w:val="es-ES"/>
              </w:rPr>
            </w:pPr>
            <w:sdt>
              <w:sdtPr>
                <w:rPr>
                  <w:bCs/>
                  <w:iCs/>
                  <w:szCs w:val="18"/>
                  <w:lang w:val="es-ES"/>
                </w:rPr>
                <w:id w:val="1794631919"/>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lang w:val="es-ES"/>
              </w:rPr>
              <w:t>Digitalización, conectividad o innovación tecnológica</w:t>
            </w:r>
          </w:p>
        </w:tc>
      </w:tr>
      <w:tr w:rsidR="00FE77D2" w:rsidRPr="00FE77D2" w14:paraId="086794EA"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5F38281C" w14:textId="77777777" w:rsidR="00FE77D2" w:rsidRPr="00FE77D2" w:rsidRDefault="00FE77D2" w:rsidP="00743513">
            <w:pPr>
              <w:spacing w:after="0"/>
              <w:rPr>
                <w:szCs w:val="18"/>
              </w:rPr>
            </w:pPr>
            <w:sdt>
              <w:sdtPr>
                <w:rPr>
                  <w:bCs/>
                  <w:iCs/>
                  <w:szCs w:val="18"/>
                  <w:lang w:val="es-ES"/>
                </w:rPr>
                <w:id w:val="898714676"/>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rPr>
              <w:t>Patrimonio, cultura, turismo u ocio</w:t>
            </w:r>
          </w:p>
        </w:tc>
      </w:tr>
      <w:tr w:rsidR="00FE77D2" w:rsidRPr="00FE77D2" w14:paraId="0FF7F0EC"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08C88737" w14:textId="77777777" w:rsidR="00FE77D2" w:rsidRPr="00FE77D2" w:rsidRDefault="00FE77D2" w:rsidP="00743513">
            <w:pPr>
              <w:spacing w:after="0"/>
              <w:rPr>
                <w:bCs/>
                <w:iCs/>
                <w:szCs w:val="18"/>
                <w:lang w:val="es-ES"/>
              </w:rPr>
            </w:pPr>
            <w:sdt>
              <w:sdtPr>
                <w:rPr>
                  <w:bCs/>
                  <w:iCs/>
                  <w:szCs w:val="18"/>
                  <w:lang w:val="es-ES"/>
                </w:rPr>
                <w:id w:val="1529223580"/>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lang w:val="es-ES"/>
              </w:rPr>
              <w:t>Asentamiento o permanencia de población</w:t>
            </w:r>
          </w:p>
        </w:tc>
      </w:tr>
      <w:tr w:rsidR="00FE77D2" w:rsidRPr="00FE77D2" w14:paraId="42DB7293"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35E23A18" w14:textId="77777777" w:rsidR="00FE77D2" w:rsidRPr="00FE77D2" w:rsidRDefault="00FE77D2" w:rsidP="00743513">
            <w:pPr>
              <w:spacing w:after="0"/>
              <w:rPr>
                <w:bCs/>
                <w:iCs/>
                <w:szCs w:val="18"/>
                <w:lang w:val="es-ES"/>
              </w:rPr>
            </w:pPr>
            <w:sdt>
              <w:sdtPr>
                <w:rPr>
                  <w:bCs/>
                  <w:iCs/>
                  <w:szCs w:val="18"/>
                  <w:lang w:val="es-ES"/>
                </w:rPr>
                <w:id w:val="-2116734030"/>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lang w:val="es-ES"/>
              </w:rPr>
              <w:t>Actividad económica, empleo o competitividad territorial</w:t>
            </w:r>
          </w:p>
        </w:tc>
      </w:tr>
      <w:tr w:rsidR="00FE77D2" w:rsidRPr="00FE77D2" w14:paraId="34BAEE65"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77C752A8" w14:textId="77777777" w:rsidR="00FE77D2" w:rsidRPr="00FE77D2" w:rsidRDefault="00FE77D2" w:rsidP="00743513">
            <w:pPr>
              <w:spacing w:after="0"/>
              <w:rPr>
                <w:bCs/>
                <w:iCs/>
                <w:szCs w:val="18"/>
                <w:lang w:val="es-ES"/>
              </w:rPr>
            </w:pPr>
            <w:sdt>
              <w:sdtPr>
                <w:rPr>
                  <w:bCs/>
                  <w:iCs/>
                  <w:szCs w:val="18"/>
                  <w:lang w:val="es-ES"/>
                </w:rPr>
                <w:id w:val="373516158"/>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lang w:val="es-ES"/>
              </w:rPr>
              <w:t>Protección ambiental, transición energética o bioeconomía</w:t>
            </w:r>
          </w:p>
        </w:tc>
      </w:tr>
      <w:tr w:rsidR="00FE77D2" w:rsidRPr="00FE77D2" w14:paraId="127A07C2" w14:textId="77777777" w:rsidTr="00FE77D2">
        <w:trPr>
          <w:trHeight w:val="20"/>
          <w:jc w:val="center"/>
        </w:trPr>
        <w:tc>
          <w:tcPr>
            <w:tcW w:w="10348" w:type="dxa"/>
            <w:tcBorders>
              <w:top w:val="single" w:sz="4" w:space="0" w:color="8AA694"/>
              <w:left w:val="single" w:sz="4" w:space="0" w:color="8AA694"/>
              <w:bottom w:val="single" w:sz="4" w:space="0" w:color="8AA694"/>
              <w:right w:val="single" w:sz="4" w:space="0" w:color="8AA694"/>
            </w:tcBorders>
            <w:shd w:val="clear" w:color="auto" w:fill="FFFFFF" w:themeFill="background1"/>
            <w:tcMar>
              <w:top w:w="70" w:type="dxa"/>
              <w:left w:w="70" w:type="dxa"/>
              <w:bottom w:w="70" w:type="dxa"/>
              <w:right w:w="70" w:type="dxa"/>
            </w:tcMar>
            <w:vAlign w:val="center"/>
          </w:tcPr>
          <w:p w14:paraId="025859CF" w14:textId="77777777" w:rsidR="00FE77D2" w:rsidRPr="00FE77D2" w:rsidRDefault="00FE77D2" w:rsidP="00743513">
            <w:pPr>
              <w:spacing w:after="0"/>
              <w:rPr>
                <w:bCs/>
                <w:iCs/>
                <w:szCs w:val="18"/>
                <w:lang w:val="es-ES"/>
              </w:rPr>
            </w:pPr>
            <w:sdt>
              <w:sdtPr>
                <w:rPr>
                  <w:bCs/>
                  <w:iCs/>
                  <w:szCs w:val="18"/>
                  <w:lang w:val="es-ES"/>
                </w:rPr>
                <w:id w:val="-494256672"/>
                <w14:checkbox>
                  <w14:checked w14:val="0"/>
                  <w14:checkedState w14:val="2612" w14:font="MS Gothic"/>
                  <w14:uncheckedState w14:val="2610" w14:font="MS Gothic"/>
                </w14:checkbox>
              </w:sdtPr>
              <w:sdtContent>
                <w:r w:rsidRPr="00FE77D2">
                  <w:rPr>
                    <w:rFonts w:ascii="Segoe UI Symbol" w:hAnsi="Segoe UI Symbol" w:cs="Segoe UI Symbol"/>
                    <w:bCs/>
                    <w:iCs/>
                    <w:szCs w:val="18"/>
                    <w:lang w:val="es-ES"/>
                  </w:rPr>
                  <w:t>☐</w:t>
                </w:r>
              </w:sdtContent>
            </w:sdt>
            <w:r w:rsidRPr="00FE77D2">
              <w:rPr>
                <w:bCs/>
                <w:iCs/>
                <w:szCs w:val="18"/>
                <w:lang w:val="es-ES"/>
              </w:rPr>
              <w:t xml:space="preserve">  </w:t>
            </w:r>
            <w:r w:rsidRPr="00FE77D2">
              <w:rPr>
                <w:szCs w:val="18"/>
                <w:lang w:val="es-ES"/>
              </w:rPr>
              <w:t>Movilidad sostenible o cohesión territorial</w:t>
            </w:r>
          </w:p>
        </w:tc>
      </w:tr>
    </w:tbl>
    <w:p w14:paraId="6E8861BC" w14:textId="77777777" w:rsidR="00FE77D2" w:rsidRPr="004E1367" w:rsidRDefault="00FE77D2" w:rsidP="00FE77D2">
      <w:pPr>
        <w:keepNext/>
        <w:pBdr>
          <w:bottom w:val="single" w:sz="8" w:space="1" w:color="1F5E3A"/>
        </w:pBdr>
        <w:spacing w:before="240" w:after="240"/>
        <w:rPr>
          <w:b/>
          <w:color w:val="18482E"/>
          <w:sz w:val="20"/>
          <w:szCs w:val="20"/>
          <w:lang w:val="es-ES"/>
        </w:rPr>
      </w:pPr>
      <w:r w:rsidRPr="004E1367">
        <w:rPr>
          <w:b/>
          <w:color w:val="18482E"/>
          <w:sz w:val="20"/>
          <w:szCs w:val="20"/>
          <w:lang w:val="es-ES"/>
        </w:rPr>
        <w:lastRenderedPageBreak/>
        <w:t>Necesidades de la EDLP que contribuye a mejorar</w:t>
      </w:r>
    </w:p>
    <w:tbl>
      <w:tblPr>
        <w:tblW w:w="0" w:type="auto"/>
        <w:jc w:val="center"/>
        <w:tblLayout w:type="fixed"/>
        <w:tblLook w:val="04A0" w:firstRow="1" w:lastRow="0" w:firstColumn="1" w:lastColumn="0" w:noHBand="0" w:noVBand="1"/>
      </w:tblPr>
      <w:tblGrid>
        <w:gridCol w:w="10262"/>
      </w:tblGrid>
      <w:tr w:rsidR="00FE77D2" w:rsidRPr="00FE77D2" w14:paraId="6DBB6054" w14:textId="77777777" w:rsidTr="002D5B44">
        <w:trPr>
          <w:trHeight w:val="3726"/>
          <w:jc w:val="center"/>
        </w:trPr>
        <w:tc>
          <w:tcPr>
            <w:tcW w:w="10262" w:type="dxa"/>
            <w:tcBorders>
              <w:top w:val="single" w:sz="4" w:space="0" w:color="8AA694"/>
              <w:left w:val="single" w:sz="4" w:space="0" w:color="8AA694"/>
              <w:bottom w:val="single" w:sz="4" w:space="0" w:color="8AA694"/>
              <w:right w:val="single" w:sz="4" w:space="0" w:color="8AA694"/>
            </w:tcBorders>
            <w:tcMar>
              <w:top w:w="70" w:type="dxa"/>
              <w:left w:w="70" w:type="dxa"/>
              <w:bottom w:w="70" w:type="dxa"/>
              <w:right w:w="70" w:type="dxa"/>
            </w:tcMar>
          </w:tcPr>
          <w:p w14:paraId="4F91AC45" w14:textId="77777777" w:rsidR="00FE77D2" w:rsidRDefault="00FE77D2" w:rsidP="00743513">
            <w:pPr>
              <w:spacing w:after="0"/>
              <w:rPr>
                <w:i/>
                <w:color w:val="7F7F7F"/>
                <w:lang w:val="es-ES"/>
              </w:rPr>
            </w:pPr>
            <w:r w:rsidRPr="00FE77D2">
              <w:rPr>
                <w:i/>
                <w:color w:val="7F7F7F"/>
                <w:lang w:val="es-ES"/>
              </w:rPr>
              <w:t>De las necesidades incluidas en los objetivos de la EDLP, seleccionar aquellas que se cubren con la ejecución del proyecto y explicar brevemente por qué. Identifique. Identifique únicamente las necesidades concretas de la EDLP con las que la operación guarda una relación directa. Para cada necesidad seleccionada, explique qué actuación del proyecto contribuye a atenderla y qué cambio o resultado se espera conseguir. No es suficiente reproducir literalmente el texto de la EDLP sin relacionarlo con actuaciones concretas de la operación.</w:t>
            </w:r>
          </w:p>
          <w:p w14:paraId="011A6C5A" w14:textId="3A1422B1" w:rsidR="002D5B44" w:rsidRPr="00773CE3" w:rsidRDefault="002D5B44" w:rsidP="00743513">
            <w:pPr>
              <w:spacing w:after="0"/>
              <w:rPr>
                <w:i/>
                <w:color w:val="777777"/>
                <w:sz w:val="20"/>
                <w:szCs w:val="20"/>
                <w:lang w:val="es-ES"/>
              </w:rPr>
            </w:pPr>
          </w:p>
        </w:tc>
      </w:tr>
    </w:tbl>
    <w:p w14:paraId="4C590FC1" w14:textId="77777777" w:rsidR="00F82B15" w:rsidRPr="00F82B15" w:rsidRDefault="00F82B15">
      <w:pPr>
        <w:rPr>
          <w:lang w:val="es-ES"/>
        </w:rPr>
      </w:pPr>
    </w:p>
    <w:p w14:paraId="08CAF060" w14:textId="77777777" w:rsidR="00F82B15" w:rsidRPr="00F82B15" w:rsidRDefault="00F82B15">
      <w:pPr>
        <w:rPr>
          <w:lang w:val="es-ES"/>
        </w:rPr>
      </w:pPr>
    </w:p>
    <w:p w14:paraId="72897C1F" w14:textId="05DFC724" w:rsidR="00497C72" w:rsidRPr="00F82B15" w:rsidRDefault="00497C72" w:rsidP="00497C72">
      <w:pPr>
        <w:keepNext/>
        <w:pBdr>
          <w:bottom w:val="single" w:sz="8" w:space="2" w:color="18482E"/>
        </w:pBdr>
        <w:spacing w:before="100" w:after="60"/>
        <w:rPr>
          <w:lang w:val="es-ES"/>
        </w:rPr>
      </w:pPr>
      <w:r w:rsidRPr="00F82B15">
        <w:rPr>
          <w:b/>
          <w:color w:val="18482E"/>
          <w:sz w:val="24"/>
          <w:lang w:val="es-ES"/>
        </w:rPr>
        <w:t xml:space="preserve">1.7. Resumen ejecutivo </w:t>
      </w:r>
    </w:p>
    <w:tbl>
      <w:tblPr>
        <w:tblW w:w="0" w:type="auto"/>
        <w:jc w:val="center"/>
        <w:tblLook w:val="04A0" w:firstRow="1" w:lastRow="0" w:firstColumn="1" w:lastColumn="0" w:noHBand="0" w:noVBand="1"/>
      </w:tblPr>
      <w:tblGrid>
        <w:gridCol w:w="10250"/>
      </w:tblGrid>
      <w:tr w:rsidR="00497C72" w:rsidRPr="00497C72" w14:paraId="7DF1DD19" w14:textId="77777777" w:rsidTr="00F82B15">
        <w:trPr>
          <w:trHeight w:val="3382"/>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1F6B99A4" w14:textId="77777777" w:rsidR="00497C72" w:rsidRPr="00497C72" w:rsidRDefault="00497C72" w:rsidP="00743513">
            <w:pPr>
              <w:spacing w:after="0"/>
              <w:rPr>
                <w:lang w:val="es-ES"/>
              </w:rPr>
            </w:pPr>
            <w:r w:rsidRPr="00497C72">
              <w:rPr>
                <w:i/>
                <w:color w:val="7F7F7F"/>
                <w:lang w:val="es-ES"/>
              </w:rPr>
              <w:t>En un máximo aproximado de 10-12 líneas, explique en qué consiste el proyecto integral, qué operaciones lo forman, qué servicio o uso público quedará funcionando, quién lo utilizará y cuál será su principal resultado.</w:t>
            </w:r>
          </w:p>
        </w:tc>
      </w:tr>
    </w:tbl>
    <w:p w14:paraId="42BC14F3" w14:textId="77777777" w:rsidR="00497C72" w:rsidRPr="00497C72" w:rsidRDefault="00497C72" w:rsidP="00497C72">
      <w:pPr>
        <w:spacing w:after="0"/>
        <w:rPr>
          <w:lang w:val="es-ES"/>
        </w:rPr>
      </w:pPr>
    </w:p>
    <w:p w14:paraId="0916941F" w14:textId="13B063FE" w:rsidR="00F82B15" w:rsidRPr="00F82B15" w:rsidRDefault="00F82B15" w:rsidP="00F82B15">
      <w:pPr>
        <w:keepNext/>
        <w:pBdr>
          <w:bottom w:val="single" w:sz="8" w:space="2" w:color="18482E"/>
        </w:pBdr>
        <w:spacing w:before="100" w:after="60"/>
        <w:rPr>
          <w:lang w:val="es-ES"/>
        </w:rPr>
      </w:pPr>
      <w:r w:rsidRPr="00F82B15">
        <w:rPr>
          <w:b/>
          <w:color w:val="18482E"/>
          <w:sz w:val="24"/>
          <w:lang w:val="es-ES"/>
        </w:rPr>
        <w:t xml:space="preserve">1.7. </w:t>
      </w:r>
      <w:r>
        <w:rPr>
          <w:b/>
          <w:color w:val="18482E"/>
          <w:sz w:val="24"/>
          <w:lang w:val="es-ES"/>
        </w:rPr>
        <w:t xml:space="preserve">Otra información sobre la identificación y justificación de la operación </w:t>
      </w:r>
    </w:p>
    <w:tbl>
      <w:tblPr>
        <w:tblW w:w="0" w:type="auto"/>
        <w:jc w:val="center"/>
        <w:tblLook w:val="04A0" w:firstRow="1" w:lastRow="0" w:firstColumn="1" w:lastColumn="0" w:noHBand="0" w:noVBand="1"/>
      </w:tblPr>
      <w:tblGrid>
        <w:gridCol w:w="10250"/>
      </w:tblGrid>
      <w:tr w:rsidR="00F82B15" w:rsidRPr="00497C72" w14:paraId="08BE63E5" w14:textId="77777777" w:rsidTr="002D5B44">
        <w:trPr>
          <w:trHeight w:val="3087"/>
          <w:jc w:val="center"/>
        </w:trPr>
        <w:tc>
          <w:tcPr>
            <w:tcW w:w="10250"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28EF8B43" w14:textId="32DAB908" w:rsidR="00F82B15" w:rsidRPr="00497C72" w:rsidRDefault="00F82B15" w:rsidP="00743513">
            <w:pPr>
              <w:spacing w:after="0"/>
              <w:rPr>
                <w:lang w:val="es-ES"/>
              </w:rPr>
            </w:pPr>
            <w:r>
              <w:rPr>
                <w:i/>
                <w:color w:val="7F7F7F"/>
                <w:lang w:val="es-ES"/>
              </w:rPr>
              <w:t xml:space="preserve">Incluya aquí otra información </w:t>
            </w:r>
            <w:proofErr w:type="gramStart"/>
            <w:r>
              <w:rPr>
                <w:i/>
                <w:color w:val="7F7F7F"/>
                <w:lang w:val="es-ES"/>
              </w:rPr>
              <w:t>relevante  que</w:t>
            </w:r>
            <w:proofErr w:type="gramEnd"/>
            <w:r>
              <w:rPr>
                <w:i/>
                <w:color w:val="7F7F7F"/>
                <w:lang w:val="es-ES"/>
              </w:rPr>
              <w:t xml:space="preserve"> no tenga cabida en los apartados del bloque 1.  Procure no repetir información que se recoja en alguno de los otros bloques de la memoria</w:t>
            </w:r>
            <w:r w:rsidRPr="00497C72">
              <w:rPr>
                <w:i/>
                <w:color w:val="7F7F7F"/>
                <w:lang w:val="es-ES"/>
              </w:rPr>
              <w:t>.</w:t>
            </w:r>
          </w:p>
        </w:tc>
      </w:tr>
    </w:tbl>
    <w:p w14:paraId="3F784FF4" w14:textId="77777777" w:rsidR="00F82B15" w:rsidRDefault="00F82B15" w:rsidP="00F82B15">
      <w:pPr>
        <w:rPr>
          <w:lang w:val="es-ES"/>
        </w:rPr>
      </w:pPr>
    </w:p>
    <w:p w14:paraId="5C74DE97" w14:textId="4D28AF97" w:rsidR="00F82B15" w:rsidRDefault="00F82B15">
      <w:pPr>
        <w:spacing w:after="200" w:line="276" w:lineRule="auto"/>
        <w:rPr>
          <w:lang w:val="es-ES"/>
        </w:rPr>
      </w:pPr>
      <w:r>
        <w:rPr>
          <w:lang w:val="es-ES"/>
        </w:rPr>
        <w:br w:type="page"/>
      </w:r>
    </w:p>
    <w:p w14:paraId="2CE50B09" w14:textId="77777777" w:rsidR="00DB2DC9" w:rsidRPr="00497C72" w:rsidRDefault="00DB2DC9">
      <w:pPr>
        <w:rPr>
          <w:lang w:val="es-ES"/>
        </w:rPr>
      </w:pPr>
    </w:p>
    <w:tbl>
      <w:tblPr>
        <w:tblW w:w="0" w:type="auto"/>
        <w:jc w:val="center"/>
        <w:tblLook w:val="04A0" w:firstRow="1" w:lastRow="0" w:firstColumn="1" w:lastColumn="0" w:noHBand="0" w:noVBand="1"/>
      </w:tblPr>
      <w:tblGrid>
        <w:gridCol w:w="10246"/>
      </w:tblGrid>
      <w:tr w:rsidR="00DB2DC9" w:rsidRPr="005A6ED4" w14:paraId="405B7578" w14:textId="77777777">
        <w:trPr>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0A8C3860" w14:textId="39546AC3" w:rsidR="00DB2DC9" w:rsidRPr="005A6ED4" w:rsidRDefault="00A3308C">
            <w:pPr>
              <w:keepNext/>
              <w:spacing w:after="0"/>
              <w:rPr>
                <w:b/>
                <w:bCs/>
                <w:color w:val="FFFFFF" w:themeColor="background1"/>
                <w:sz w:val="24"/>
                <w:szCs w:val="24"/>
                <w:lang w:val="es-ES"/>
              </w:rPr>
            </w:pPr>
            <w:bookmarkStart w:id="5" w:name="bolque_dos"/>
            <w:bookmarkEnd w:id="5"/>
            <w:r w:rsidRPr="005A6ED4">
              <w:rPr>
                <w:b/>
                <w:bCs/>
                <w:color w:val="FFFFFF" w:themeColor="background1"/>
                <w:sz w:val="24"/>
                <w:szCs w:val="24"/>
                <w:lang w:val="es-ES"/>
              </w:rPr>
              <w:t>BLOQUE 2. DESCRIPCIÓN DE LAS OPERACIONES</w:t>
            </w:r>
          </w:p>
        </w:tc>
      </w:tr>
    </w:tbl>
    <w:p w14:paraId="0FB65816" w14:textId="77777777" w:rsidR="00DB2DC9" w:rsidRPr="00497C72" w:rsidRDefault="00DB2DC9">
      <w:pPr>
        <w:spacing w:after="0"/>
        <w:rPr>
          <w:lang w:val="es-ES"/>
        </w:rPr>
      </w:pPr>
    </w:p>
    <w:tbl>
      <w:tblPr>
        <w:tblW w:w="0" w:type="auto"/>
        <w:jc w:val="center"/>
        <w:tblLook w:val="04A0" w:firstRow="1" w:lastRow="0" w:firstColumn="1" w:lastColumn="0" w:noHBand="0" w:noVBand="1"/>
      </w:tblPr>
      <w:tblGrid>
        <w:gridCol w:w="10246"/>
      </w:tblGrid>
      <w:tr w:rsidR="00DB2DC9" w:rsidRPr="00497C72" w14:paraId="6BAC769E" w14:textId="77777777">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615DEF26" w14:textId="07193B66" w:rsidR="00DB2DC9" w:rsidRPr="00497C72" w:rsidRDefault="00A3308C">
            <w:pPr>
              <w:keepNext/>
              <w:spacing w:after="0"/>
              <w:rPr>
                <w:lang w:val="es-ES"/>
              </w:rPr>
            </w:pPr>
            <w:r w:rsidRPr="00497C72">
              <w:rPr>
                <w:b/>
                <w:color w:val="000000"/>
                <w:lang w:val="es-ES"/>
              </w:rPr>
              <w:t>Instrucciones:</w:t>
            </w:r>
            <w:r w:rsidRPr="00497C72">
              <w:rPr>
                <w:color w:val="000000"/>
                <w:lang w:val="es-ES"/>
              </w:rPr>
              <w:t xml:space="preserve"> diferencie claramente las operaciones de inversión</w:t>
            </w:r>
            <w:r w:rsidR="00F82B15">
              <w:rPr>
                <w:color w:val="000000"/>
                <w:lang w:val="es-ES"/>
              </w:rPr>
              <w:t xml:space="preserve"> para las que solicita ayuda</w:t>
            </w:r>
            <w:r w:rsidRPr="00497C72">
              <w:rPr>
                <w:color w:val="000000"/>
                <w:lang w:val="es-ES"/>
              </w:rPr>
              <w:t>, sujetas al compromiso de durabilidad, de las demás operaciones o actividades que dan sentido al proyecto</w:t>
            </w:r>
            <w:r w:rsidR="00F82B15">
              <w:rPr>
                <w:color w:val="000000"/>
                <w:lang w:val="es-ES"/>
              </w:rPr>
              <w:t xml:space="preserve"> y garantizan su funcionamiento</w:t>
            </w:r>
            <w:r w:rsidRPr="00497C72">
              <w:rPr>
                <w:color w:val="000000"/>
                <w:lang w:val="es-ES"/>
              </w:rPr>
              <w:t>. Utilice los códigos I1, I2... y O1, O2... en el presupuesto, la contratación, el cronograma y los indicadores para garantizar la trazabilidad.</w:t>
            </w:r>
          </w:p>
        </w:tc>
      </w:tr>
    </w:tbl>
    <w:p w14:paraId="524F883A" w14:textId="77777777" w:rsidR="00DB2DC9" w:rsidRPr="00497C72" w:rsidRDefault="00DB2DC9">
      <w:pPr>
        <w:spacing w:after="0"/>
        <w:rPr>
          <w:lang w:val="es-ES"/>
        </w:rPr>
      </w:pPr>
    </w:p>
    <w:p w14:paraId="502A0A96" w14:textId="77777777" w:rsidR="00DB2DC9" w:rsidRPr="00497C72" w:rsidRDefault="00A3308C" w:rsidP="003D5526">
      <w:pPr>
        <w:keepNext/>
        <w:pBdr>
          <w:bottom w:val="single" w:sz="8" w:space="2" w:color="18482E"/>
        </w:pBdr>
        <w:spacing w:before="100" w:after="0"/>
        <w:rPr>
          <w:lang w:val="es-ES"/>
        </w:rPr>
      </w:pPr>
      <w:bookmarkStart w:id="6" w:name="ap_ej_operaciones_27876"/>
      <w:r w:rsidRPr="00497C72">
        <w:rPr>
          <w:b/>
          <w:color w:val="18482E"/>
          <w:sz w:val="24"/>
          <w:lang w:val="es-ES"/>
        </w:rPr>
        <w:t>2.1. Operaciones de inversión sujetas a compromiso de durabilidad</w:t>
      </w:r>
      <w:bookmarkEnd w:id="6"/>
    </w:p>
    <w:p w14:paraId="77E4FD72" w14:textId="77777777" w:rsidR="00DB2DC9" w:rsidRDefault="00A3308C">
      <w:pPr>
        <w:keepNext/>
        <w:spacing w:after="20"/>
        <w:jc w:val="right"/>
      </w:pPr>
      <w:hyperlink w:anchor="ej_operaciones" w:history="1">
        <w:r w:rsidRPr="00497C72">
          <w:rPr>
            <w:b/>
            <w:color w:val="18482E"/>
            <w:sz w:val="15"/>
            <w:bdr w:val="single" w:sz="6" w:space="2" w:color="8BA99A"/>
            <w:shd w:val="clear" w:color="auto" w:fill="EAF3EC"/>
            <w:lang w:val="es-ES"/>
          </w:rPr>
          <w:t xml:space="preserve">  VER ORIENTACIÓN Y EJEMPLO  </w:t>
        </w:r>
      </w:hyperlink>
    </w:p>
    <w:p w14:paraId="2BF796CE" w14:textId="77777777" w:rsidR="003D5526" w:rsidRPr="00497C72" w:rsidRDefault="003D5526">
      <w:pPr>
        <w:keepNext/>
        <w:spacing w:after="20"/>
        <w:jc w:val="right"/>
        <w:rPr>
          <w:lang w:val="es-ES"/>
        </w:rPr>
      </w:pPr>
    </w:p>
    <w:p w14:paraId="26DC0044" w14:textId="77777777" w:rsidR="00DB2DC9" w:rsidRPr="00497C72" w:rsidRDefault="00A3308C">
      <w:pPr>
        <w:spacing w:after="60"/>
        <w:rPr>
          <w:lang w:val="es-ES"/>
        </w:rPr>
      </w:pPr>
      <w:r w:rsidRPr="00497C72">
        <w:rPr>
          <w:i/>
          <w:color w:val="7F7F7F"/>
          <w:lang w:val="es-ES"/>
        </w:rPr>
        <w:t>Relacione los bienes muebles o inmuebles que se adquirirán, construirán, rehabilitarán o instalarán. Estas inversiones deberán mantenerse destinadas al uso aprobado durante, al menos, tres años desde el pago final.</w:t>
      </w:r>
    </w:p>
    <w:tbl>
      <w:tblPr>
        <w:tblW w:w="0" w:type="auto"/>
        <w:tblInd w:w="-150" w:type="dxa"/>
        <w:tblLayout w:type="fixed"/>
        <w:tblLook w:val="04A0" w:firstRow="1" w:lastRow="0" w:firstColumn="1" w:lastColumn="0" w:noHBand="0" w:noVBand="1"/>
      </w:tblPr>
      <w:tblGrid>
        <w:gridCol w:w="1009"/>
        <w:gridCol w:w="1247"/>
        <w:gridCol w:w="2494"/>
        <w:gridCol w:w="1474"/>
        <w:gridCol w:w="1998"/>
        <w:gridCol w:w="992"/>
        <w:gridCol w:w="1134"/>
      </w:tblGrid>
      <w:tr w:rsidR="00DB2DC9" w14:paraId="0DCD42AD" w14:textId="77777777" w:rsidTr="00F82B15">
        <w:trPr>
          <w:cantSplit/>
          <w:tblHeader/>
        </w:trPr>
        <w:tc>
          <w:tcPr>
            <w:tcW w:w="1009"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103024C" w14:textId="77777777" w:rsidR="00DB2DC9" w:rsidRDefault="00A3308C">
            <w:pPr>
              <w:spacing w:after="0"/>
              <w:jc w:val="center"/>
            </w:pPr>
            <w:r>
              <w:rPr>
                <w:b/>
                <w:color w:val="18482E"/>
                <w:sz w:val="16"/>
              </w:rPr>
              <w:t>Código</w:t>
            </w:r>
          </w:p>
        </w:tc>
        <w:tc>
          <w:tcPr>
            <w:tcW w:w="1247"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B7C1665" w14:textId="77777777" w:rsidR="00DB2DC9" w:rsidRDefault="00A3308C">
            <w:pPr>
              <w:spacing w:after="0"/>
              <w:jc w:val="center"/>
            </w:pPr>
            <w:r>
              <w:rPr>
                <w:b/>
                <w:color w:val="18482E"/>
                <w:sz w:val="16"/>
              </w:rPr>
              <w:t>Tipo de bien</w:t>
            </w:r>
          </w:p>
        </w:tc>
        <w:tc>
          <w:tcPr>
            <w:tcW w:w="249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273F309" w14:textId="77777777" w:rsidR="00DB2DC9" w:rsidRDefault="00A3308C">
            <w:pPr>
              <w:spacing w:after="0"/>
              <w:jc w:val="center"/>
            </w:pPr>
            <w:r>
              <w:rPr>
                <w:b/>
                <w:color w:val="18482E"/>
                <w:sz w:val="16"/>
              </w:rPr>
              <w:t>Descripción y alcance</w:t>
            </w:r>
          </w:p>
        </w:tc>
        <w:tc>
          <w:tcPr>
            <w:tcW w:w="147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53F9202" w14:textId="77777777" w:rsidR="00DB2DC9" w:rsidRDefault="00A3308C">
            <w:pPr>
              <w:spacing w:after="0"/>
              <w:jc w:val="center"/>
            </w:pPr>
            <w:r>
              <w:rPr>
                <w:b/>
                <w:color w:val="18482E"/>
                <w:sz w:val="16"/>
              </w:rPr>
              <w:t>Ubicación</w:t>
            </w:r>
          </w:p>
        </w:tc>
        <w:tc>
          <w:tcPr>
            <w:tcW w:w="199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2D14CBD" w14:textId="77777777" w:rsidR="00DB2DC9" w:rsidRDefault="00A3308C">
            <w:pPr>
              <w:spacing w:after="0"/>
              <w:jc w:val="center"/>
            </w:pPr>
            <w:r>
              <w:rPr>
                <w:b/>
                <w:color w:val="18482E"/>
                <w:sz w:val="16"/>
              </w:rPr>
              <w:t>Resultado / entregable</w:t>
            </w:r>
          </w:p>
        </w:tc>
        <w:tc>
          <w:tcPr>
            <w:tcW w:w="99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279CBB9" w14:textId="77777777" w:rsidR="00DB2DC9" w:rsidRDefault="00A3308C">
            <w:pPr>
              <w:spacing w:after="0"/>
              <w:jc w:val="center"/>
            </w:pPr>
            <w:r>
              <w:rPr>
                <w:b/>
                <w:color w:val="18482E"/>
                <w:sz w:val="16"/>
              </w:rPr>
              <w:t>Coste total</w:t>
            </w:r>
          </w:p>
        </w:tc>
        <w:tc>
          <w:tcPr>
            <w:tcW w:w="113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589429C" w14:textId="77777777" w:rsidR="00DB2DC9" w:rsidRDefault="00A3308C">
            <w:pPr>
              <w:spacing w:after="0"/>
              <w:jc w:val="center"/>
            </w:pPr>
            <w:r>
              <w:rPr>
                <w:b/>
                <w:color w:val="18482E"/>
                <w:sz w:val="16"/>
              </w:rPr>
              <w:t>Anualidad/es</w:t>
            </w:r>
          </w:p>
        </w:tc>
      </w:tr>
      <w:tr w:rsidR="00DB2DC9" w14:paraId="49CE647E" w14:textId="77777777" w:rsidTr="00F82B15">
        <w:trPr>
          <w:cantSplit/>
          <w:trHeight w:val="1247"/>
        </w:trPr>
        <w:tc>
          <w:tcPr>
            <w:tcW w:w="100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6839ED2" w14:textId="77777777" w:rsidR="00DB2DC9" w:rsidRPr="00FE3315" w:rsidRDefault="00A3308C">
            <w:pPr>
              <w:spacing w:after="0"/>
              <w:rPr>
                <w:szCs w:val="18"/>
              </w:rPr>
            </w:pPr>
            <w:r w:rsidRPr="00FE3315">
              <w:rPr>
                <w:szCs w:val="18"/>
              </w:rPr>
              <w:t>I1</w:t>
            </w:r>
          </w:p>
        </w:tc>
        <w:tc>
          <w:tcPr>
            <w:tcW w:w="124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270AC10" w14:textId="77777777" w:rsidR="00DB2DC9" w:rsidRPr="00FE3315" w:rsidRDefault="00A3308C">
            <w:pPr>
              <w:spacing w:after="0"/>
              <w:rPr>
                <w:szCs w:val="18"/>
              </w:rPr>
            </w:pPr>
            <w:r w:rsidRPr="00FE3315">
              <w:rPr>
                <w:szCs w:val="18"/>
              </w:rPr>
              <w:t>Mueble / inmueble</w:t>
            </w:r>
          </w:p>
        </w:tc>
        <w:tc>
          <w:tcPr>
            <w:tcW w:w="249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785D07B" w14:textId="77777777" w:rsidR="00DB2DC9" w:rsidRPr="00FE3315" w:rsidRDefault="00DB2DC9">
            <w:pPr>
              <w:spacing w:after="0"/>
              <w:rPr>
                <w:szCs w:val="18"/>
              </w:rPr>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39BE362" w14:textId="77777777" w:rsidR="00DB2DC9" w:rsidRPr="00FE3315" w:rsidRDefault="00DB2DC9">
            <w:pPr>
              <w:spacing w:after="0"/>
              <w:rPr>
                <w:szCs w:val="18"/>
              </w:rPr>
            </w:pPr>
          </w:p>
        </w:tc>
        <w:tc>
          <w:tcPr>
            <w:tcW w:w="199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E6F2B9A" w14:textId="77777777" w:rsidR="00DB2DC9" w:rsidRPr="00FE3315" w:rsidRDefault="00DB2DC9">
            <w:pPr>
              <w:spacing w:after="0"/>
              <w:rPr>
                <w:szCs w:val="18"/>
              </w:rPr>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9E8764E" w14:textId="77777777" w:rsidR="00DB2DC9" w:rsidRPr="00FE3315" w:rsidRDefault="00A3308C">
            <w:pPr>
              <w:spacing w:after="0"/>
              <w:rPr>
                <w:szCs w:val="18"/>
              </w:rPr>
            </w:pPr>
            <w:r w:rsidRPr="00FE3315">
              <w:rPr>
                <w:szCs w:val="18"/>
              </w:rPr>
              <w:t>€</w:t>
            </w: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60F737C" w14:textId="77777777" w:rsidR="00DB2DC9" w:rsidRPr="00FE3315" w:rsidRDefault="00A3308C">
            <w:pPr>
              <w:spacing w:after="0"/>
              <w:rPr>
                <w:szCs w:val="18"/>
              </w:rPr>
            </w:pPr>
            <w:r w:rsidRPr="00FE3315">
              <w:rPr>
                <w:szCs w:val="18"/>
              </w:rPr>
              <w:t>202_</w:t>
            </w:r>
          </w:p>
        </w:tc>
      </w:tr>
      <w:tr w:rsidR="00DB2DC9" w14:paraId="7A299D3F" w14:textId="77777777" w:rsidTr="00F82B15">
        <w:trPr>
          <w:cantSplit/>
          <w:trHeight w:val="1247"/>
        </w:trPr>
        <w:tc>
          <w:tcPr>
            <w:tcW w:w="100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DF206C6" w14:textId="77777777" w:rsidR="00DB2DC9" w:rsidRPr="00FE3315" w:rsidRDefault="00A3308C">
            <w:pPr>
              <w:spacing w:after="0"/>
              <w:rPr>
                <w:szCs w:val="18"/>
              </w:rPr>
            </w:pPr>
            <w:r w:rsidRPr="00FE3315">
              <w:rPr>
                <w:szCs w:val="18"/>
              </w:rPr>
              <w:t>I2</w:t>
            </w:r>
          </w:p>
        </w:tc>
        <w:tc>
          <w:tcPr>
            <w:tcW w:w="124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8FA9AF8" w14:textId="77777777" w:rsidR="00DB2DC9" w:rsidRPr="00FE3315" w:rsidRDefault="00A3308C">
            <w:pPr>
              <w:spacing w:after="0"/>
              <w:rPr>
                <w:szCs w:val="18"/>
              </w:rPr>
            </w:pPr>
            <w:r w:rsidRPr="00FE3315">
              <w:rPr>
                <w:szCs w:val="18"/>
              </w:rPr>
              <w:t>Mueble / inmueble</w:t>
            </w:r>
          </w:p>
        </w:tc>
        <w:tc>
          <w:tcPr>
            <w:tcW w:w="249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117E90B" w14:textId="77777777" w:rsidR="00DB2DC9" w:rsidRPr="00FE3315" w:rsidRDefault="00DB2DC9">
            <w:pPr>
              <w:spacing w:after="0"/>
              <w:rPr>
                <w:szCs w:val="18"/>
              </w:rPr>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D5439BD" w14:textId="77777777" w:rsidR="00DB2DC9" w:rsidRPr="00FE3315" w:rsidRDefault="00DB2DC9">
            <w:pPr>
              <w:spacing w:after="0"/>
              <w:rPr>
                <w:szCs w:val="18"/>
              </w:rPr>
            </w:pPr>
          </w:p>
        </w:tc>
        <w:tc>
          <w:tcPr>
            <w:tcW w:w="199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337F355" w14:textId="77777777" w:rsidR="00DB2DC9" w:rsidRPr="00FE3315" w:rsidRDefault="00DB2DC9">
            <w:pPr>
              <w:spacing w:after="0"/>
              <w:rPr>
                <w:szCs w:val="18"/>
              </w:rPr>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47EDE78" w14:textId="77777777" w:rsidR="00DB2DC9" w:rsidRPr="00FE3315" w:rsidRDefault="00A3308C">
            <w:pPr>
              <w:spacing w:after="0"/>
              <w:rPr>
                <w:szCs w:val="18"/>
              </w:rPr>
            </w:pPr>
            <w:r w:rsidRPr="00FE3315">
              <w:rPr>
                <w:szCs w:val="18"/>
              </w:rPr>
              <w:t>€</w:t>
            </w: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2296C39" w14:textId="77777777" w:rsidR="00DB2DC9" w:rsidRPr="00FE3315" w:rsidRDefault="00A3308C">
            <w:pPr>
              <w:spacing w:after="0"/>
              <w:rPr>
                <w:szCs w:val="18"/>
              </w:rPr>
            </w:pPr>
            <w:r w:rsidRPr="00FE3315">
              <w:rPr>
                <w:szCs w:val="18"/>
              </w:rPr>
              <w:t>202_</w:t>
            </w:r>
          </w:p>
        </w:tc>
      </w:tr>
      <w:tr w:rsidR="00F82B15" w14:paraId="4534DF5E" w14:textId="77777777" w:rsidTr="00B631BF">
        <w:trPr>
          <w:cantSplit/>
          <w:trHeight w:val="1247"/>
        </w:trPr>
        <w:tc>
          <w:tcPr>
            <w:tcW w:w="100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D63D64F" w14:textId="77777777" w:rsidR="00F82B15" w:rsidRPr="00FE3315" w:rsidRDefault="00F82B15" w:rsidP="00B631BF">
            <w:pPr>
              <w:spacing w:after="0"/>
              <w:rPr>
                <w:szCs w:val="18"/>
              </w:rPr>
            </w:pPr>
            <w:r w:rsidRPr="00FE3315">
              <w:rPr>
                <w:szCs w:val="18"/>
              </w:rPr>
              <w:t>I3</w:t>
            </w:r>
          </w:p>
        </w:tc>
        <w:tc>
          <w:tcPr>
            <w:tcW w:w="124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A215057" w14:textId="77777777" w:rsidR="00F82B15" w:rsidRPr="00FE3315" w:rsidRDefault="00F82B15" w:rsidP="00B631BF">
            <w:pPr>
              <w:spacing w:after="0"/>
              <w:rPr>
                <w:szCs w:val="18"/>
              </w:rPr>
            </w:pPr>
            <w:r w:rsidRPr="00FE3315">
              <w:rPr>
                <w:szCs w:val="18"/>
              </w:rPr>
              <w:t>Mueble / inmueble</w:t>
            </w:r>
          </w:p>
        </w:tc>
        <w:tc>
          <w:tcPr>
            <w:tcW w:w="249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B1409ED" w14:textId="77777777" w:rsidR="00F82B15" w:rsidRPr="00FE3315" w:rsidRDefault="00F82B15" w:rsidP="00B631BF">
            <w:pPr>
              <w:spacing w:after="0"/>
              <w:rPr>
                <w:szCs w:val="18"/>
              </w:rPr>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ACD8749" w14:textId="77777777" w:rsidR="00F82B15" w:rsidRPr="00FE3315" w:rsidRDefault="00F82B15" w:rsidP="00B631BF">
            <w:pPr>
              <w:spacing w:after="0"/>
              <w:rPr>
                <w:szCs w:val="18"/>
              </w:rPr>
            </w:pPr>
          </w:p>
        </w:tc>
        <w:tc>
          <w:tcPr>
            <w:tcW w:w="199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9CBF294" w14:textId="77777777" w:rsidR="00F82B15" w:rsidRPr="00FE3315" w:rsidRDefault="00F82B15" w:rsidP="00B631BF">
            <w:pPr>
              <w:spacing w:after="0"/>
              <w:rPr>
                <w:szCs w:val="18"/>
              </w:rPr>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02609BB" w14:textId="77777777" w:rsidR="00F82B15" w:rsidRPr="00FE3315" w:rsidRDefault="00F82B15" w:rsidP="00B631BF">
            <w:pPr>
              <w:spacing w:after="0"/>
              <w:rPr>
                <w:szCs w:val="18"/>
              </w:rPr>
            </w:pPr>
            <w:r w:rsidRPr="00FE3315">
              <w:rPr>
                <w:szCs w:val="18"/>
              </w:rPr>
              <w:t>€</w:t>
            </w: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E502F56" w14:textId="77777777" w:rsidR="00F82B15" w:rsidRPr="00FE3315" w:rsidRDefault="00F82B15" w:rsidP="00B631BF">
            <w:pPr>
              <w:spacing w:after="0"/>
              <w:rPr>
                <w:szCs w:val="18"/>
              </w:rPr>
            </w:pPr>
            <w:r w:rsidRPr="00FE3315">
              <w:rPr>
                <w:szCs w:val="18"/>
              </w:rPr>
              <w:t>202_</w:t>
            </w:r>
          </w:p>
        </w:tc>
      </w:tr>
      <w:tr w:rsidR="00F82B15" w14:paraId="584265E9" w14:textId="77777777" w:rsidTr="00743513">
        <w:trPr>
          <w:cantSplit/>
          <w:trHeight w:val="1247"/>
        </w:trPr>
        <w:tc>
          <w:tcPr>
            <w:tcW w:w="100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45450C0" w14:textId="25DE346B" w:rsidR="00F82B15" w:rsidRPr="00FE3315" w:rsidRDefault="00F82B15" w:rsidP="00743513">
            <w:pPr>
              <w:spacing w:after="0"/>
              <w:rPr>
                <w:szCs w:val="18"/>
              </w:rPr>
            </w:pPr>
            <w:r w:rsidRPr="00FE3315">
              <w:rPr>
                <w:szCs w:val="18"/>
              </w:rPr>
              <w:t>I</w:t>
            </w:r>
            <w:r w:rsidRPr="00FE3315">
              <w:rPr>
                <w:szCs w:val="18"/>
              </w:rPr>
              <w:t>4</w:t>
            </w:r>
          </w:p>
        </w:tc>
        <w:tc>
          <w:tcPr>
            <w:tcW w:w="124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1AA8867" w14:textId="77777777" w:rsidR="00F82B15" w:rsidRPr="00FE3315" w:rsidRDefault="00F82B15" w:rsidP="00743513">
            <w:pPr>
              <w:spacing w:after="0"/>
              <w:rPr>
                <w:szCs w:val="18"/>
              </w:rPr>
            </w:pPr>
            <w:r w:rsidRPr="00FE3315">
              <w:rPr>
                <w:szCs w:val="18"/>
              </w:rPr>
              <w:t>Mueble / inmueble</w:t>
            </w:r>
          </w:p>
        </w:tc>
        <w:tc>
          <w:tcPr>
            <w:tcW w:w="249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63FA929" w14:textId="77777777" w:rsidR="00F82B15" w:rsidRPr="00FE3315" w:rsidRDefault="00F82B15" w:rsidP="00743513">
            <w:pPr>
              <w:spacing w:after="0"/>
              <w:rPr>
                <w:szCs w:val="18"/>
              </w:rPr>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349909F" w14:textId="77777777" w:rsidR="00F82B15" w:rsidRPr="00FE3315" w:rsidRDefault="00F82B15" w:rsidP="00743513">
            <w:pPr>
              <w:spacing w:after="0"/>
              <w:rPr>
                <w:szCs w:val="18"/>
              </w:rPr>
            </w:pPr>
          </w:p>
        </w:tc>
        <w:tc>
          <w:tcPr>
            <w:tcW w:w="199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83DC7A7" w14:textId="77777777" w:rsidR="00F82B15" w:rsidRPr="00FE3315" w:rsidRDefault="00F82B15" w:rsidP="00743513">
            <w:pPr>
              <w:spacing w:after="0"/>
              <w:rPr>
                <w:szCs w:val="18"/>
              </w:rPr>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5212BBC" w14:textId="77777777" w:rsidR="00F82B15" w:rsidRPr="00FE3315" w:rsidRDefault="00F82B15" w:rsidP="00743513">
            <w:pPr>
              <w:spacing w:after="0"/>
              <w:rPr>
                <w:szCs w:val="18"/>
              </w:rPr>
            </w:pPr>
            <w:r w:rsidRPr="00FE3315">
              <w:rPr>
                <w:szCs w:val="18"/>
              </w:rPr>
              <w:t>€</w:t>
            </w: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497A283" w14:textId="77777777" w:rsidR="00F82B15" w:rsidRPr="00FE3315" w:rsidRDefault="00F82B15" w:rsidP="00743513">
            <w:pPr>
              <w:spacing w:after="0"/>
              <w:rPr>
                <w:szCs w:val="18"/>
              </w:rPr>
            </w:pPr>
            <w:r w:rsidRPr="00FE3315">
              <w:rPr>
                <w:szCs w:val="18"/>
              </w:rPr>
              <w:t>202_</w:t>
            </w:r>
          </w:p>
        </w:tc>
      </w:tr>
    </w:tbl>
    <w:p w14:paraId="5077B806" w14:textId="77777777" w:rsidR="00F82B15" w:rsidRDefault="00F82B15">
      <w:pPr>
        <w:keepNext/>
        <w:pBdr>
          <w:bottom w:val="single" w:sz="8" w:space="2" w:color="18482E"/>
        </w:pBdr>
        <w:spacing w:before="100" w:after="60"/>
        <w:rPr>
          <w:b/>
          <w:color w:val="18482E"/>
          <w:sz w:val="24"/>
          <w:lang w:val="es-ES"/>
        </w:rPr>
      </w:pPr>
      <w:bookmarkStart w:id="7" w:name="ap_ej_operaciones_32308"/>
    </w:p>
    <w:p w14:paraId="56218795" w14:textId="35EDBA9C" w:rsidR="00DB2DC9" w:rsidRPr="00497C72" w:rsidRDefault="00A3308C" w:rsidP="003D5526">
      <w:pPr>
        <w:keepNext/>
        <w:pBdr>
          <w:bottom w:val="single" w:sz="8" w:space="2" w:color="18482E"/>
        </w:pBdr>
        <w:spacing w:before="100" w:after="0"/>
        <w:rPr>
          <w:lang w:val="es-ES"/>
        </w:rPr>
      </w:pPr>
      <w:r w:rsidRPr="00497C72">
        <w:rPr>
          <w:b/>
          <w:color w:val="18482E"/>
          <w:sz w:val="24"/>
          <w:lang w:val="es-ES"/>
        </w:rPr>
        <w:t xml:space="preserve">2.2. Otras operaciones </w:t>
      </w:r>
      <w:r w:rsidR="005A6ED4">
        <w:rPr>
          <w:b/>
          <w:color w:val="18482E"/>
          <w:sz w:val="24"/>
          <w:lang w:val="es-ES"/>
        </w:rPr>
        <w:t xml:space="preserve">necesarias </w:t>
      </w:r>
      <w:r w:rsidR="003D5526">
        <w:rPr>
          <w:b/>
          <w:color w:val="18482E"/>
          <w:sz w:val="24"/>
          <w:lang w:val="es-ES"/>
        </w:rPr>
        <w:t>para el desarrollo de</w:t>
      </w:r>
      <w:r w:rsidRPr="00497C72">
        <w:rPr>
          <w:b/>
          <w:color w:val="18482E"/>
          <w:sz w:val="24"/>
          <w:lang w:val="es-ES"/>
        </w:rPr>
        <w:t>l</w:t>
      </w:r>
      <w:r w:rsidRPr="00497C72">
        <w:rPr>
          <w:b/>
          <w:color w:val="18482E"/>
          <w:sz w:val="24"/>
          <w:lang w:val="es-ES"/>
        </w:rPr>
        <w:t xml:space="preserve"> proyecto</w:t>
      </w:r>
      <w:bookmarkEnd w:id="7"/>
    </w:p>
    <w:p w14:paraId="5F5B4AA6" w14:textId="77777777" w:rsidR="00DB2DC9" w:rsidRDefault="00A3308C">
      <w:pPr>
        <w:keepNext/>
        <w:spacing w:after="20"/>
        <w:jc w:val="right"/>
      </w:pPr>
      <w:hyperlink w:anchor="ej_operaciones" w:history="1">
        <w:r w:rsidRPr="00497C72">
          <w:rPr>
            <w:b/>
            <w:color w:val="18482E"/>
            <w:sz w:val="15"/>
            <w:bdr w:val="single" w:sz="6" w:space="2" w:color="8BA99A"/>
            <w:shd w:val="clear" w:color="auto" w:fill="EAF3EC"/>
            <w:lang w:val="es-ES"/>
          </w:rPr>
          <w:t xml:space="preserve">  VER OR</w:t>
        </w:r>
        <w:r w:rsidRPr="00497C72">
          <w:rPr>
            <w:b/>
            <w:color w:val="18482E"/>
            <w:sz w:val="15"/>
            <w:bdr w:val="single" w:sz="6" w:space="2" w:color="8BA99A"/>
            <w:shd w:val="clear" w:color="auto" w:fill="EAF3EC"/>
            <w:lang w:val="es-ES"/>
          </w:rPr>
          <w:t>I</w:t>
        </w:r>
        <w:r w:rsidRPr="00497C72">
          <w:rPr>
            <w:b/>
            <w:color w:val="18482E"/>
            <w:sz w:val="15"/>
            <w:bdr w:val="single" w:sz="6" w:space="2" w:color="8BA99A"/>
            <w:shd w:val="clear" w:color="auto" w:fill="EAF3EC"/>
            <w:lang w:val="es-ES"/>
          </w:rPr>
          <w:t>E</w:t>
        </w:r>
        <w:r w:rsidRPr="00497C72">
          <w:rPr>
            <w:b/>
            <w:color w:val="18482E"/>
            <w:sz w:val="15"/>
            <w:bdr w:val="single" w:sz="6" w:space="2" w:color="8BA99A"/>
            <w:shd w:val="clear" w:color="auto" w:fill="EAF3EC"/>
            <w:lang w:val="es-ES"/>
          </w:rPr>
          <w:t>NTA</w:t>
        </w:r>
        <w:r w:rsidRPr="00497C72">
          <w:rPr>
            <w:b/>
            <w:color w:val="18482E"/>
            <w:sz w:val="15"/>
            <w:bdr w:val="single" w:sz="6" w:space="2" w:color="8BA99A"/>
            <w:shd w:val="clear" w:color="auto" w:fill="EAF3EC"/>
            <w:lang w:val="es-ES"/>
          </w:rPr>
          <w:t>C</w:t>
        </w:r>
        <w:r w:rsidRPr="00497C72">
          <w:rPr>
            <w:b/>
            <w:color w:val="18482E"/>
            <w:sz w:val="15"/>
            <w:bdr w:val="single" w:sz="6" w:space="2" w:color="8BA99A"/>
            <w:shd w:val="clear" w:color="auto" w:fill="EAF3EC"/>
            <w:lang w:val="es-ES"/>
          </w:rPr>
          <w:t xml:space="preserve">IÓN Y EJEMPLO  </w:t>
        </w:r>
      </w:hyperlink>
    </w:p>
    <w:p w14:paraId="78C699BE" w14:textId="77777777" w:rsidR="003D5526" w:rsidRPr="00497C72" w:rsidRDefault="003D5526">
      <w:pPr>
        <w:keepNext/>
        <w:spacing w:after="20"/>
        <w:jc w:val="right"/>
        <w:rPr>
          <w:lang w:val="es-ES"/>
        </w:rPr>
      </w:pPr>
    </w:p>
    <w:p w14:paraId="4C4BB53F" w14:textId="59195DB4" w:rsidR="00DB2DC9" w:rsidRPr="00497C72" w:rsidRDefault="00A3308C">
      <w:pPr>
        <w:spacing w:after="60"/>
        <w:rPr>
          <w:lang w:val="es-ES"/>
        </w:rPr>
      </w:pPr>
      <w:r w:rsidRPr="00497C72">
        <w:rPr>
          <w:i/>
          <w:color w:val="7F7F7F"/>
          <w:lang w:val="es-ES"/>
        </w:rPr>
        <w:t xml:space="preserve">Relacione las actividades, servicios, programas, planes y compromisos distintos de las inversiones que resultan necesarios para alcanzar la finalidad del proyecto, </w:t>
      </w:r>
      <w:r w:rsidR="00F82B15">
        <w:rPr>
          <w:i/>
          <w:color w:val="7F7F7F"/>
          <w:lang w:val="es-ES"/>
        </w:rPr>
        <w:t>aunque no resulten subvencionables</w:t>
      </w:r>
      <w:r w:rsidRPr="00497C72">
        <w:rPr>
          <w:i/>
          <w:color w:val="7F7F7F"/>
          <w:lang w:val="es-ES"/>
        </w:rPr>
        <w:t>.</w:t>
      </w:r>
    </w:p>
    <w:tbl>
      <w:tblPr>
        <w:tblW w:w="0" w:type="auto"/>
        <w:tblInd w:w="-150" w:type="dxa"/>
        <w:tblLayout w:type="fixed"/>
        <w:tblLook w:val="04A0" w:firstRow="1" w:lastRow="0" w:firstColumn="1" w:lastColumn="0" w:noHBand="0" w:noVBand="1"/>
      </w:tblPr>
      <w:tblGrid>
        <w:gridCol w:w="851"/>
        <w:gridCol w:w="1418"/>
        <w:gridCol w:w="1701"/>
        <w:gridCol w:w="2268"/>
        <w:gridCol w:w="1984"/>
        <w:gridCol w:w="1134"/>
        <w:gridCol w:w="992"/>
      </w:tblGrid>
      <w:tr w:rsidR="00DB2DC9" w14:paraId="5AC4E5F7" w14:textId="77777777" w:rsidTr="00F82B15">
        <w:trPr>
          <w:cantSplit/>
          <w:tblHeader/>
        </w:trPr>
        <w:tc>
          <w:tcPr>
            <w:tcW w:w="85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F74FDCB" w14:textId="77777777" w:rsidR="00DB2DC9" w:rsidRDefault="00A3308C">
            <w:pPr>
              <w:spacing w:after="0"/>
              <w:jc w:val="center"/>
            </w:pPr>
            <w:r>
              <w:rPr>
                <w:b/>
                <w:color w:val="18482E"/>
                <w:sz w:val="15"/>
              </w:rPr>
              <w:t>Código</w:t>
            </w:r>
          </w:p>
        </w:tc>
        <w:tc>
          <w:tcPr>
            <w:tcW w:w="141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639084D" w14:textId="77777777" w:rsidR="00DB2DC9" w:rsidRDefault="00A3308C">
            <w:pPr>
              <w:spacing w:after="0"/>
              <w:jc w:val="center"/>
            </w:pPr>
            <w:r>
              <w:rPr>
                <w:b/>
                <w:color w:val="18482E"/>
                <w:sz w:val="15"/>
              </w:rPr>
              <w:t>Operación / compromiso</w:t>
            </w:r>
          </w:p>
        </w:tc>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25002440" w14:textId="77777777" w:rsidR="00DB2DC9" w:rsidRPr="00497C72" w:rsidRDefault="00A3308C">
            <w:pPr>
              <w:spacing w:after="0"/>
              <w:jc w:val="center"/>
              <w:rPr>
                <w:lang w:val="es-ES"/>
              </w:rPr>
            </w:pPr>
            <w:r w:rsidRPr="00497C72">
              <w:rPr>
                <w:b/>
                <w:color w:val="18482E"/>
                <w:sz w:val="15"/>
                <w:lang w:val="es-ES"/>
              </w:rPr>
              <w:t>Contenido y relación con la inversión</w:t>
            </w:r>
          </w:p>
        </w:tc>
        <w:tc>
          <w:tcPr>
            <w:tcW w:w="226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17B8086" w14:textId="77777777" w:rsidR="00DB2DC9" w:rsidRDefault="00A3308C">
            <w:pPr>
              <w:spacing w:after="0"/>
              <w:jc w:val="center"/>
            </w:pPr>
            <w:r>
              <w:rPr>
                <w:b/>
                <w:color w:val="18482E"/>
                <w:sz w:val="15"/>
              </w:rPr>
              <w:t>Resultado / entregable</w:t>
            </w:r>
          </w:p>
        </w:tc>
        <w:tc>
          <w:tcPr>
            <w:tcW w:w="198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9FE3CEA" w14:textId="77777777" w:rsidR="00DB2DC9" w:rsidRDefault="00A3308C">
            <w:pPr>
              <w:spacing w:after="0"/>
              <w:jc w:val="center"/>
            </w:pPr>
            <w:r>
              <w:rPr>
                <w:b/>
                <w:color w:val="18482E"/>
                <w:sz w:val="15"/>
              </w:rPr>
              <w:t>Responsable</w:t>
            </w:r>
          </w:p>
        </w:tc>
        <w:tc>
          <w:tcPr>
            <w:tcW w:w="113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973CB9A" w14:textId="77777777" w:rsidR="00DB2DC9" w:rsidRDefault="00A3308C">
            <w:pPr>
              <w:spacing w:after="0"/>
              <w:jc w:val="center"/>
            </w:pPr>
            <w:r>
              <w:rPr>
                <w:b/>
                <w:color w:val="18482E"/>
                <w:sz w:val="15"/>
              </w:rPr>
              <w:t>Fecha prevista</w:t>
            </w:r>
          </w:p>
        </w:tc>
        <w:tc>
          <w:tcPr>
            <w:tcW w:w="99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2A56B0AF" w14:textId="77777777" w:rsidR="00DB2DC9" w:rsidRDefault="00A3308C">
            <w:pPr>
              <w:spacing w:after="0"/>
              <w:jc w:val="center"/>
            </w:pPr>
            <w:r>
              <w:rPr>
                <w:b/>
                <w:color w:val="18482E"/>
                <w:sz w:val="15"/>
              </w:rPr>
              <w:t>Coste, si existe</w:t>
            </w:r>
          </w:p>
        </w:tc>
      </w:tr>
      <w:tr w:rsidR="00DB2DC9" w14:paraId="5E10938A" w14:textId="77777777" w:rsidTr="003D5526">
        <w:trPr>
          <w:cantSplit/>
          <w:trHeight w:val="1519"/>
        </w:trPr>
        <w:tc>
          <w:tcPr>
            <w:tcW w:w="8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EB71E01" w14:textId="77777777" w:rsidR="00DB2DC9" w:rsidRPr="00FE3315" w:rsidRDefault="00A3308C">
            <w:pPr>
              <w:spacing w:after="0"/>
              <w:rPr>
                <w:sz w:val="20"/>
                <w:szCs w:val="20"/>
              </w:rPr>
            </w:pPr>
            <w:r w:rsidRPr="00FE3315">
              <w:rPr>
                <w:sz w:val="20"/>
                <w:szCs w:val="20"/>
              </w:rPr>
              <w:t>O1</w:t>
            </w:r>
          </w:p>
        </w:tc>
        <w:tc>
          <w:tcPr>
            <w:tcW w:w="1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206EE11" w14:textId="77777777" w:rsidR="00DB2DC9" w:rsidRPr="00FE3315" w:rsidRDefault="00A3308C">
            <w:pPr>
              <w:spacing w:after="0"/>
              <w:rPr>
                <w:szCs w:val="18"/>
                <w:lang w:val="es-ES"/>
              </w:rPr>
            </w:pPr>
            <w:r w:rsidRPr="00FE3315">
              <w:rPr>
                <w:szCs w:val="18"/>
                <w:lang w:val="es-ES"/>
              </w:rPr>
              <w:t>Programa de actividades o prestación del servicio</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EE7FCFC" w14:textId="1B7BCAA5" w:rsidR="00DB2DC9" w:rsidRPr="00FE3315" w:rsidRDefault="00A3308C">
            <w:pPr>
              <w:spacing w:after="0"/>
              <w:rPr>
                <w:szCs w:val="18"/>
                <w:lang w:val="es-ES"/>
              </w:rPr>
            </w:pPr>
            <w:r w:rsidRPr="00FE3315">
              <w:rPr>
                <w:szCs w:val="18"/>
                <w:lang w:val="es-ES"/>
              </w:rPr>
              <w:t>Actividades, calendario, usuarios y recursos</w:t>
            </w:r>
          </w:p>
        </w:tc>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4E11E38" w14:textId="77777777" w:rsidR="00DB2DC9" w:rsidRPr="00497C72" w:rsidRDefault="00DB2DC9">
            <w:pPr>
              <w:spacing w:after="0"/>
              <w:rPr>
                <w:lang w:val="es-ES"/>
              </w:rPr>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B513FE8" w14:textId="77777777" w:rsidR="00DB2DC9" w:rsidRPr="00497C72" w:rsidRDefault="00DB2DC9">
            <w:pPr>
              <w:spacing w:after="0"/>
              <w:rPr>
                <w:lang w:val="es-ES"/>
              </w:rPr>
            </w:pP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70D80E5" w14:textId="77777777" w:rsidR="00DB2DC9" w:rsidRPr="00497C72" w:rsidRDefault="00DB2DC9">
            <w:pPr>
              <w:spacing w:after="0"/>
              <w:rPr>
                <w:lang w:val="es-ES"/>
              </w:rPr>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C16B453" w14:textId="77777777" w:rsidR="00DB2DC9" w:rsidRDefault="00A3308C">
            <w:pPr>
              <w:spacing w:after="0"/>
            </w:pPr>
            <w:r>
              <w:rPr>
                <w:sz w:val="15"/>
              </w:rPr>
              <w:t>€</w:t>
            </w:r>
          </w:p>
        </w:tc>
      </w:tr>
      <w:tr w:rsidR="00DB2DC9" w14:paraId="57244303" w14:textId="77777777" w:rsidTr="003D5526">
        <w:trPr>
          <w:cantSplit/>
          <w:trHeight w:val="1183"/>
        </w:trPr>
        <w:tc>
          <w:tcPr>
            <w:tcW w:w="8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CF90899" w14:textId="77777777" w:rsidR="00DB2DC9" w:rsidRPr="00FE3315" w:rsidRDefault="00A3308C">
            <w:pPr>
              <w:spacing w:after="0"/>
              <w:rPr>
                <w:sz w:val="20"/>
                <w:szCs w:val="20"/>
              </w:rPr>
            </w:pPr>
            <w:r w:rsidRPr="00FE3315">
              <w:rPr>
                <w:sz w:val="20"/>
                <w:szCs w:val="20"/>
              </w:rPr>
              <w:lastRenderedPageBreak/>
              <w:t>O2</w:t>
            </w:r>
          </w:p>
        </w:tc>
        <w:tc>
          <w:tcPr>
            <w:tcW w:w="1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8CBABE6" w14:textId="77777777" w:rsidR="00DB2DC9" w:rsidRPr="00FE3315" w:rsidRDefault="00A3308C">
            <w:pPr>
              <w:spacing w:after="0"/>
              <w:rPr>
                <w:szCs w:val="18"/>
                <w:lang w:val="es-ES"/>
              </w:rPr>
            </w:pPr>
            <w:r w:rsidRPr="00FE3315">
              <w:rPr>
                <w:szCs w:val="18"/>
                <w:lang w:val="es-ES"/>
              </w:rPr>
              <w:t>Plan de divulgación y publicidad</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88E79FB" w14:textId="77777777" w:rsidR="00DB2DC9" w:rsidRPr="00FE3315" w:rsidRDefault="00A3308C">
            <w:pPr>
              <w:spacing w:after="0"/>
              <w:rPr>
                <w:szCs w:val="18"/>
                <w:lang w:val="es-ES"/>
              </w:rPr>
            </w:pPr>
            <w:r w:rsidRPr="00FE3315">
              <w:rPr>
                <w:szCs w:val="18"/>
                <w:lang w:val="es-ES"/>
              </w:rPr>
              <w:t>Medios, acciones y evidencias previstas</w:t>
            </w:r>
          </w:p>
        </w:tc>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CEA93D0" w14:textId="77777777" w:rsidR="00DB2DC9" w:rsidRPr="00497C72" w:rsidRDefault="00DB2DC9">
            <w:pPr>
              <w:spacing w:after="0"/>
              <w:rPr>
                <w:lang w:val="es-ES"/>
              </w:rPr>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E354F55" w14:textId="77777777" w:rsidR="00DB2DC9" w:rsidRPr="00497C72" w:rsidRDefault="00DB2DC9">
            <w:pPr>
              <w:spacing w:after="0"/>
              <w:rPr>
                <w:lang w:val="es-ES"/>
              </w:rPr>
            </w:pP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E312F44" w14:textId="77777777" w:rsidR="00DB2DC9" w:rsidRPr="00497C72" w:rsidRDefault="00DB2DC9">
            <w:pPr>
              <w:spacing w:after="0"/>
              <w:rPr>
                <w:lang w:val="es-ES"/>
              </w:rPr>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FEF372B" w14:textId="77777777" w:rsidR="00DB2DC9" w:rsidRDefault="00A3308C">
            <w:pPr>
              <w:spacing w:after="0"/>
            </w:pPr>
            <w:r>
              <w:rPr>
                <w:sz w:val="15"/>
              </w:rPr>
              <w:t>€</w:t>
            </w:r>
          </w:p>
        </w:tc>
      </w:tr>
      <w:tr w:rsidR="00DB2DC9" w14:paraId="3FA359EF" w14:textId="77777777" w:rsidTr="00C54068">
        <w:trPr>
          <w:cantSplit/>
          <w:trHeight w:val="1183"/>
        </w:trPr>
        <w:tc>
          <w:tcPr>
            <w:tcW w:w="8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52BB47D" w14:textId="77777777" w:rsidR="00DB2DC9" w:rsidRPr="00FE3315" w:rsidRDefault="00A3308C">
            <w:pPr>
              <w:spacing w:after="0"/>
              <w:rPr>
                <w:sz w:val="20"/>
                <w:szCs w:val="20"/>
              </w:rPr>
            </w:pPr>
            <w:r w:rsidRPr="00FE3315">
              <w:rPr>
                <w:sz w:val="20"/>
                <w:szCs w:val="20"/>
              </w:rPr>
              <w:t>O3</w:t>
            </w:r>
          </w:p>
        </w:tc>
        <w:tc>
          <w:tcPr>
            <w:tcW w:w="1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8B7F68E" w14:textId="77777777" w:rsidR="00DB2DC9" w:rsidRPr="00FE3315" w:rsidRDefault="00A3308C">
            <w:pPr>
              <w:spacing w:after="0"/>
              <w:rPr>
                <w:szCs w:val="18"/>
                <w:lang w:val="es-ES"/>
              </w:rPr>
            </w:pPr>
            <w:r w:rsidRPr="00FE3315">
              <w:rPr>
                <w:szCs w:val="18"/>
                <w:lang w:val="es-ES"/>
              </w:rPr>
              <w:t>Plan de seguimiento o dinamización</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47A6293" w14:textId="77777777" w:rsidR="00DB2DC9" w:rsidRPr="00FE3315" w:rsidRDefault="00A3308C">
            <w:pPr>
              <w:spacing w:after="0"/>
              <w:rPr>
                <w:szCs w:val="18"/>
              </w:rPr>
            </w:pPr>
            <w:r w:rsidRPr="00FE3315">
              <w:rPr>
                <w:szCs w:val="18"/>
              </w:rPr>
              <w:t>Indicadores, participación y seguimiento</w:t>
            </w:r>
          </w:p>
        </w:tc>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6249C0F" w14:textId="77777777" w:rsidR="00DB2DC9" w:rsidRDefault="00DB2DC9">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583D28E" w14:textId="77777777" w:rsidR="00DB2DC9" w:rsidRDefault="00DB2DC9">
            <w:pPr>
              <w:spacing w:after="0"/>
            </w:pP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D3142AA" w14:textId="77777777" w:rsidR="00DB2DC9" w:rsidRDefault="00DB2DC9">
            <w:pPr>
              <w:spacing w:after="0"/>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5D74C9F" w14:textId="77777777" w:rsidR="00DB2DC9" w:rsidRDefault="00A3308C">
            <w:pPr>
              <w:spacing w:after="0"/>
            </w:pPr>
            <w:r>
              <w:rPr>
                <w:sz w:val="15"/>
              </w:rPr>
              <w:t>€</w:t>
            </w:r>
          </w:p>
        </w:tc>
      </w:tr>
      <w:tr w:rsidR="00DB2DC9" w14:paraId="7DE1F11B" w14:textId="77777777" w:rsidTr="003D5526">
        <w:trPr>
          <w:cantSplit/>
          <w:trHeight w:val="1442"/>
        </w:trPr>
        <w:tc>
          <w:tcPr>
            <w:tcW w:w="8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8BE0E6C" w14:textId="77777777" w:rsidR="00DB2DC9" w:rsidRPr="00FE3315" w:rsidRDefault="00A3308C">
            <w:pPr>
              <w:spacing w:after="0"/>
              <w:rPr>
                <w:sz w:val="20"/>
                <w:szCs w:val="20"/>
              </w:rPr>
            </w:pPr>
            <w:r w:rsidRPr="00FE3315">
              <w:rPr>
                <w:sz w:val="20"/>
                <w:szCs w:val="20"/>
              </w:rPr>
              <w:t>O4</w:t>
            </w:r>
          </w:p>
        </w:tc>
        <w:tc>
          <w:tcPr>
            <w:tcW w:w="1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E3C34F4" w14:textId="3C4C100E" w:rsidR="00DB2DC9" w:rsidRPr="00FE3315" w:rsidRDefault="00A3308C">
            <w:pPr>
              <w:spacing w:after="0"/>
              <w:rPr>
                <w:szCs w:val="18"/>
              </w:rPr>
            </w:pPr>
            <w:r w:rsidRPr="00FE3315">
              <w:rPr>
                <w:szCs w:val="18"/>
              </w:rPr>
              <w:t>Otra operación necesaria</w:t>
            </w:r>
            <w:r w:rsidR="00F82B15" w:rsidRPr="00FE3315">
              <w:rPr>
                <w:szCs w:val="18"/>
              </w:rPr>
              <w:t xml:space="preserve">: </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6C847E3" w14:textId="77777777" w:rsidR="00DB2DC9" w:rsidRPr="00FE3315" w:rsidRDefault="00A3308C">
            <w:pPr>
              <w:spacing w:after="0"/>
              <w:rPr>
                <w:szCs w:val="18"/>
              </w:rPr>
            </w:pPr>
            <w:r w:rsidRPr="00FE3315">
              <w:rPr>
                <w:szCs w:val="18"/>
              </w:rPr>
              <w:t>Especifique</w:t>
            </w:r>
          </w:p>
        </w:tc>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C7AA1BC" w14:textId="77777777" w:rsidR="00DB2DC9" w:rsidRDefault="00DB2DC9">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79B9411" w14:textId="77777777" w:rsidR="00DB2DC9" w:rsidRDefault="00DB2DC9">
            <w:pPr>
              <w:spacing w:after="0"/>
            </w:pP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68C4A28" w14:textId="77777777" w:rsidR="00DB2DC9" w:rsidRDefault="00DB2DC9">
            <w:pPr>
              <w:spacing w:after="0"/>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F05D5A5" w14:textId="77777777" w:rsidR="00DB2DC9" w:rsidRDefault="00A3308C">
            <w:pPr>
              <w:spacing w:after="0"/>
            </w:pPr>
            <w:r>
              <w:rPr>
                <w:sz w:val="15"/>
              </w:rPr>
              <w:t>€</w:t>
            </w:r>
          </w:p>
        </w:tc>
      </w:tr>
      <w:tr w:rsidR="00C54068" w14:paraId="6A8FD8BB" w14:textId="77777777" w:rsidTr="003D5526">
        <w:trPr>
          <w:cantSplit/>
          <w:trHeight w:val="1289"/>
        </w:trPr>
        <w:tc>
          <w:tcPr>
            <w:tcW w:w="8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0CEC4F8" w14:textId="73F6F34A" w:rsidR="00C54068" w:rsidRPr="00FE3315" w:rsidRDefault="00C54068" w:rsidP="00743513">
            <w:pPr>
              <w:spacing w:after="0"/>
              <w:rPr>
                <w:sz w:val="20"/>
                <w:szCs w:val="20"/>
              </w:rPr>
            </w:pPr>
            <w:r w:rsidRPr="00FE3315">
              <w:rPr>
                <w:sz w:val="20"/>
                <w:szCs w:val="20"/>
              </w:rPr>
              <w:t>O</w:t>
            </w:r>
            <w:r w:rsidR="00FE3315" w:rsidRPr="00FE3315">
              <w:rPr>
                <w:sz w:val="20"/>
                <w:szCs w:val="20"/>
              </w:rPr>
              <w:t>5</w:t>
            </w:r>
          </w:p>
          <w:p w14:paraId="67B24506" w14:textId="77777777" w:rsidR="00FE3315" w:rsidRPr="00FE3315" w:rsidRDefault="00FE3315" w:rsidP="00FE3315"/>
        </w:tc>
        <w:tc>
          <w:tcPr>
            <w:tcW w:w="1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D0ED451" w14:textId="77777777" w:rsidR="00C54068" w:rsidRPr="00FE3315" w:rsidRDefault="00C54068" w:rsidP="00743513">
            <w:pPr>
              <w:spacing w:after="0"/>
              <w:rPr>
                <w:szCs w:val="18"/>
              </w:rPr>
            </w:pPr>
            <w:r w:rsidRPr="00FE3315">
              <w:rPr>
                <w:szCs w:val="18"/>
              </w:rPr>
              <w:t xml:space="preserve">Otra operación necesaria: </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CF3F8CB" w14:textId="77777777" w:rsidR="00C54068" w:rsidRPr="00FE3315" w:rsidRDefault="00C54068" w:rsidP="00743513">
            <w:pPr>
              <w:spacing w:after="0"/>
              <w:rPr>
                <w:szCs w:val="18"/>
              </w:rPr>
            </w:pPr>
            <w:r w:rsidRPr="00FE3315">
              <w:rPr>
                <w:szCs w:val="18"/>
              </w:rPr>
              <w:t>Especifique</w:t>
            </w:r>
          </w:p>
        </w:tc>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69C8DFD" w14:textId="77777777" w:rsidR="00C54068" w:rsidRDefault="00C54068" w:rsidP="00743513">
            <w:pPr>
              <w:spacing w:after="0"/>
            </w:pPr>
          </w:p>
        </w:tc>
        <w:tc>
          <w:tcPr>
            <w:tcW w:w="198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F0001B2" w14:textId="77777777" w:rsidR="00C54068" w:rsidRDefault="00C54068" w:rsidP="00743513">
            <w:pPr>
              <w:spacing w:after="0"/>
            </w:pPr>
          </w:p>
        </w:tc>
        <w:tc>
          <w:tcPr>
            <w:tcW w:w="113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E4DDAE3" w14:textId="77777777" w:rsidR="00C54068" w:rsidRDefault="00C54068" w:rsidP="00743513">
            <w:pPr>
              <w:spacing w:after="0"/>
            </w:pPr>
          </w:p>
        </w:tc>
        <w:tc>
          <w:tcPr>
            <w:tcW w:w="9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BD30C67" w14:textId="77777777" w:rsidR="00C54068" w:rsidRDefault="00C54068" w:rsidP="00743513">
            <w:pPr>
              <w:spacing w:after="0"/>
            </w:pPr>
            <w:r>
              <w:rPr>
                <w:sz w:val="15"/>
              </w:rPr>
              <w:t>€</w:t>
            </w:r>
          </w:p>
        </w:tc>
      </w:tr>
    </w:tbl>
    <w:p w14:paraId="5FEB94AA" w14:textId="77777777" w:rsidR="00DB2DC9" w:rsidRDefault="00DB2DC9">
      <w:pPr>
        <w:spacing w:after="0"/>
      </w:pPr>
    </w:p>
    <w:p w14:paraId="7ADD0B02" w14:textId="77777777" w:rsidR="005A6ED4" w:rsidRPr="00497C72" w:rsidRDefault="005A6ED4" w:rsidP="005A6ED4">
      <w:pPr>
        <w:keepNext/>
        <w:spacing w:before="100" w:after="60"/>
        <w:rPr>
          <w:lang w:val="es-ES"/>
        </w:rPr>
      </w:pPr>
      <w:bookmarkStart w:id="8" w:name="ap_ej_resultados_12228"/>
      <w:r w:rsidRPr="00497C72">
        <w:rPr>
          <w:b/>
          <w:color w:val="18482E"/>
          <w:sz w:val="20"/>
          <w:lang w:val="es-ES"/>
        </w:rPr>
        <w:t>Integridad de la operación y relación con otras fases u operaciones</w:t>
      </w:r>
    </w:p>
    <w:tbl>
      <w:tblPr>
        <w:tblW w:w="0" w:type="auto"/>
        <w:jc w:val="center"/>
        <w:tblLook w:val="04A0" w:firstRow="1" w:lastRow="0" w:firstColumn="1" w:lastColumn="0" w:noHBand="0" w:noVBand="1"/>
      </w:tblPr>
      <w:tblGrid>
        <w:gridCol w:w="10250"/>
      </w:tblGrid>
      <w:tr w:rsidR="005A6ED4" w:rsidRPr="00497C72" w14:paraId="46A63373" w14:textId="77777777" w:rsidTr="005A6ED4">
        <w:trPr>
          <w:trHeight w:val="2446"/>
          <w:jc w:val="center"/>
        </w:trPr>
        <w:tc>
          <w:tcPr>
            <w:tcW w:w="10540"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0CFC506E" w14:textId="77777777" w:rsidR="005A6ED4" w:rsidRPr="00497C72" w:rsidRDefault="005A6ED4" w:rsidP="00743513">
            <w:pPr>
              <w:spacing w:after="0"/>
              <w:rPr>
                <w:lang w:val="es-ES"/>
              </w:rPr>
            </w:pPr>
            <w:r w:rsidRPr="00497C72">
              <w:rPr>
                <w:i/>
                <w:color w:val="7F7F7F"/>
                <w:lang w:val="es-ES"/>
              </w:rPr>
              <w:t>Identifique otras actuaciones vinculadas y justifique que la operación solicitada constituye un proyecto integral, autónomo, no fragmentado y plenamente funcional al finalizar. Señale qué elementos se financian fuera de LEADER y cómo se garantiza su ejecución.</w:t>
            </w:r>
          </w:p>
        </w:tc>
      </w:tr>
    </w:tbl>
    <w:p w14:paraId="31391A9A" w14:textId="77777777" w:rsidR="005A6ED4" w:rsidRDefault="005A6ED4" w:rsidP="003D5526">
      <w:pPr>
        <w:keepNext/>
        <w:pBdr>
          <w:bottom w:val="single" w:sz="8" w:space="2" w:color="18482E"/>
        </w:pBdr>
        <w:spacing w:before="100" w:after="0"/>
        <w:rPr>
          <w:b/>
          <w:color w:val="18482E"/>
          <w:sz w:val="24"/>
          <w:lang w:val="es-ES"/>
        </w:rPr>
      </w:pPr>
    </w:p>
    <w:p w14:paraId="6BB32156" w14:textId="76BE4183" w:rsidR="00DB2DC9" w:rsidRPr="00497C72" w:rsidRDefault="00A3308C" w:rsidP="003D5526">
      <w:pPr>
        <w:keepNext/>
        <w:pBdr>
          <w:bottom w:val="single" w:sz="8" w:space="2" w:color="18482E"/>
        </w:pBdr>
        <w:spacing w:before="100" w:after="0"/>
        <w:rPr>
          <w:lang w:val="es-ES"/>
        </w:rPr>
      </w:pPr>
      <w:r w:rsidRPr="00497C72">
        <w:rPr>
          <w:b/>
          <w:color w:val="18482E"/>
          <w:sz w:val="24"/>
          <w:lang w:val="es-ES"/>
        </w:rPr>
        <w:t>2.3. Propuesta de resultados</w:t>
      </w:r>
      <w:r w:rsidR="00C54068">
        <w:rPr>
          <w:b/>
          <w:color w:val="18482E"/>
          <w:sz w:val="24"/>
          <w:lang w:val="es-ES"/>
        </w:rPr>
        <w:t xml:space="preserve"> (indicadores)</w:t>
      </w:r>
      <w:r w:rsidRPr="00497C72">
        <w:rPr>
          <w:b/>
          <w:color w:val="18482E"/>
          <w:sz w:val="24"/>
          <w:lang w:val="es-ES"/>
        </w:rPr>
        <w:t xml:space="preserve"> esperados y estrategia para su consecución</w:t>
      </w:r>
      <w:bookmarkEnd w:id="8"/>
    </w:p>
    <w:p w14:paraId="5212C971" w14:textId="77777777" w:rsidR="00DB2DC9" w:rsidRDefault="00A3308C">
      <w:pPr>
        <w:keepNext/>
        <w:spacing w:after="20"/>
        <w:jc w:val="right"/>
      </w:pPr>
      <w:hyperlink w:anchor="ej_resultados"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VER O</w:t>
        </w:r>
        <w:r>
          <w:rPr>
            <w:b/>
            <w:color w:val="18482E"/>
            <w:sz w:val="15"/>
            <w:bdr w:val="single" w:sz="6" w:space="2" w:color="8BA99A"/>
            <w:shd w:val="clear" w:color="auto" w:fill="EAF3EC"/>
          </w:rPr>
          <w:t>R</w:t>
        </w:r>
        <w:r>
          <w:rPr>
            <w:b/>
            <w:color w:val="18482E"/>
            <w:sz w:val="15"/>
            <w:bdr w:val="single" w:sz="6" w:space="2" w:color="8BA99A"/>
            <w:shd w:val="clear" w:color="auto" w:fill="EAF3EC"/>
          </w:rPr>
          <w:t>IENTAC</w:t>
        </w:r>
        <w:r>
          <w:rPr>
            <w:b/>
            <w:color w:val="18482E"/>
            <w:sz w:val="15"/>
            <w:bdr w:val="single" w:sz="6" w:space="2" w:color="8BA99A"/>
            <w:shd w:val="clear" w:color="auto" w:fill="EAF3EC"/>
          </w:rPr>
          <w:t>I</w:t>
        </w:r>
        <w:r>
          <w:rPr>
            <w:b/>
            <w:color w:val="18482E"/>
            <w:sz w:val="15"/>
            <w:bdr w:val="single" w:sz="6" w:space="2" w:color="8BA99A"/>
            <w:shd w:val="clear" w:color="auto" w:fill="EAF3EC"/>
          </w:rPr>
          <w:t xml:space="preserve">ÓN Y EJEMPLO  </w:t>
        </w:r>
      </w:hyperlink>
    </w:p>
    <w:p w14:paraId="08549E42" w14:textId="77777777" w:rsidR="003D5526" w:rsidRDefault="003D5526">
      <w:pPr>
        <w:keepNext/>
        <w:spacing w:after="20"/>
        <w:jc w:val="right"/>
      </w:pPr>
    </w:p>
    <w:tbl>
      <w:tblPr>
        <w:tblW w:w="0" w:type="auto"/>
        <w:tblInd w:w="-150" w:type="dxa"/>
        <w:tblLook w:val="04A0" w:firstRow="1" w:lastRow="0" w:firstColumn="1" w:lastColumn="0" w:noHBand="0" w:noVBand="1"/>
      </w:tblPr>
      <w:tblGrid>
        <w:gridCol w:w="10396"/>
      </w:tblGrid>
      <w:tr w:rsidR="00DB2DC9" w14:paraId="26F7F3F3" w14:textId="77777777" w:rsidTr="00C54068">
        <w:tc>
          <w:tcPr>
            <w:tcW w:w="10396"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35C6CECA" w14:textId="16772A8A" w:rsidR="00DB2DC9" w:rsidRDefault="00A3308C">
            <w:pPr>
              <w:keepNext/>
              <w:spacing w:after="0"/>
            </w:pPr>
            <w:r w:rsidRPr="00497C72">
              <w:rPr>
                <w:b/>
                <w:color w:val="000000"/>
                <w:lang w:val="es-ES"/>
              </w:rPr>
              <w:t>Instrucciones:</w:t>
            </w:r>
            <w:r w:rsidRPr="00497C72">
              <w:rPr>
                <w:color w:val="000000"/>
                <w:lang w:val="es-ES"/>
              </w:rPr>
              <w:t xml:space="preserve"> defina resultados concretos y verificables. Indique cómo se alcanzarán, qué operaciones contribuyen a cada resultado, la situación de partida, la meta y la evidencia que permitirá comprobarla. </w:t>
            </w:r>
            <w:r>
              <w:rPr>
                <w:color w:val="000000"/>
              </w:rPr>
              <w:t xml:space="preserve">Incluya indicadores orientativos </w:t>
            </w:r>
            <w:r w:rsidR="00C54068">
              <w:rPr>
                <w:color w:val="000000"/>
              </w:rPr>
              <w:t>que</w:t>
            </w:r>
            <w:r>
              <w:rPr>
                <w:color w:val="000000"/>
              </w:rPr>
              <w:t xml:space="preserve"> resulten adecuados.</w:t>
            </w:r>
          </w:p>
        </w:tc>
      </w:tr>
    </w:tbl>
    <w:p w14:paraId="11567F95" w14:textId="77777777" w:rsidR="00DB2DC9" w:rsidRDefault="00DB2DC9">
      <w:pPr>
        <w:spacing w:after="0"/>
      </w:pPr>
    </w:p>
    <w:tbl>
      <w:tblPr>
        <w:tblW w:w="10348" w:type="dxa"/>
        <w:tblInd w:w="-150" w:type="dxa"/>
        <w:tblLayout w:type="fixed"/>
        <w:tblLook w:val="04A0" w:firstRow="1" w:lastRow="0" w:firstColumn="1" w:lastColumn="0" w:noHBand="0" w:noVBand="1"/>
      </w:tblPr>
      <w:tblGrid>
        <w:gridCol w:w="1693"/>
        <w:gridCol w:w="2277"/>
        <w:gridCol w:w="2410"/>
        <w:gridCol w:w="1276"/>
        <w:gridCol w:w="2692"/>
      </w:tblGrid>
      <w:tr w:rsidR="00C54068" w14:paraId="3089D2B6" w14:textId="77777777" w:rsidTr="00C54068">
        <w:trPr>
          <w:cantSplit/>
          <w:tblHeader/>
        </w:trPr>
        <w:tc>
          <w:tcPr>
            <w:tcW w:w="1693"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E69237D" w14:textId="63E70475" w:rsidR="00C54068" w:rsidRDefault="00C54068">
            <w:pPr>
              <w:spacing w:after="0"/>
              <w:jc w:val="center"/>
            </w:pPr>
            <w:r>
              <w:rPr>
                <w:b/>
                <w:color w:val="18482E"/>
                <w:sz w:val="16"/>
              </w:rPr>
              <w:t>Resultado (indicador)</w:t>
            </w:r>
          </w:p>
        </w:tc>
        <w:tc>
          <w:tcPr>
            <w:tcW w:w="2277"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2833A44" w14:textId="77777777" w:rsidR="00C54068" w:rsidRDefault="00C54068">
            <w:pPr>
              <w:spacing w:after="0"/>
              <w:jc w:val="center"/>
            </w:pPr>
            <w:r>
              <w:rPr>
                <w:b/>
                <w:color w:val="18482E"/>
                <w:sz w:val="16"/>
              </w:rPr>
              <w:t>Situación inicial</w:t>
            </w:r>
          </w:p>
        </w:tc>
        <w:tc>
          <w:tcPr>
            <w:tcW w:w="2410"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F5F23F5" w14:textId="30C03FE9" w:rsidR="00C54068" w:rsidRDefault="00C54068">
            <w:pPr>
              <w:spacing w:after="0"/>
              <w:jc w:val="center"/>
            </w:pPr>
            <w:r>
              <w:rPr>
                <w:b/>
                <w:color w:val="18482E"/>
                <w:sz w:val="16"/>
              </w:rPr>
              <w:t>Situación esperada</w:t>
            </w:r>
          </w:p>
        </w:tc>
        <w:tc>
          <w:tcPr>
            <w:tcW w:w="1276"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7848830" w14:textId="503B9DA2" w:rsidR="00C54068" w:rsidRDefault="00C54068">
            <w:pPr>
              <w:spacing w:after="0"/>
              <w:jc w:val="center"/>
            </w:pPr>
            <w:r>
              <w:rPr>
                <w:b/>
                <w:color w:val="18482E"/>
                <w:sz w:val="16"/>
              </w:rPr>
              <w:t xml:space="preserve">Fecha prevista </w:t>
            </w:r>
          </w:p>
        </w:tc>
        <w:tc>
          <w:tcPr>
            <w:tcW w:w="269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2696663" w14:textId="77777777" w:rsidR="00C54068" w:rsidRDefault="00C54068">
            <w:pPr>
              <w:spacing w:after="0"/>
              <w:jc w:val="center"/>
            </w:pPr>
            <w:r>
              <w:rPr>
                <w:b/>
                <w:color w:val="18482E"/>
                <w:sz w:val="16"/>
              </w:rPr>
              <w:t>Evidencia de comprobación</w:t>
            </w:r>
          </w:p>
        </w:tc>
      </w:tr>
      <w:tr w:rsidR="00C54068" w14:paraId="0D31170E" w14:textId="77777777" w:rsidTr="003D5526">
        <w:trPr>
          <w:cantSplit/>
          <w:trHeight w:val="958"/>
        </w:trPr>
        <w:tc>
          <w:tcPr>
            <w:tcW w:w="169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265556D" w14:textId="77777777" w:rsidR="00C54068" w:rsidRDefault="00C54068">
            <w:pPr>
              <w:spacing w:after="0"/>
            </w:pPr>
          </w:p>
        </w:tc>
        <w:tc>
          <w:tcPr>
            <w:tcW w:w="227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48B111C" w14:textId="77777777" w:rsidR="00C54068" w:rsidRDefault="00C54068">
            <w:pPr>
              <w:spacing w:after="0"/>
            </w:pPr>
          </w:p>
        </w:tc>
        <w:tc>
          <w:tcPr>
            <w:tcW w:w="241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61C4933" w14:textId="77777777" w:rsidR="00C54068" w:rsidRDefault="00C54068">
            <w:pPr>
              <w:spacing w:after="0"/>
            </w:pPr>
          </w:p>
        </w:tc>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BBDBF7C" w14:textId="77777777" w:rsidR="00C54068" w:rsidRDefault="00C54068">
            <w:pPr>
              <w:spacing w:after="0"/>
            </w:pPr>
          </w:p>
        </w:tc>
        <w:tc>
          <w:tcPr>
            <w:tcW w:w="26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967C659" w14:textId="77777777" w:rsidR="00C54068" w:rsidRDefault="00C54068">
            <w:pPr>
              <w:spacing w:after="0"/>
            </w:pPr>
          </w:p>
        </w:tc>
      </w:tr>
      <w:tr w:rsidR="00C54068" w14:paraId="5E760F78" w14:textId="77777777" w:rsidTr="003D5526">
        <w:trPr>
          <w:cantSplit/>
          <w:trHeight w:val="1002"/>
        </w:trPr>
        <w:tc>
          <w:tcPr>
            <w:tcW w:w="169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F4E3BF2" w14:textId="77777777" w:rsidR="00C54068" w:rsidRDefault="00C54068">
            <w:pPr>
              <w:spacing w:after="0"/>
            </w:pPr>
          </w:p>
        </w:tc>
        <w:tc>
          <w:tcPr>
            <w:tcW w:w="227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75E6DCE" w14:textId="77777777" w:rsidR="00C54068" w:rsidRDefault="00C54068">
            <w:pPr>
              <w:spacing w:after="0"/>
            </w:pPr>
          </w:p>
        </w:tc>
        <w:tc>
          <w:tcPr>
            <w:tcW w:w="241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A76F33" w14:textId="77777777" w:rsidR="00C54068" w:rsidRDefault="00C54068">
            <w:pPr>
              <w:spacing w:after="0"/>
            </w:pPr>
          </w:p>
        </w:tc>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5F25FA0" w14:textId="77777777" w:rsidR="00C54068" w:rsidRDefault="00C54068">
            <w:pPr>
              <w:spacing w:after="0"/>
            </w:pPr>
          </w:p>
        </w:tc>
        <w:tc>
          <w:tcPr>
            <w:tcW w:w="26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E4B6BDE" w14:textId="77777777" w:rsidR="00C54068" w:rsidRDefault="00C54068">
            <w:pPr>
              <w:spacing w:after="0"/>
            </w:pPr>
          </w:p>
        </w:tc>
      </w:tr>
      <w:tr w:rsidR="00C54068" w14:paraId="2D601819" w14:textId="77777777" w:rsidTr="00C54068">
        <w:trPr>
          <w:cantSplit/>
          <w:trHeight w:val="850"/>
        </w:trPr>
        <w:tc>
          <w:tcPr>
            <w:tcW w:w="169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23C571E" w14:textId="77777777" w:rsidR="00C54068" w:rsidRDefault="00C54068">
            <w:pPr>
              <w:spacing w:after="0"/>
            </w:pPr>
          </w:p>
        </w:tc>
        <w:tc>
          <w:tcPr>
            <w:tcW w:w="227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FE702A7" w14:textId="77777777" w:rsidR="00C54068" w:rsidRDefault="00C54068">
            <w:pPr>
              <w:spacing w:after="0"/>
            </w:pPr>
          </w:p>
        </w:tc>
        <w:tc>
          <w:tcPr>
            <w:tcW w:w="241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5D71BF" w14:textId="77777777" w:rsidR="00C54068" w:rsidRDefault="00C54068">
            <w:pPr>
              <w:spacing w:after="0"/>
            </w:pPr>
          </w:p>
        </w:tc>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1C1D26C" w14:textId="77777777" w:rsidR="00C54068" w:rsidRDefault="00C54068">
            <w:pPr>
              <w:spacing w:after="0"/>
            </w:pPr>
          </w:p>
        </w:tc>
        <w:tc>
          <w:tcPr>
            <w:tcW w:w="26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3B261D6" w14:textId="77777777" w:rsidR="00C54068" w:rsidRDefault="00C54068">
            <w:pPr>
              <w:spacing w:after="0"/>
            </w:pPr>
          </w:p>
        </w:tc>
      </w:tr>
      <w:tr w:rsidR="00C54068" w14:paraId="0597AEDC" w14:textId="77777777" w:rsidTr="00C54068">
        <w:trPr>
          <w:cantSplit/>
          <w:trHeight w:val="850"/>
        </w:trPr>
        <w:tc>
          <w:tcPr>
            <w:tcW w:w="169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622E61B" w14:textId="77777777" w:rsidR="00C54068" w:rsidRDefault="00C54068">
            <w:pPr>
              <w:spacing w:after="0"/>
            </w:pPr>
          </w:p>
        </w:tc>
        <w:tc>
          <w:tcPr>
            <w:tcW w:w="227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3E25F44" w14:textId="77777777" w:rsidR="00C54068" w:rsidRDefault="00C54068">
            <w:pPr>
              <w:spacing w:after="0"/>
            </w:pPr>
          </w:p>
        </w:tc>
        <w:tc>
          <w:tcPr>
            <w:tcW w:w="241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E6D9C28" w14:textId="77777777" w:rsidR="00C54068" w:rsidRDefault="00C54068">
            <w:pPr>
              <w:spacing w:after="0"/>
            </w:pPr>
          </w:p>
        </w:tc>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E0C65F3" w14:textId="77777777" w:rsidR="00C54068" w:rsidRDefault="00C54068">
            <w:pPr>
              <w:spacing w:after="0"/>
            </w:pPr>
          </w:p>
        </w:tc>
        <w:tc>
          <w:tcPr>
            <w:tcW w:w="269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CAFF6B0" w14:textId="77777777" w:rsidR="00C54068" w:rsidRDefault="00C54068">
            <w:pPr>
              <w:spacing w:after="0"/>
            </w:pPr>
          </w:p>
        </w:tc>
      </w:tr>
    </w:tbl>
    <w:p w14:paraId="37434650" w14:textId="77777777" w:rsidR="00C54068" w:rsidRDefault="00C54068">
      <w:pPr>
        <w:keepNext/>
        <w:spacing w:after="20"/>
        <w:jc w:val="right"/>
      </w:pPr>
    </w:p>
    <w:p w14:paraId="29275408" w14:textId="7E21ECD3" w:rsidR="00C54068" w:rsidRPr="00497C72" w:rsidRDefault="00C54068" w:rsidP="003D5526">
      <w:pPr>
        <w:keepNext/>
        <w:pBdr>
          <w:bottom w:val="single" w:sz="8" w:space="2" w:color="18482E"/>
        </w:pBdr>
        <w:spacing w:before="100" w:after="0"/>
        <w:rPr>
          <w:lang w:val="es-ES"/>
        </w:rPr>
      </w:pPr>
      <w:r w:rsidRPr="00497C72">
        <w:rPr>
          <w:b/>
          <w:color w:val="18482E"/>
          <w:sz w:val="24"/>
          <w:lang w:val="es-ES"/>
        </w:rPr>
        <w:t>2.</w:t>
      </w:r>
      <w:r>
        <w:rPr>
          <w:b/>
          <w:color w:val="18482E"/>
          <w:sz w:val="24"/>
          <w:lang w:val="es-ES"/>
        </w:rPr>
        <w:t>4.</w:t>
      </w:r>
      <w:r w:rsidRPr="00497C72">
        <w:rPr>
          <w:b/>
          <w:color w:val="18482E"/>
          <w:sz w:val="24"/>
          <w:lang w:val="es-ES"/>
        </w:rPr>
        <w:t xml:space="preserve"> </w:t>
      </w:r>
      <w:r>
        <w:rPr>
          <w:b/>
          <w:color w:val="18482E"/>
          <w:sz w:val="24"/>
          <w:lang w:val="es-ES"/>
        </w:rPr>
        <w:t>Modelo de gestión y funcionamiento</w:t>
      </w:r>
    </w:p>
    <w:p w14:paraId="79F7FBDF" w14:textId="2AED4A99" w:rsidR="00DB2DC9" w:rsidRPr="00C54068" w:rsidRDefault="00A3308C">
      <w:pPr>
        <w:keepNext/>
        <w:spacing w:after="20"/>
        <w:jc w:val="right"/>
        <w:rPr>
          <w:lang w:val="es-ES"/>
        </w:rPr>
      </w:pPr>
      <w:hyperlink w:anchor="ej_gestion" w:history="1">
        <w:r w:rsidRPr="00C54068">
          <w:rPr>
            <w:b/>
            <w:color w:val="18482E"/>
            <w:sz w:val="15"/>
            <w:bdr w:val="single" w:sz="6" w:space="2" w:color="8BA99A"/>
            <w:shd w:val="clear" w:color="auto" w:fill="EAF3EC"/>
            <w:lang w:val="es-ES"/>
          </w:rPr>
          <w:t xml:space="preserve">  VER ORIENTACIÓN Y EJEMPLO  </w:t>
        </w:r>
      </w:hyperlink>
    </w:p>
    <w:p w14:paraId="568A4967" w14:textId="77777777" w:rsidR="003D5526" w:rsidRDefault="003D5526"/>
    <w:tbl>
      <w:tblPr>
        <w:tblW w:w="0" w:type="auto"/>
        <w:tblInd w:w="-150" w:type="dxa"/>
        <w:tblLayout w:type="fixed"/>
        <w:tblLook w:val="04A0" w:firstRow="1" w:lastRow="0" w:firstColumn="1" w:lastColumn="0" w:noHBand="0" w:noVBand="1"/>
      </w:tblPr>
      <w:tblGrid>
        <w:gridCol w:w="2694"/>
        <w:gridCol w:w="7654"/>
      </w:tblGrid>
      <w:tr w:rsidR="00DB2DC9" w:rsidRPr="00497C72" w14:paraId="66948874" w14:textId="77777777" w:rsidTr="003D5526">
        <w:trPr>
          <w:cantSplit/>
          <w:trHeight w:val="1967"/>
        </w:trPr>
        <w:tc>
          <w:tcPr>
            <w:tcW w:w="2694"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39869127" w14:textId="77777777" w:rsidR="00DB2DC9" w:rsidRPr="00497C72" w:rsidRDefault="00A3308C">
            <w:pPr>
              <w:spacing w:after="0"/>
              <w:rPr>
                <w:lang w:val="es-ES"/>
              </w:rPr>
            </w:pPr>
            <w:r w:rsidRPr="00497C72">
              <w:rPr>
                <w:lang w:val="es-ES"/>
              </w:rPr>
              <w:t>Organización del servicio o uso de la infraestructura</w:t>
            </w:r>
          </w:p>
        </w:tc>
        <w:tc>
          <w:tcPr>
            <w:tcW w:w="7654"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A7B4860" w14:textId="77777777" w:rsidR="00DB2DC9" w:rsidRPr="00497C72" w:rsidRDefault="00A3308C">
            <w:pPr>
              <w:spacing w:after="0"/>
              <w:rPr>
                <w:lang w:val="es-ES"/>
              </w:rPr>
            </w:pPr>
            <w:r w:rsidRPr="00C54068">
              <w:rPr>
                <w:i/>
                <w:color w:val="7F7F7F"/>
                <w:lang w:val="es-ES"/>
              </w:rPr>
              <w:t>Horarios, programación, sistema de reserva o asignación, responsables y coordinación operativa.</w:t>
            </w:r>
          </w:p>
        </w:tc>
      </w:tr>
      <w:tr w:rsidR="00DB2DC9" w:rsidRPr="00497C72" w14:paraId="01C89C0C" w14:textId="77777777" w:rsidTr="003D5526">
        <w:trPr>
          <w:cantSplit/>
          <w:trHeight w:val="671"/>
        </w:trPr>
        <w:tc>
          <w:tcPr>
            <w:tcW w:w="2694"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B43B476" w14:textId="77777777" w:rsidR="00DB2DC9" w:rsidRDefault="00A3308C">
            <w:pPr>
              <w:spacing w:after="0"/>
            </w:pPr>
            <w:r>
              <w:rPr>
                <w:color w:val="18482E"/>
              </w:rPr>
              <w:t>Modelo de gestión</w:t>
            </w:r>
          </w:p>
        </w:tc>
        <w:tc>
          <w:tcPr>
            <w:tcW w:w="7654"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1F6F0968" w14:textId="77777777" w:rsidR="00DB2DC9" w:rsidRPr="00497C72" w:rsidRDefault="00A3308C">
            <w:pPr>
              <w:spacing w:after="0"/>
              <w:rPr>
                <w:lang w:val="es-ES"/>
              </w:rPr>
            </w:pPr>
            <w:r w:rsidRPr="00497C72">
              <w:rPr>
                <w:i/>
                <w:color w:val="7F7F7F"/>
                <w:lang w:val="es-ES"/>
              </w:rPr>
              <w:t>Gestión directa, contrato, convenio, colaboración con entidades u otro instrumento.</w:t>
            </w:r>
          </w:p>
        </w:tc>
      </w:tr>
      <w:tr w:rsidR="00DB2DC9" w:rsidRPr="00497C72" w14:paraId="457B4F31" w14:textId="77777777" w:rsidTr="003D5526">
        <w:trPr>
          <w:cantSplit/>
        </w:trPr>
        <w:tc>
          <w:tcPr>
            <w:tcW w:w="2694"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081733DB" w14:textId="77777777" w:rsidR="00DB2DC9" w:rsidRDefault="00A3308C">
            <w:pPr>
              <w:spacing w:after="0"/>
            </w:pPr>
            <w:r>
              <w:rPr>
                <w:color w:val="18482E"/>
              </w:rPr>
              <w:t>Recursos de funcionamiento</w:t>
            </w:r>
          </w:p>
        </w:tc>
        <w:tc>
          <w:tcPr>
            <w:tcW w:w="7654"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D2D1493" w14:textId="77777777" w:rsidR="00DB2DC9" w:rsidRPr="00497C72" w:rsidRDefault="00A3308C">
            <w:pPr>
              <w:spacing w:after="0"/>
              <w:rPr>
                <w:lang w:val="es-ES"/>
              </w:rPr>
            </w:pPr>
            <w:r w:rsidRPr="00497C72">
              <w:rPr>
                <w:i/>
                <w:color w:val="7F7F7F"/>
                <w:lang w:val="es-ES"/>
              </w:rPr>
              <w:t>Personal, equipamiento, suministros, programación y presupuesto anual.</w:t>
            </w:r>
          </w:p>
        </w:tc>
      </w:tr>
      <w:tr w:rsidR="00DB2DC9" w:rsidRPr="00497C72" w14:paraId="2C394F85" w14:textId="77777777" w:rsidTr="003D5526">
        <w:trPr>
          <w:cantSplit/>
        </w:trPr>
        <w:tc>
          <w:tcPr>
            <w:tcW w:w="2694"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2699E8D6" w14:textId="77777777" w:rsidR="00DB2DC9" w:rsidRPr="00497C72" w:rsidRDefault="00A3308C">
            <w:pPr>
              <w:spacing w:after="0"/>
              <w:rPr>
                <w:lang w:val="es-ES"/>
              </w:rPr>
            </w:pPr>
            <w:r w:rsidRPr="00497C72">
              <w:rPr>
                <w:color w:val="18482E"/>
                <w:lang w:val="es-ES"/>
              </w:rPr>
              <w:t>Fecha y condiciones de puesta en servicio</w:t>
            </w:r>
          </w:p>
        </w:tc>
        <w:tc>
          <w:tcPr>
            <w:tcW w:w="7654"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9863201" w14:textId="77777777" w:rsidR="00DB2DC9" w:rsidRPr="00497C72" w:rsidRDefault="00A3308C">
            <w:pPr>
              <w:spacing w:after="0"/>
              <w:rPr>
                <w:lang w:val="es-ES"/>
              </w:rPr>
            </w:pPr>
            <w:r w:rsidRPr="00497C72">
              <w:rPr>
                <w:i/>
                <w:color w:val="7F7F7F"/>
                <w:lang w:val="es-ES"/>
              </w:rPr>
              <w:t>Hito final, permisos, recepción, legalización y apertura efectiva.</w:t>
            </w:r>
          </w:p>
        </w:tc>
      </w:tr>
      <w:tr w:rsidR="00DB2DC9" w:rsidRPr="00497C72" w14:paraId="6DDA1D7B" w14:textId="77777777" w:rsidTr="003D5526">
        <w:trPr>
          <w:cantSplit/>
        </w:trPr>
        <w:tc>
          <w:tcPr>
            <w:tcW w:w="2694"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2DAC5E3C" w14:textId="77777777" w:rsidR="00DB2DC9" w:rsidRPr="00497C72" w:rsidRDefault="00A3308C">
            <w:pPr>
              <w:spacing w:after="0"/>
              <w:rPr>
                <w:lang w:val="es-ES"/>
              </w:rPr>
            </w:pPr>
            <w:r w:rsidRPr="00497C72">
              <w:rPr>
                <w:color w:val="18482E"/>
                <w:lang w:val="es-ES"/>
              </w:rPr>
              <w:t>Plan o programa de gestión</w:t>
            </w:r>
          </w:p>
        </w:tc>
        <w:tc>
          <w:tcPr>
            <w:tcW w:w="7654"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48A7F11F" w14:textId="77777777" w:rsidR="00DB2DC9" w:rsidRPr="00497C72" w:rsidRDefault="00A3308C">
            <w:pPr>
              <w:spacing w:after="0"/>
              <w:rPr>
                <w:lang w:val="es-ES"/>
              </w:rPr>
            </w:pPr>
            <w:r w:rsidRPr="00497C72">
              <w:rPr>
                <w:i/>
                <w:color w:val="7F7F7F"/>
                <w:lang w:val="es-ES"/>
              </w:rPr>
              <w:t>Nombre, contenido, órgano aprobador y, si no acompaña a la solicitud, fecha prevista.</w:t>
            </w:r>
          </w:p>
        </w:tc>
      </w:tr>
    </w:tbl>
    <w:p w14:paraId="63A9F51D" w14:textId="77777777" w:rsidR="00DB2DC9" w:rsidRPr="00497C72" w:rsidRDefault="00DB2DC9">
      <w:pPr>
        <w:spacing w:after="0"/>
        <w:rPr>
          <w:lang w:val="es-ES"/>
        </w:rPr>
      </w:pPr>
    </w:p>
    <w:p w14:paraId="0A2D3613" w14:textId="77777777" w:rsidR="00DB2DC9" w:rsidRDefault="00A3308C">
      <w:pPr>
        <w:keepNext/>
        <w:pBdr>
          <w:bottom w:val="single" w:sz="8" w:space="2" w:color="18482E"/>
        </w:pBdr>
        <w:spacing w:before="100" w:after="60"/>
      </w:pPr>
      <w:r>
        <w:rPr>
          <w:b/>
          <w:color w:val="18482E"/>
          <w:sz w:val="20"/>
        </w:rPr>
        <w:t>Descripción del funcionamiento ordinario</w:t>
      </w:r>
    </w:p>
    <w:tbl>
      <w:tblPr>
        <w:tblW w:w="0" w:type="auto"/>
        <w:jc w:val="center"/>
        <w:tblLook w:val="04A0" w:firstRow="1" w:lastRow="0" w:firstColumn="1" w:lastColumn="0" w:noHBand="0" w:noVBand="1"/>
      </w:tblPr>
      <w:tblGrid>
        <w:gridCol w:w="10250"/>
      </w:tblGrid>
      <w:tr w:rsidR="00DB2DC9" w:rsidRPr="00497C72" w14:paraId="68C6A74F" w14:textId="77777777" w:rsidTr="00C54068">
        <w:trPr>
          <w:trHeight w:val="3404"/>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038036E5" w14:textId="77777777" w:rsidR="00DB2DC9" w:rsidRPr="00497C72" w:rsidRDefault="00A3308C">
            <w:pPr>
              <w:spacing w:after="0"/>
              <w:rPr>
                <w:lang w:val="es-ES"/>
              </w:rPr>
            </w:pPr>
            <w:r w:rsidRPr="00497C72">
              <w:rPr>
                <w:i/>
                <w:color w:val="7F7F7F"/>
                <w:lang w:val="es-ES"/>
              </w:rPr>
              <w:t>Explique cómo se prestará el servicio o se gestionará la infraestructura una vez finalizada la inversión: horarios, actividades, responsables, usuarios, procedimiento de acceso, mantenimiento, seguimiento y coordinación con terceros.</w:t>
            </w:r>
          </w:p>
        </w:tc>
      </w:tr>
    </w:tbl>
    <w:p w14:paraId="280D83C7" w14:textId="77777777" w:rsidR="00DB2DC9" w:rsidRDefault="00DB2DC9">
      <w:pPr>
        <w:spacing w:after="0"/>
        <w:rPr>
          <w:lang w:val="es-ES"/>
        </w:rPr>
      </w:pPr>
    </w:p>
    <w:p w14:paraId="4DBF7904" w14:textId="78AA37A9" w:rsidR="00C54068" w:rsidRDefault="00C54068" w:rsidP="00C54068">
      <w:pPr>
        <w:pBdr>
          <w:bottom w:val="single" w:sz="4" w:space="1" w:color="auto"/>
        </w:pBdr>
        <w:spacing w:after="0"/>
        <w:rPr>
          <w:lang w:val="es-ES"/>
        </w:rPr>
      </w:pPr>
      <w:r>
        <w:rPr>
          <w:b/>
          <w:color w:val="18482E"/>
          <w:sz w:val="24"/>
          <w:lang w:val="es-ES"/>
        </w:rPr>
        <w:lastRenderedPageBreak/>
        <w:t>2</w:t>
      </w:r>
      <w:r w:rsidRPr="00C54068">
        <w:rPr>
          <w:b/>
          <w:color w:val="18482E"/>
          <w:sz w:val="24"/>
          <w:lang w:val="es-ES"/>
        </w:rPr>
        <w:t>.5. Innovación y valor añadido</w:t>
      </w:r>
    </w:p>
    <w:p w14:paraId="0B2A9C42" w14:textId="77777777" w:rsidR="00C54068" w:rsidRPr="00C54068" w:rsidRDefault="00C54068" w:rsidP="00C54068">
      <w:pPr>
        <w:keepNext/>
        <w:spacing w:after="20"/>
        <w:jc w:val="right"/>
        <w:rPr>
          <w:lang w:val="es-ES"/>
        </w:rPr>
      </w:pPr>
      <w:hyperlink w:anchor="ej_innovacion" w:history="1">
        <w:r w:rsidRPr="00C54068">
          <w:rPr>
            <w:b/>
            <w:color w:val="18482E"/>
            <w:sz w:val="15"/>
            <w:bdr w:val="single" w:sz="6" w:space="2" w:color="8BA99A"/>
            <w:shd w:val="clear" w:color="auto" w:fill="EAF3EC"/>
            <w:lang w:val="es-ES"/>
          </w:rPr>
          <w:t xml:space="preserve">  VER ORIENTACIÓN Y EJEMPLO  </w:t>
        </w:r>
      </w:hyperlink>
    </w:p>
    <w:p w14:paraId="164EC0F9" w14:textId="77777777" w:rsidR="003D5526" w:rsidRDefault="003D5526"/>
    <w:tbl>
      <w:tblPr>
        <w:tblW w:w="0" w:type="auto"/>
        <w:jc w:val="center"/>
        <w:tblLook w:val="04A0" w:firstRow="1" w:lastRow="0" w:firstColumn="1" w:lastColumn="0" w:noHBand="0" w:noVBand="1"/>
      </w:tblPr>
      <w:tblGrid>
        <w:gridCol w:w="5123"/>
        <w:gridCol w:w="5123"/>
      </w:tblGrid>
      <w:tr w:rsidR="00C54068" w:rsidRPr="00497C72" w14:paraId="6C0CB769" w14:textId="77777777" w:rsidTr="00C54068">
        <w:trPr>
          <w:cantSplit/>
          <w:trHeight w:val="316"/>
          <w:tblHeader/>
          <w:jc w:val="center"/>
        </w:trPr>
        <w:tc>
          <w:tcPr>
            <w:tcW w:w="10262" w:type="dxa"/>
            <w:gridSpan w:val="2"/>
            <w:tcBorders>
              <w:top w:val="single" w:sz="6" w:space="0" w:color="9CB9A6"/>
              <w:left w:val="single" w:sz="6" w:space="0" w:color="9CB9A6"/>
              <w:bottom w:val="single" w:sz="6" w:space="0" w:color="9CB9A6"/>
              <w:right w:val="single" w:sz="6" w:space="0" w:color="9CB9A6"/>
            </w:tcBorders>
            <w:shd w:val="clear" w:color="auto" w:fill="EAF3EC"/>
          </w:tcPr>
          <w:p w14:paraId="7CB94EB0" w14:textId="77777777" w:rsidR="00C54068" w:rsidRPr="00497C72" w:rsidRDefault="00C54068" w:rsidP="00743513">
            <w:pPr>
              <w:spacing w:after="0"/>
              <w:jc w:val="center"/>
              <w:rPr>
                <w:lang w:val="es-ES"/>
              </w:rPr>
            </w:pPr>
            <w:r w:rsidRPr="00497C72">
              <w:rPr>
                <w:lang w:val="es-ES"/>
              </w:rPr>
              <w:t>Tipo de innovación o mejora sustancial (marque una o varias opciones)</w:t>
            </w:r>
          </w:p>
        </w:tc>
      </w:tr>
      <w:tr w:rsidR="00C54068" w:rsidRPr="00497C72" w14:paraId="68791D9E" w14:textId="77777777" w:rsidTr="00743513">
        <w:trPr>
          <w:cantSplit/>
          <w:jc w:val="center"/>
        </w:trPr>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3EE5328D" w14:textId="20A6FFB9" w:rsidR="00C54068" w:rsidRDefault="00FE3315" w:rsidP="00743513">
            <w:pPr>
              <w:spacing w:after="0"/>
            </w:pPr>
            <w:sdt>
              <w:sdtPr>
                <w:rPr>
                  <w:color w:val="000000"/>
                </w:rPr>
                <w:id w:val="-151043976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C54068">
              <w:rPr>
                <w:color w:val="000000"/>
              </w:rPr>
              <w:t xml:space="preserve">  Nuevo servicio público</w:t>
            </w:r>
          </w:p>
        </w:tc>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9D12B5A" w14:textId="5632965B" w:rsidR="00C54068" w:rsidRPr="00497C72" w:rsidRDefault="00FE3315" w:rsidP="00743513">
            <w:pPr>
              <w:spacing w:after="0"/>
              <w:rPr>
                <w:lang w:val="es-ES"/>
              </w:rPr>
            </w:pPr>
            <w:sdt>
              <w:sdtPr>
                <w:rPr>
                  <w:color w:val="000000"/>
                  <w:lang w:val="es-ES"/>
                </w:rPr>
                <w:id w:val="-936672139"/>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C54068" w:rsidRPr="00497C72">
              <w:rPr>
                <w:color w:val="000000"/>
                <w:lang w:val="es-ES"/>
              </w:rPr>
              <w:t xml:space="preserve">  Nuevo uso de un inmueble o espacio</w:t>
            </w:r>
          </w:p>
        </w:tc>
      </w:tr>
      <w:tr w:rsidR="00C54068" w14:paraId="6D507F89" w14:textId="77777777" w:rsidTr="00743513">
        <w:trPr>
          <w:cantSplit/>
          <w:jc w:val="center"/>
        </w:trPr>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9723568" w14:textId="47995518" w:rsidR="00C54068" w:rsidRDefault="00FE3315" w:rsidP="00743513">
            <w:pPr>
              <w:spacing w:after="0"/>
            </w:pPr>
            <w:sdt>
              <w:sdtPr>
                <w:rPr>
                  <w:color w:val="000000"/>
                </w:rPr>
                <w:id w:val="141635179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C54068">
              <w:rPr>
                <w:color w:val="000000"/>
              </w:rPr>
              <w:t xml:space="preserve">  Nueva tecnología o digitalización</w:t>
            </w:r>
          </w:p>
        </w:tc>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D7785AF" w14:textId="2CDF3506" w:rsidR="00C54068" w:rsidRDefault="00FE3315" w:rsidP="00743513">
            <w:pPr>
              <w:spacing w:after="0"/>
            </w:pPr>
            <w:sdt>
              <w:sdtPr>
                <w:rPr>
                  <w:color w:val="000000"/>
                </w:rPr>
                <w:id w:val="112643769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C54068">
              <w:rPr>
                <w:color w:val="000000"/>
              </w:rPr>
              <w:t xml:space="preserve">  Nuevo modelo de gestión</w:t>
            </w:r>
          </w:p>
        </w:tc>
      </w:tr>
      <w:tr w:rsidR="00C54068" w14:paraId="1AC2B4D6" w14:textId="77777777" w:rsidTr="00743513">
        <w:trPr>
          <w:cantSplit/>
          <w:jc w:val="center"/>
        </w:trPr>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44399970" w14:textId="7E67261E" w:rsidR="00C54068" w:rsidRPr="00497C72" w:rsidRDefault="00FE3315" w:rsidP="00743513">
            <w:pPr>
              <w:spacing w:after="0"/>
              <w:rPr>
                <w:lang w:val="es-ES"/>
              </w:rPr>
            </w:pPr>
            <w:sdt>
              <w:sdtPr>
                <w:rPr>
                  <w:color w:val="000000"/>
                  <w:lang w:val="es-ES"/>
                </w:rPr>
                <w:id w:val="-509834631"/>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C54068" w:rsidRPr="00497C72">
              <w:rPr>
                <w:color w:val="000000"/>
                <w:lang w:val="es-ES"/>
              </w:rPr>
              <w:t xml:space="preserve">  Nueva forma de acceso o atención</w:t>
            </w:r>
          </w:p>
        </w:tc>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0C04277" w14:textId="334464A9" w:rsidR="00C54068" w:rsidRDefault="00FE3315" w:rsidP="00743513">
            <w:pPr>
              <w:spacing w:after="0"/>
            </w:pPr>
            <w:sdt>
              <w:sdtPr>
                <w:rPr>
                  <w:color w:val="000000"/>
                </w:rPr>
                <w:id w:val="-159948459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C54068">
              <w:rPr>
                <w:color w:val="000000"/>
              </w:rPr>
              <w:t xml:space="preserve">  Integración de varios servicios</w:t>
            </w:r>
          </w:p>
        </w:tc>
      </w:tr>
      <w:tr w:rsidR="00C54068" w:rsidRPr="00497C72" w14:paraId="27B3C8CA" w14:textId="77777777" w:rsidTr="00743513">
        <w:trPr>
          <w:cantSplit/>
          <w:jc w:val="center"/>
        </w:trPr>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3AA034E8" w14:textId="74BA4242" w:rsidR="00C54068" w:rsidRPr="00497C72" w:rsidRDefault="00FE3315" w:rsidP="00743513">
            <w:pPr>
              <w:spacing w:after="0"/>
              <w:rPr>
                <w:lang w:val="es-ES"/>
              </w:rPr>
            </w:pPr>
            <w:sdt>
              <w:sdtPr>
                <w:rPr>
                  <w:color w:val="000000"/>
                  <w:lang w:val="es-ES"/>
                </w:rPr>
                <w:id w:val="-188994500"/>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C54068" w:rsidRPr="00497C72">
              <w:rPr>
                <w:color w:val="000000"/>
                <w:lang w:val="es-ES"/>
              </w:rPr>
              <w:t xml:space="preserve">  Cooperación intermunicipal o con agentes</w:t>
            </w:r>
          </w:p>
        </w:tc>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2F1A86D8" w14:textId="07C3E40E" w:rsidR="00C54068" w:rsidRPr="00497C72" w:rsidRDefault="00FE3315" w:rsidP="00743513">
            <w:pPr>
              <w:spacing w:after="0"/>
              <w:rPr>
                <w:lang w:val="es-ES"/>
              </w:rPr>
            </w:pPr>
            <w:sdt>
              <w:sdtPr>
                <w:rPr>
                  <w:color w:val="000000"/>
                  <w:lang w:val="es-ES"/>
                </w:rPr>
                <w:id w:val="710841716"/>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C54068" w:rsidRPr="00497C72">
              <w:rPr>
                <w:color w:val="000000"/>
                <w:lang w:val="es-ES"/>
              </w:rPr>
              <w:t xml:space="preserve">  Mejora ambiental o energética sustancial</w:t>
            </w:r>
          </w:p>
        </w:tc>
      </w:tr>
      <w:tr w:rsidR="00C54068" w14:paraId="1C480341" w14:textId="77777777" w:rsidTr="00743513">
        <w:trPr>
          <w:cantSplit/>
          <w:jc w:val="center"/>
        </w:trPr>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372AA954" w14:textId="06C7CA8B" w:rsidR="00C54068" w:rsidRDefault="00FE3315" w:rsidP="00743513">
            <w:pPr>
              <w:spacing w:after="0"/>
            </w:pPr>
            <w:sdt>
              <w:sdtPr>
                <w:rPr>
                  <w:color w:val="000000"/>
                </w:rPr>
                <w:id w:val="924392204"/>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C54068">
              <w:rPr>
                <w:color w:val="000000"/>
              </w:rPr>
              <w:t xml:space="preserve">  Accesibilidad universal</w:t>
            </w:r>
          </w:p>
        </w:tc>
        <w:tc>
          <w:tcPr>
            <w:tcW w:w="5131"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AAEBAFA" w14:textId="2F11F206" w:rsidR="00C54068" w:rsidRDefault="00FE3315" w:rsidP="00743513">
            <w:pPr>
              <w:spacing w:after="0"/>
            </w:pPr>
            <w:sdt>
              <w:sdtPr>
                <w:rPr>
                  <w:color w:val="000000"/>
                </w:rPr>
                <w:id w:val="-104351100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C54068">
              <w:rPr>
                <w:color w:val="000000"/>
              </w:rPr>
              <w:t xml:space="preserve">  Otra (indicar)</w:t>
            </w:r>
          </w:p>
        </w:tc>
      </w:tr>
    </w:tbl>
    <w:p w14:paraId="11B1A6F6" w14:textId="77777777" w:rsidR="00C54068" w:rsidRDefault="00C54068" w:rsidP="00C54068">
      <w:pPr>
        <w:spacing w:after="0"/>
      </w:pPr>
    </w:p>
    <w:p w14:paraId="675EF6BE" w14:textId="77777777" w:rsidR="00C54068" w:rsidRDefault="00C54068" w:rsidP="005A6ED4">
      <w:pPr>
        <w:keepNext/>
        <w:spacing w:before="100" w:after="60"/>
      </w:pPr>
      <w:r>
        <w:rPr>
          <w:b/>
          <w:color w:val="18482E"/>
          <w:sz w:val="20"/>
        </w:rPr>
        <w:t>Innovación principal del proyecto</w:t>
      </w:r>
    </w:p>
    <w:tbl>
      <w:tblPr>
        <w:tblW w:w="0" w:type="auto"/>
        <w:jc w:val="center"/>
        <w:tblLook w:val="04A0" w:firstRow="1" w:lastRow="0" w:firstColumn="1" w:lastColumn="0" w:noHBand="0" w:noVBand="1"/>
      </w:tblPr>
      <w:tblGrid>
        <w:gridCol w:w="10250"/>
      </w:tblGrid>
      <w:tr w:rsidR="00C54068" w:rsidRPr="00497C72" w14:paraId="6EBCEF96" w14:textId="77777777" w:rsidTr="00C54068">
        <w:trPr>
          <w:trHeight w:val="2598"/>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412CCCE3" w14:textId="77777777" w:rsidR="00C54068" w:rsidRPr="00497C72" w:rsidRDefault="00C54068" w:rsidP="00743513">
            <w:pPr>
              <w:spacing w:after="0"/>
              <w:rPr>
                <w:lang w:val="es-ES"/>
              </w:rPr>
            </w:pPr>
            <w:r w:rsidRPr="00497C72">
              <w:rPr>
                <w:i/>
                <w:color w:val="7F7F7F"/>
                <w:lang w:val="es-ES"/>
              </w:rPr>
              <w:t>Identifique con precisión qué se hace de forma nueva o sustancialmente distinta. Explique la nueva prestación, uso, tecnología, modelo de gestión, forma de acceso o mejora cualitativa y por qué no se trata de una mera reparación, reposición o modernización ordinaria.</w:t>
            </w:r>
          </w:p>
        </w:tc>
      </w:tr>
    </w:tbl>
    <w:p w14:paraId="61404680" w14:textId="77777777" w:rsidR="00C54068" w:rsidRPr="00497C72" w:rsidRDefault="00C54068" w:rsidP="00C54068">
      <w:pPr>
        <w:spacing w:after="0"/>
        <w:rPr>
          <w:lang w:val="es-ES"/>
        </w:rPr>
      </w:pPr>
    </w:p>
    <w:p w14:paraId="79DD83D3" w14:textId="77777777" w:rsidR="00C54068" w:rsidRPr="00497C72" w:rsidRDefault="00C54068" w:rsidP="005A6ED4">
      <w:pPr>
        <w:keepNext/>
        <w:spacing w:before="100" w:after="60"/>
        <w:rPr>
          <w:lang w:val="es-ES"/>
        </w:rPr>
      </w:pPr>
      <w:r w:rsidRPr="00497C72">
        <w:rPr>
          <w:b/>
          <w:color w:val="18482E"/>
          <w:sz w:val="20"/>
          <w:lang w:val="es-ES"/>
        </w:rPr>
        <w:t>Ámbito de novedad y referencia comparable</w:t>
      </w:r>
    </w:p>
    <w:tbl>
      <w:tblPr>
        <w:tblW w:w="0" w:type="auto"/>
        <w:jc w:val="center"/>
        <w:tblLook w:val="04A0" w:firstRow="1" w:lastRow="0" w:firstColumn="1" w:lastColumn="0" w:noHBand="0" w:noVBand="1"/>
      </w:tblPr>
      <w:tblGrid>
        <w:gridCol w:w="10250"/>
      </w:tblGrid>
      <w:tr w:rsidR="00C54068" w:rsidRPr="00C54068" w14:paraId="0C8026A8" w14:textId="77777777" w:rsidTr="00C54068">
        <w:trPr>
          <w:trHeight w:val="2446"/>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42172200" w14:textId="77777777" w:rsidR="00C54068" w:rsidRPr="00C54068" w:rsidRDefault="00C54068" w:rsidP="00743513">
            <w:pPr>
              <w:spacing w:after="0"/>
              <w:rPr>
                <w:lang w:val="es-ES"/>
              </w:rPr>
            </w:pPr>
            <w:r w:rsidRPr="00497C72">
              <w:rPr>
                <w:i/>
                <w:color w:val="7F7F7F"/>
                <w:lang w:val="es-ES"/>
              </w:rPr>
              <w:t xml:space="preserve">Indique si la innovación es nueva en la localidad, municipio o comarca y cite experiencias similares, si las conoce. </w:t>
            </w:r>
            <w:r w:rsidRPr="00C54068">
              <w:rPr>
                <w:i/>
                <w:color w:val="7F7F7F"/>
                <w:lang w:val="es-ES"/>
              </w:rPr>
              <w:t>Señale las diferencias relevantes.</w:t>
            </w:r>
          </w:p>
        </w:tc>
      </w:tr>
    </w:tbl>
    <w:p w14:paraId="2B57A78A" w14:textId="77777777" w:rsidR="00C54068" w:rsidRPr="00C54068" w:rsidRDefault="00C54068" w:rsidP="00C54068">
      <w:pPr>
        <w:spacing w:after="0"/>
        <w:rPr>
          <w:lang w:val="es-ES"/>
        </w:rPr>
      </w:pPr>
    </w:p>
    <w:p w14:paraId="5CC32EED" w14:textId="26C44739" w:rsidR="00C54068" w:rsidRDefault="003D5526" w:rsidP="003D5526">
      <w:pPr>
        <w:pBdr>
          <w:bottom w:val="single" w:sz="4" w:space="1" w:color="auto"/>
        </w:pBdr>
        <w:spacing w:after="0"/>
        <w:rPr>
          <w:lang w:val="es-ES"/>
        </w:rPr>
      </w:pPr>
      <w:r>
        <w:rPr>
          <w:b/>
          <w:color w:val="18482E"/>
          <w:sz w:val="24"/>
          <w:lang w:val="es-ES"/>
        </w:rPr>
        <w:t>2</w:t>
      </w:r>
      <w:r w:rsidRPr="00497C72">
        <w:rPr>
          <w:b/>
          <w:color w:val="18482E"/>
          <w:sz w:val="24"/>
          <w:lang w:val="es-ES"/>
        </w:rPr>
        <w:t>.6. Interés público y carácter no productivo</w:t>
      </w:r>
    </w:p>
    <w:p w14:paraId="1ED980E9" w14:textId="77777777" w:rsidR="00C54068" w:rsidRPr="00497C72" w:rsidRDefault="00C54068" w:rsidP="00C54068">
      <w:pPr>
        <w:keepNext/>
        <w:spacing w:after="20"/>
        <w:jc w:val="right"/>
        <w:rPr>
          <w:lang w:val="es-ES"/>
        </w:rPr>
      </w:pPr>
      <w:hyperlink w:anchor="ej_no_productivo" w:history="1">
        <w:r w:rsidRPr="00497C72">
          <w:rPr>
            <w:b/>
            <w:color w:val="18482E"/>
            <w:sz w:val="15"/>
            <w:bdr w:val="single" w:sz="6" w:space="2" w:color="8BA99A"/>
            <w:shd w:val="clear" w:color="auto" w:fill="EAF3EC"/>
            <w:lang w:val="es-ES"/>
          </w:rPr>
          <w:t xml:space="preserve">  VER ORIENTACIÓN Y EJEMPLO  </w:t>
        </w:r>
      </w:hyperlink>
    </w:p>
    <w:p w14:paraId="19332ED5" w14:textId="77777777" w:rsidR="00C54068" w:rsidRPr="00497C72" w:rsidRDefault="00C54068" w:rsidP="005A6ED4">
      <w:pPr>
        <w:keepNext/>
        <w:spacing w:before="100" w:after="60"/>
        <w:rPr>
          <w:lang w:val="es-ES"/>
        </w:rPr>
      </w:pPr>
      <w:r w:rsidRPr="00497C72">
        <w:rPr>
          <w:b/>
          <w:color w:val="18482E"/>
          <w:sz w:val="20"/>
          <w:lang w:val="es-ES"/>
        </w:rPr>
        <w:t>Beneficios sociales, culturales, educativos, ambientales o territoriales</w:t>
      </w:r>
    </w:p>
    <w:tbl>
      <w:tblPr>
        <w:tblW w:w="0" w:type="auto"/>
        <w:jc w:val="center"/>
        <w:tblLook w:val="04A0" w:firstRow="1" w:lastRow="0" w:firstColumn="1" w:lastColumn="0" w:noHBand="0" w:noVBand="1"/>
      </w:tblPr>
      <w:tblGrid>
        <w:gridCol w:w="10250"/>
      </w:tblGrid>
      <w:tr w:rsidR="00C54068" w:rsidRPr="00497C72" w14:paraId="7FAB53D4" w14:textId="77777777" w:rsidTr="003D5526">
        <w:trPr>
          <w:trHeight w:val="2073"/>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5B986018" w14:textId="77777777" w:rsidR="00C54068" w:rsidRPr="00497C72" w:rsidRDefault="00C54068" w:rsidP="00743513">
            <w:pPr>
              <w:spacing w:after="0"/>
              <w:rPr>
                <w:lang w:val="es-ES"/>
              </w:rPr>
            </w:pPr>
            <w:r w:rsidRPr="00497C72">
              <w:rPr>
                <w:i/>
                <w:color w:val="7F7F7F"/>
                <w:lang w:val="es-ES"/>
              </w:rPr>
              <w:t>Describa los beneficios concretos que producirá la operación, la mejora respecto de la situación actual, los colectivos beneficiados y su alcance territorial.</w:t>
            </w:r>
          </w:p>
        </w:tc>
      </w:tr>
    </w:tbl>
    <w:p w14:paraId="6ABBE76C" w14:textId="77777777" w:rsidR="00C54068" w:rsidRPr="00497C72" w:rsidRDefault="00C54068" w:rsidP="00C54068">
      <w:pPr>
        <w:spacing w:after="0"/>
        <w:rPr>
          <w:lang w:val="es-ES"/>
        </w:rPr>
      </w:pPr>
    </w:p>
    <w:p w14:paraId="45A9FA5E" w14:textId="77777777" w:rsidR="00C54068" w:rsidRPr="00497C72" w:rsidRDefault="00C54068" w:rsidP="005A6ED4">
      <w:pPr>
        <w:keepNext/>
        <w:spacing w:before="100" w:after="60"/>
        <w:rPr>
          <w:lang w:val="es-ES"/>
        </w:rPr>
      </w:pPr>
      <w:r w:rsidRPr="00497C72">
        <w:rPr>
          <w:b/>
          <w:color w:val="18482E"/>
          <w:sz w:val="20"/>
          <w:lang w:val="es-ES"/>
        </w:rPr>
        <w:lastRenderedPageBreak/>
        <w:t>Régimen de acceso y garantía de igualdad y no discriminación</w:t>
      </w:r>
    </w:p>
    <w:tbl>
      <w:tblPr>
        <w:tblW w:w="0" w:type="auto"/>
        <w:jc w:val="center"/>
        <w:tblLook w:val="04A0" w:firstRow="1" w:lastRow="0" w:firstColumn="1" w:lastColumn="0" w:noHBand="0" w:noVBand="1"/>
      </w:tblPr>
      <w:tblGrid>
        <w:gridCol w:w="10250"/>
      </w:tblGrid>
      <w:tr w:rsidR="00C54068" w:rsidRPr="00497C72" w14:paraId="29BEF59C" w14:textId="77777777" w:rsidTr="003D5526">
        <w:trPr>
          <w:trHeight w:val="1973"/>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24F6C3B6" w14:textId="77777777" w:rsidR="00C54068" w:rsidRPr="00497C72" w:rsidRDefault="00C54068" w:rsidP="00743513">
            <w:pPr>
              <w:spacing w:after="0"/>
              <w:rPr>
                <w:lang w:val="es-ES"/>
              </w:rPr>
            </w:pPr>
            <w:r w:rsidRPr="00497C72">
              <w:rPr>
                <w:i/>
                <w:color w:val="7F7F7F"/>
                <w:lang w:val="es-ES"/>
              </w:rPr>
              <w:t>Explique quién y cómo puede utilizar el servicio o infraestructura, los criterios objetivos y públicos de acceso y las medidas que garantizan igualdad, accesibilidad y no discriminación.</w:t>
            </w:r>
          </w:p>
        </w:tc>
      </w:tr>
    </w:tbl>
    <w:p w14:paraId="1DE12902" w14:textId="77777777" w:rsidR="00C54068" w:rsidRPr="00497C72" w:rsidRDefault="00C54068" w:rsidP="00C54068">
      <w:pPr>
        <w:spacing w:after="0"/>
        <w:rPr>
          <w:lang w:val="es-ES"/>
        </w:rPr>
      </w:pPr>
    </w:p>
    <w:tbl>
      <w:tblPr>
        <w:tblW w:w="0" w:type="auto"/>
        <w:jc w:val="center"/>
        <w:tblLook w:val="04A0" w:firstRow="1" w:lastRow="0" w:firstColumn="1" w:lastColumn="0" w:noHBand="0" w:noVBand="1"/>
      </w:tblPr>
      <w:tblGrid>
        <w:gridCol w:w="10246"/>
      </w:tblGrid>
      <w:tr w:rsidR="00C54068" w:rsidRPr="00497C72" w14:paraId="2468D2BD" w14:textId="77777777" w:rsidTr="00743513">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61EEE234" w14:textId="77777777" w:rsidR="00C54068" w:rsidRPr="00497C72" w:rsidRDefault="00C54068" w:rsidP="00743513">
            <w:pPr>
              <w:keepNext/>
              <w:spacing w:after="0"/>
              <w:rPr>
                <w:lang w:val="es-ES"/>
              </w:rPr>
            </w:pPr>
            <w:r w:rsidRPr="00497C72">
              <w:rPr>
                <w:b/>
                <w:color w:val="000000"/>
                <w:lang w:val="es-ES"/>
              </w:rPr>
              <w:t>Instrucciones:</w:t>
            </w:r>
            <w:r w:rsidRPr="00497C72">
              <w:rPr>
                <w:color w:val="000000"/>
                <w:lang w:val="es-ES"/>
              </w:rPr>
              <w:t xml:space="preserve"> la existencia de tasas o precios públicos no convierte por sí misma la operación en productiva. Debe acreditarse la finalidad pública, la ausencia de comercialización de bienes o servicios en el mercado y que no se concede una ventaja selectiva a una empresa.</w:t>
            </w:r>
          </w:p>
        </w:tc>
      </w:tr>
    </w:tbl>
    <w:p w14:paraId="64695B13" w14:textId="77777777" w:rsidR="00C54068" w:rsidRPr="00497C72" w:rsidRDefault="00C54068" w:rsidP="00C54068">
      <w:pPr>
        <w:spacing w:after="0"/>
        <w:rPr>
          <w:lang w:val="es-ES"/>
        </w:rPr>
      </w:pPr>
    </w:p>
    <w:tbl>
      <w:tblPr>
        <w:tblW w:w="0" w:type="auto"/>
        <w:jc w:val="center"/>
        <w:tblLayout w:type="fixed"/>
        <w:tblLook w:val="04A0" w:firstRow="1" w:lastRow="0" w:firstColumn="1" w:lastColumn="0" w:noHBand="0" w:noVBand="1"/>
      </w:tblPr>
      <w:tblGrid>
        <w:gridCol w:w="5224"/>
        <w:gridCol w:w="446"/>
        <w:gridCol w:w="559"/>
        <w:gridCol w:w="4006"/>
      </w:tblGrid>
      <w:tr w:rsidR="00C54068" w:rsidRPr="00FE3315" w14:paraId="4ED101BF" w14:textId="77777777" w:rsidTr="00FE3315">
        <w:trPr>
          <w:cantSplit/>
          <w:tblHeader/>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8D7CD82" w14:textId="77777777" w:rsidR="00C54068" w:rsidRPr="00FE3315" w:rsidRDefault="00C54068" w:rsidP="00743513">
            <w:pPr>
              <w:spacing w:after="0"/>
              <w:jc w:val="center"/>
              <w:rPr>
                <w:szCs w:val="18"/>
              </w:rPr>
            </w:pPr>
            <w:r w:rsidRPr="00FE3315">
              <w:rPr>
                <w:b/>
                <w:color w:val="18482E"/>
                <w:szCs w:val="18"/>
              </w:rPr>
              <w:t>La operación</w:t>
            </w:r>
          </w:p>
        </w:tc>
        <w:tc>
          <w:tcPr>
            <w:tcW w:w="446"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9F3B364" w14:textId="77777777" w:rsidR="00C54068" w:rsidRPr="00FE3315" w:rsidRDefault="00C54068" w:rsidP="00743513">
            <w:pPr>
              <w:spacing w:after="0"/>
              <w:jc w:val="center"/>
              <w:rPr>
                <w:szCs w:val="18"/>
              </w:rPr>
            </w:pPr>
            <w:r w:rsidRPr="00FE3315">
              <w:rPr>
                <w:b/>
                <w:color w:val="18482E"/>
                <w:szCs w:val="18"/>
              </w:rPr>
              <w:t>Sí</w:t>
            </w:r>
          </w:p>
        </w:tc>
        <w:tc>
          <w:tcPr>
            <w:tcW w:w="559"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2535E1E4" w14:textId="77777777" w:rsidR="00C54068" w:rsidRPr="00FE3315" w:rsidRDefault="00C54068" w:rsidP="00743513">
            <w:pPr>
              <w:spacing w:after="0"/>
              <w:jc w:val="center"/>
              <w:rPr>
                <w:szCs w:val="18"/>
              </w:rPr>
            </w:pPr>
            <w:r w:rsidRPr="00FE3315">
              <w:rPr>
                <w:b/>
                <w:color w:val="18482E"/>
                <w:szCs w:val="18"/>
              </w:rPr>
              <w:t>No</w:t>
            </w:r>
          </w:p>
        </w:tc>
        <w:tc>
          <w:tcPr>
            <w:tcW w:w="4006"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F27A426" w14:textId="77777777" w:rsidR="00C54068" w:rsidRPr="00FE3315" w:rsidRDefault="00C54068" w:rsidP="00743513">
            <w:pPr>
              <w:spacing w:after="0"/>
              <w:jc w:val="center"/>
              <w:rPr>
                <w:szCs w:val="18"/>
              </w:rPr>
            </w:pPr>
            <w:r w:rsidRPr="00FE3315">
              <w:rPr>
                <w:b/>
                <w:color w:val="18482E"/>
                <w:szCs w:val="18"/>
              </w:rPr>
              <w:t>Explicación o referencia</w:t>
            </w:r>
          </w:p>
        </w:tc>
      </w:tr>
      <w:tr w:rsidR="00C54068" w14:paraId="77F72516"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33CE237" w14:textId="77777777" w:rsidR="00C54068" w:rsidRPr="00FE3315" w:rsidRDefault="00C54068" w:rsidP="00743513">
            <w:pPr>
              <w:spacing w:after="0"/>
              <w:rPr>
                <w:szCs w:val="18"/>
                <w:lang w:val="es-ES"/>
              </w:rPr>
            </w:pPr>
            <w:r w:rsidRPr="00FE3315">
              <w:rPr>
                <w:color w:val="18482E"/>
                <w:szCs w:val="18"/>
                <w:lang w:val="es-ES"/>
              </w:rPr>
              <w:t>Tiene interés público o colectivo.</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833180565"/>
              <w14:checkbox>
                <w14:checked w14:val="0"/>
                <w14:checkedState w14:val="2612" w14:font="MS Gothic"/>
                <w14:uncheckedState w14:val="2610" w14:font="MS Gothic"/>
              </w14:checkbox>
            </w:sdtPr>
            <w:sdtContent>
              <w:p w14:paraId="11BF2C0E" w14:textId="537A1342" w:rsidR="00C54068" w:rsidRDefault="00FE3315" w:rsidP="00743513">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498412384"/>
              <w14:checkbox>
                <w14:checked w14:val="0"/>
                <w14:checkedState w14:val="2612" w14:font="MS Gothic"/>
                <w14:uncheckedState w14:val="2610" w14:font="MS Gothic"/>
              </w14:checkbox>
            </w:sdtPr>
            <w:sdtContent>
              <w:p w14:paraId="6E09C0EB" w14:textId="4CB7BA58" w:rsidR="00C54068" w:rsidRDefault="00FE3315" w:rsidP="00743513">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73ADB2E" w14:textId="77777777" w:rsidR="00C54068" w:rsidRDefault="00C54068" w:rsidP="00743513">
            <w:pPr>
              <w:spacing w:after="0"/>
            </w:pPr>
          </w:p>
        </w:tc>
      </w:tr>
      <w:tr w:rsidR="00FE3315" w14:paraId="5BFBCB8A"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5F56B1BB" w14:textId="77777777" w:rsidR="00FE3315" w:rsidRPr="00FE3315" w:rsidRDefault="00FE3315" w:rsidP="00FE3315">
            <w:pPr>
              <w:spacing w:after="0"/>
              <w:rPr>
                <w:szCs w:val="18"/>
                <w:lang w:val="es-ES"/>
              </w:rPr>
            </w:pPr>
            <w:r w:rsidRPr="00FE3315">
              <w:rPr>
                <w:color w:val="18482E"/>
                <w:szCs w:val="18"/>
                <w:lang w:val="es-ES"/>
              </w:rPr>
              <w:t>Tiene como objetivo generar bienes o servicios para su comercialización.</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552188630"/>
              <w14:checkbox>
                <w14:checked w14:val="0"/>
                <w14:checkedState w14:val="2612" w14:font="MS Gothic"/>
                <w14:uncheckedState w14:val="2610" w14:font="MS Gothic"/>
              </w14:checkbox>
            </w:sdtPr>
            <w:sdtContent>
              <w:p w14:paraId="1BED2CC6" w14:textId="62D8BF02" w:rsidR="00FE3315" w:rsidRDefault="00FE3315" w:rsidP="00FE3315">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766421059"/>
              <w14:checkbox>
                <w14:checked w14:val="0"/>
                <w14:checkedState w14:val="2612" w14:font="MS Gothic"/>
                <w14:uncheckedState w14:val="2610" w14:font="MS Gothic"/>
              </w14:checkbox>
            </w:sdtPr>
            <w:sdtContent>
              <w:p w14:paraId="74DB7999" w14:textId="5C11CBC6" w:rsidR="00FE3315" w:rsidRDefault="00FE3315" w:rsidP="00FE3315">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2D4E256" w14:textId="77777777" w:rsidR="00FE3315" w:rsidRDefault="00FE3315" w:rsidP="00FE3315">
            <w:pPr>
              <w:spacing w:after="0"/>
            </w:pPr>
          </w:p>
        </w:tc>
      </w:tr>
      <w:tr w:rsidR="00FE3315" w14:paraId="6F373FDA"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65BC6637" w14:textId="77777777" w:rsidR="00FE3315" w:rsidRPr="00FE3315" w:rsidRDefault="00FE3315" w:rsidP="00FE3315">
            <w:pPr>
              <w:spacing w:after="0"/>
              <w:rPr>
                <w:szCs w:val="18"/>
                <w:lang w:val="es-ES"/>
              </w:rPr>
            </w:pPr>
            <w:r w:rsidRPr="00FE3315">
              <w:rPr>
                <w:color w:val="18482E"/>
                <w:szCs w:val="18"/>
                <w:lang w:val="es-ES"/>
              </w:rPr>
              <w:t>Se explotará con finalidad económica o empresarial.</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599297212"/>
              <w14:checkbox>
                <w14:checked w14:val="0"/>
                <w14:checkedState w14:val="2612" w14:font="MS Gothic"/>
                <w14:uncheckedState w14:val="2610" w14:font="MS Gothic"/>
              </w14:checkbox>
            </w:sdtPr>
            <w:sdtContent>
              <w:p w14:paraId="07AA3A34" w14:textId="67BB2C26" w:rsidR="00FE3315" w:rsidRDefault="00FE3315" w:rsidP="00FE3315">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326088384"/>
              <w14:checkbox>
                <w14:checked w14:val="0"/>
                <w14:checkedState w14:val="2612" w14:font="MS Gothic"/>
                <w14:uncheckedState w14:val="2610" w14:font="MS Gothic"/>
              </w14:checkbox>
            </w:sdtPr>
            <w:sdtContent>
              <w:p w14:paraId="288797C9" w14:textId="530C73F6" w:rsidR="00FE3315" w:rsidRDefault="00FE3315" w:rsidP="00FE3315">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4D6CB04" w14:textId="77777777" w:rsidR="00FE3315" w:rsidRDefault="00FE3315" w:rsidP="00FE3315">
            <w:pPr>
              <w:spacing w:after="0"/>
            </w:pPr>
          </w:p>
        </w:tc>
      </w:tr>
      <w:tr w:rsidR="00FE3315" w14:paraId="49F836C8"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35998183" w14:textId="77777777" w:rsidR="00FE3315" w:rsidRPr="00FE3315" w:rsidRDefault="00FE3315" w:rsidP="00FE3315">
            <w:pPr>
              <w:spacing w:after="0"/>
              <w:rPr>
                <w:szCs w:val="18"/>
                <w:lang w:val="es-ES"/>
              </w:rPr>
            </w:pPr>
            <w:r w:rsidRPr="00FE3315">
              <w:rPr>
                <w:color w:val="18482E"/>
                <w:szCs w:val="18"/>
                <w:lang w:val="es-ES"/>
              </w:rPr>
              <w:t>Se regulará mediante tasas, precios, alquileres o aportaciones de terceros.</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544568219"/>
              <w14:checkbox>
                <w14:checked w14:val="0"/>
                <w14:checkedState w14:val="2612" w14:font="MS Gothic"/>
                <w14:uncheckedState w14:val="2610" w14:font="MS Gothic"/>
              </w14:checkbox>
            </w:sdtPr>
            <w:sdtContent>
              <w:p w14:paraId="5D0A470B" w14:textId="29F3FF19" w:rsidR="00FE3315" w:rsidRDefault="00FE3315" w:rsidP="00FE3315">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925758137"/>
              <w14:checkbox>
                <w14:checked w14:val="0"/>
                <w14:checkedState w14:val="2612" w14:font="MS Gothic"/>
                <w14:uncheckedState w14:val="2610" w14:font="MS Gothic"/>
              </w14:checkbox>
            </w:sdtPr>
            <w:sdtContent>
              <w:p w14:paraId="6E5463A2" w14:textId="2E42BF10" w:rsidR="00FE3315" w:rsidRDefault="00FE3315" w:rsidP="00FE3315">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67F3A9C" w14:textId="77777777" w:rsidR="00FE3315" w:rsidRDefault="00FE3315" w:rsidP="00FE3315">
            <w:pPr>
              <w:spacing w:after="0"/>
            </w:pPr>
          </w:p>
        </w:tc>
      </w:tr>
      <w:tr w:rsidR="00FE3315" w14:paraId="70A2F327"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525A74C4" w14:textId="77777777" w:rsidR="00FE3315" w:rsidRPr="00FE3315" w:rsidRDefault="00FE3315" w:rsidP="00FE3315">
            <w:pPr>
              <w:spacing w:after="0"/>
              <w:rPr>
                <w:szCs w:val="18"/>
                <w:lang w:val="es-ES"/>
              </w:rPr>
            </w:pPr>
            <w:r w:rsidRPr="00FE3315">
              <w:rPr>
                <w:color w:val="18482E"/>
                <w:szCs w:val="18"/>
                <w:lang w:val="es-ES"/>
              </w:rPr>
              <w:t>Generará ingresos destinados exclusivamente a financiar o compensar el coste.</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732922389"/>
              <w14:checkbox>
                <w14:checked w14:val="0"/>
                <w14:checkedState w14:val="2612" w14:font="MS Gothic"/>
                <w14:uncheckedState w14:val="2610" w14:font="MS Gothic"/>
              </w14:checkbox>
            </w:sdtPr>
            <w:sdtContent>
              <w:p w14:paraId="733E626F" w14:textId="4DF92CFD" w:rsidR="00FE3315" w:rsidRDefault="00FE3315" w:rsidP="00FE3315">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378749063"/>
              <w14:checkbox>
                <w14:checked w14:val="0"/>
                <w14:checkedState w14:val="2612" w14:font="MS Gothic"/>
                <w14:uncheckedState w14:val="2610" w14:font="MS Gothic"/>
              </w14:checkbox>
            </w:sdtPr>
            <w:sdtContent>
              <w:p w14:paraId="3B53375B" w14:textId="6D76DBA3" w:rsidR="00FE3315" w:rsidRDefault="00FE3315" w:rsidP="00FE3315">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27F81CB" w14:textId="77777777" w:rsidR="00FE3315" w:rsidRDefault="00FE3315" w:rsidP="00FE3315">
            <w:pPr>
              <w:spacing w:after="0"/>
            </w:pPr>
          </w:p>
        </w:tc>
      </w:tr>
      <w:tr w:rsidR="00FE3315" w14:paraId="7965E057"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36571808" w14:textId="77777777" w:rsidR="00FE3315" w:rsidRPr="00FE3315" w:rsidRDefault="00FE3315" w:rsidP="00FE3315">
            <w:pPr>
              <w:spacing w:after="0"/>
              <w:rPr>
                <w:szCs w:val="18"/>
                <w:lang w:val="es-ES"/>
              </w:rPr>
            </w:pPr>
            <w:r w:rsidRPr="00FE3315">
              <w:rPr>
                <w:color w:val="18482E"/>
                <w:szCs w:val="18"/>
                <w:lang w:val="es-ES"/>
              </w:rPr>
              <w:t>El acceso se regulará mediante criterios objetivos y públicos.</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983809897"/>
              <w14:checkbox>
                <w14:checked w14:val="0"/>
                <w14:checkedState w14:val="2612" w14:font="MS Gothic"/>
                <w14:uncheckedState w14:val="2610" w14:font="MS Gothic"/>
              </w14:checkbox>
            </w:sdtPr>
            <w:sdtContent>
              <w:p w14:paraId="4641B4DC" w14:textId="4A551349" w:rsidR="00FE3315" w:rsidRDefault="00FE3315" w:rsidP="00FE3315">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461642352"/>
              <w14:checkbox>
                <w14:checked w14:val="0"/>
                <w14:checkedState w14:val="2612" w14:font="MS Gothic"/>
                <w14:uncheckedState w14:val="2610" w14:font="MS Gothic"/>
              </w14:checkbox>
            </w:sdtPr>
            <w:sdtContent>
              <w:p w14:paraId="61C44079" w14:textId="5C36526A" w:rsidR="00FE3315" w:rsidRDefault="00FE3315" w:rsidP="00FE3315">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0EA5905" w14:textId="77777777" w:rsidR="00FE3315" w:rsidRDefault="00FE3315" w:rsidP="00FE3315">
            <w:pPr>
              <w:spacing w:after="0"/>
            </w:pPr>
          </w:p>
        </w:tc>
      </w:tr>
      <w:tr w:rsidR="00FE3315" w14:paraId="79336B6C" w14:textId="77777777" w:rsidTr="00FE3315">
        <w:trPr>
          <w:cantSplit/>
          <w:trHeight w:val="510"/>
          <w:jc w:val="center"/>
        </w:trPr>
        <w:tc>
          <w:tcPr>
            <w:tcW w:w="522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545C6D67" w14:textId="77777777" w:rsidR="00FE3315" w:rsidRPr="00FE3315" w:rsidRDefault="00FE3315" w:rsidP="00FE3315">
            <w:pPr>
              <w:spacing w:after="0"/>
              <w:rPr>
                <w:szCs w:val="18"/>
                <w:lang w:val="es-ES"/>
              </w:rPr>
            </w:pPr>
            <w:r w:rsidRPr="00FE3315">
              <w:rPr>
                <w:color w:val="18482E"/>
                <w:szCs w:val="18"/>
                <w:lang w:val="es-ES"/>
              </w:rPr>
              <w:t>Se gestionará por un tercero mediante cesión, concesión u otro título.</w:t>
            </w:r>
          </w:p>
        </w:tc>
        <w:tc>
          <w:tcPr>
            <w:tcW w:w="44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744105675"/>
              <w14:checkbox>
                <w14:checked w14:val="0"/>
                <w14:checkedState w14:val="2612" w14:font="MS Gothic"/>
                <w14:uncheckedState w14:val="2610" w14:font="MS Gothic"/>
              </w14:checkbox>
            </w:sdtPr>
            <w:sdtContent>
              <w:p w14:paraId="78DDF5BC" w14:textId="20B57AE1" w:rsidR="00FE3315" w:rsidRDefault="00FE3315" w:rsidP="00FE3315">
                <w:pPr>
                  <w:spacing w:after="0"/>
                </w:pPr>
                <w:r>
                  <w:rPr>
                    <w:rFonts w:ascii="MS Gothic" w:eastAsia="MS Gothic" w:hAnsi="MS Gothic" w:hint="eastAsia"/>
                    <w:sz w:val="16"/>
                  </w:rPr>
                  <w:t>☐</w:t>
                </w:r>
              </w:p>
            </w:sdtContent>
          </w:sdt>
        </w:tc>
        <w:tc>
          <w:tcPr>
            <w:tcW w:w="5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624355195"/>
              <w14:checkbox>
                <w14:checked w14:val="0"/>
                <w14:checkedState w14:val="2612" w14:font="MS Gothic"/>
                <w14:uncheckedState w14:val="2610" w14:font="MS Gothic"/>
              </w14:checkbox>
            </w:sdtPr>
            <w:sdtContent>
              <w:p w14:paraId="76292E05" w14:textId="648771A7" w:rsidR="00FE3315" w:rsidRDefault="00FE3315" w:rsidP="00FE3315">
                <w:pPr>
                  <w:spacing w:after="0"/>
                </w:pPr>
                <w:r>
                  <w:rPr>
                    <w:rFonts w:ascii="MS Gothic" w:eastAsia="MS Gothic" w:hAnsi="MS Gothic" w:hint="eastAsia"/>
                    <w:sz w:val="16"/>
                  </w:rPr>
                  <w:t>☐</w:t>
                </w:r>
              </w:p>
            </w:sdtContent>
          </w:sdt>
        </w:tc>
        <w:tc>
          <w:tcPr>
            <w:tcW w:w="400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4D7786B" w14:textId="77777777" w:rsidR="00FE3315" w:rsidRDefault="00FE3315" w:rsidP="00FE3315">
            <w:pPr>
              <w:spacing w:after="0"/>
            </w:pPr>
          </w:p>
        </w:tc>
      </w:tr>
    </w:tbl>
    <w:p w14:paraId="44AD042C" w14:textId="77777777" w:rsidR="00C54068" w:rsidRDefault="00C54068" w:rsidP="00C54068">
      <w:pPr>
        <w:spacing w:after="0"/>
      </w:pPr>
    </w:p>
    <w:p w14:paraId="35C7FED2" w14:textId="77777777" w:rsidR="00C54068" w:rsidRDefault="00C54068">
      <w:pPr>
        <w:spacing w:after="0"/>
        <w:rPr>
          <w:lang w:val="es-ES"/>
        </w:rPr>
      </w:pPr>
    </w:p>
    <w:p w14:paraId="20B3C7B6" w14:textId="1607B89F" w:rsidR="003D5526" w:rsidRPr="00497C72" w:rsidRDefault="003D5526" w:rsidP="003D5526">
      <w:pPr>
        <w:keepNext/>
        <w:pBdr>
          <w:bottom w:val="single" w:sz="8" w:space="2" w:color="18482E"/>
        </w:pBdr>
        <w:spacing w:before="100" w:after="0"/>
        <w:rPr>
          <w:lang w:val="es-ES"/>
        </w:rPr>
      </w:pPr>
      <w:r>
        <w:rPr>
          <w:b/>
          <w:color w:val="18482E"/>
          <w:sz w:val="24"/>
          <w:lang w:val="es-ES"/>
        </w:rPr>
        <w:t xml:space="preserve">2. </w:t>
      </w:r>
      <w:r w:rsidRPr="00497C72">
        <w:rPr>
          <w:b/>
          <w:color w:val="18482E"/>
          <w:sz w:val="24"/>
          <w:lang w:val="es-ES"/>
        </w:rPr>
        <w:t>7. Tasas, precios públicos, alquileres o aportaciones de personas usuarias</w:t>
      </w:r>
    </w:p>
    <w:p w14:paraId="2C01589A" w14:textId="77777777" w:rsidR="003D5526" w:rsidRDefault="003D5526" w:rsidP="003D5526">
      <w:pPr>
        <w:keepNext/>
        <w:spacing w:after="20"/>
        <w:jc w:val="right"/>
      </w:pPr>
      <w:hyperlink w:anchor="ej_no_productivo"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p w14:paraId="72EA74C8" w14:textId="77777777" w:rsidR="003D5526" w:rsidRDefault="003D5526" w:rsidP="003D5526">
      <w:pPr>
        <w:keepNext/>
        <w:spacing w:after="20"/>
        <w:jc w:val="right"/>
      </w:pPr>
    </w:p>
    <w:tbl>
      <w:tblPr>
        <w:tblW w:w="10340" w:type="dxa"/>
        <w:jc w:val="center"/>
        <w:tblLayout w:type="fixed"/>
        <w:tblLook w:val="04A0" w:firstRow="1" w:lastRow="0" w:firstColumn="1" w:lastColumn="0" w:noHBand="0" w:noVBand="1"/>
      </w:tblPr>
      <w:tblGrid>
        <w:gridCol w:w="3394"/>
        <w:gridCol w:w="426"/>
        <w:gridCol w:w="567"/>
        <w:gridCol w:w="5953"/>
      </w:tblGrid>
      <w:tr w:rsidR="003D5526" w14:paraId="42E2BD9D" w14:textId="77777777" w:rsidTr="00FE3315">
        <w:trPr>
          <w:cantSplit/>
          <w:tblHeader/>
          <w:jc w:val="center"/>
        </w:trPr>
        <w:tc>
          <w:tcPr>
            <w:tcW w:w="339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AB0CA5C" w14:textId="77777777" w:rsidR="003D5526" w:rsidRDefault="003D5526" w:rsidP="00743513">
            <w:pPr>
              <w:spacing w:after="0"/>
              <w:jc w:val="center"/>
            </w:pPr>
            <w:r>
              <w:rPr>
                <w:b/>
                <w:color w:val="18482E"/>
                <w:sz w:val="16"/>
              </w:rPr>
              <w:t>Declaración</w:t>
            </w:r>
          </w:p>
        </w:tc>
        <w:tc>
          <w:tcPr>
            <w:tcW w:w="426"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B501105" w14:textId="77777777" w:rsidR="003D5526" w:rsidRDefault="003D5526" w:rsidP="00743513">
            <w:pPr>
              <w:spacing w:after="0"/>
              <w:jc w:val="center"/>
            </w:pPr>
            <w:r>
              <w:rPr>
                <w:b/>
                <w:color w:val="18482E"/>
                <w:sz w:val="16"/>
              </w:rPr>
              <w:t>Sí</w:t>
            </w:r>
          </w:p>
        </w:tc>
        <w:tc>
          <w:tcPr>
            <w:tcW w:w="567"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9A9F8B5" w14:textId="77777777" w:rsidR="003D5526" w:rsidRDefault="003D5526" w:rsidP="00743513">
            <w:pPr>
              <w:spacing w:after="0"/>
              <w:jc w:val="center"/>
            </w:pPr>
            <w:r>
              <w:rPr>
                <w:b/>
                <w:color w:val="18482E"/>
                <w:sz w:val="16"/>
              </w:rPr>
              <w:t>No</w:t>
            </w:r>
          </w:p>
        </w:tc>
        <w:tc>
          <w:tcPr>
            <w:tcW w:w="5953"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8B71664" w14:textId="77777777" w:rsidR="003D5526" w:rsidRDefault="003D5526" w:rsidP="00743513">
            <w:pPr>
              <w:spacing w:after="0"/>
              <w:jc w:val="center"/>
            </w:pPr>
            <w:r>
              <w:rPr>
                <w:b/>
                <w:color w:val="18482E"/>
                <w:sz w:val="16"/>
              </w:rPr>
              <w:t>Explicación o referencia</w:t>
            </w:r>
          </w:p>
        </w:tc>
      </w:tr>
      <w:tr w:rsidR="00FE3315" w14:paraId="5D2749F9" w14:textId="77777777" w:rsidTr="00FE3315">
        <w:trPr>
          <w:cantSplit/>
          <w:trHeight w:val="510"/>
          <w:jc w:val="center"/>
        </w:trPr>
        <w:tc>
          <w:tcPr>
            <w:tcW w:w="339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0F910E39" w14:textId="77777777" w:rsidR="00FE3315" w:rsidRPr="00FE3315" w:rsidRDefault="00FE3315" w:rsidP="00FE3315">
            <w:pPr>
              <w:spacing w:after="0"/>
              <w:rPr>
                <w:szCs w:val="18"/>
                <w:lang w:val="es-ES"/>
              </w:rPr>
            </w:pPr>
            <w:r w:rsidRPr="00FE3315">
              <w:rPr>
                <w:color w:val="18482E"/>
                <w:szCs w:val="18"/>
                <w:lang w:val="es-ES"/>
              </w:rPr>
              <w:t>La operación estará sujeta a tasa o precio público.</w:t>
            </w:r>
          </w:p>
        </w:tc>
        <w:tc>
          <w:tcPr>
            <w:tcW w:w="42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29292736"/>
              <w14:checkbox>
                <w14:checked w14:val="0"/>
                <w14:checkedState w14:val="2612" w14:font="MS Gothic"/>
                <w14:uncheckedState w14:val="2610" w14:font="MS Gothic"/>
              </w14:checkbox>
            </w:sdtPr>
            <w:sdtContent>
              <w:p w14:paraId="4ADB608C" w14:textId="60B10BEB" w:rsidR="00FE3315" w:rsidRDefault="00FE3315" w:rsidP="00FE3315">
                <w:pPr>
                  <w:spacing w:after="0"/>
                </w:pPr>
                <w:r>
                  <w:rPr>
                    <w:rFonts w:ascii="MS Gothic" w:eastAsia="MS Gothic" w:hAnsi="MS Gothic" w:hint="eastAsia"/>
                    <w:sz w:val="16"/>
                  </w:rPr>
                  <w:t>☐</w:t>
                </w:r>
              </w:p>
            </w:sdtContent>
          </w:sdt>
        </w:tc>
        <w:tc>
          <w:tcPr>
            <w:tcW w:w="56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0217651"/>
              <w14:checkbox>
                <w14:checked w14:val="0"/>
                <w14:checkedState w14:val="2612" w14:font="MS Gothic"/>
                <w14:uncheckedState w14:val="2610" w14:font="MS Gothic"/>
              </w14:checkbox>
            </w:sdtPr>
            <w:sdtContent>
              <w:p w14:paraId="5D13AB68" w14:textId="7E6E2013" w:rsidR="00FE3315" w:rsidRDefault="00FE3315" w:rsidP="00FE3315">
                <w:pPr>
                  <w:spacing w:after="0"/>
                </w:pPr>
                <w:r>
                  <w:rPr>
                    <w:rFonts w:ascii="MS Gothic" w:eastAsia="MS Gothic" w:hAnsi="MS Gothic" w:hint="eastAsia"/>
                    <w:sz w:val="16"/>
                  </w:rPr>
                  <w:t>☐</w:t>
                </w:r>
              </w:p>
            </w:sdtContent>
          </w:sdt>
        </w:tc>
        <w:tc>
          <w:tcPr>
            <w:tcW w:w="595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6A398BC" w14:textId="77777777" w:rsidR="00FE3315" w:rsidRDefault="00FE3315" w:rsidP="00FE3315">
            <w:pPr>
              <w:spacing w:after="0"/>
            </w:pPr>
          </w:p>
        </w:tc>
      </w:tr>
      <w:tr w:rsidR="00FE3315" w14:paraId="3A397AA0" w14:textId="77777777" w:rsidTr="00FE3315">
        <w:trPr>
          <w:cantSplit/>
          <w:trHeight w:val="510"/>
          <w:jc w:val="center"/>
        </w:trPr>
        <w:tc>
          <w:tcPr>
            <w:tcW w:w="339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74DC1F4" w14:textId="77777777" w:rsidR="00FE3315" w:rsidRPr="00FE3315" w:rsidRDefault="00FE3315" w:rsidP="00FE3315">
            <w:pPr>
              <w:spacing w:after="0"/>
              <w:rPr>
                <w:szCs w:val="18"/>
                <w:lang w:val="es-ES"/>
              </w:rPr>
            </w:pPr>
            <w:r w:rsidRPr="00FE3315">
              <w:rPr>
                <w:color w:val="18482E"/>
                <w:szCs w:val="18"/>
                <w:lang w:val="es-ES"/>
              </w:rPr>
              <w:t>Existe ordenanza o acuerdo vigente.</w:t>
            </w:r>
          </w:p>
        </w:tc>
        <w:tc>
          <w:tcPr>
            <w:tcW w:w="42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520543884"/>
              <w14:checkbox>
                <w14:checked w14:val="0"/>
                <w14:checkedState w14:val="2612" w14:font="MS Gothic"/>
                <w14:uncheckedState w14:val="2610" w14:font="MS Gothic"/>
              </w14:checkbox>
            </w:sdtPr>
            <w:sdtContent>
              <w:p w14:paraId="0D168815" w14:textId="68F642F1" w:rsidR="00FE3315" w:rsidRDefault="00FE3315" w:rsidP="00FE3315">
                <w:pPr>
                  <w:spacing w:after="0"/>
                </w:pPr>
                <w:r>
                  <w:rPr>
                    <w:rFonts w:ascii="MS Gothic" w:eastAsia="MS Gothic" w:hAnsi="MS Gothic" w:hint="eastAsia"/>
                    <w:sz w:val="16"/>
                  </w:rPr>
                  <w:t>☐</w:t>
                </w:r>
              </w:p>
            </w:sdtContent>
          </w:sdt>
        </w:tc>
        <w:tc>
          <w:tcPr>
            <w:tcW w:w="56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713843677"/>
              <w14:checkbox>
                <w14:checked w14:val="0"/>
                <w14:checkedState w14:val="2612" w14:font="MS Gothic"/>
                <w14:uncheckedState w14:val="2610" w14:font="MS Gothic"/>
              </w14:checkbox>
            </w:sdtPr>
            <w:sdtContent>
              <w:p w14:paraId="346F4A52" w14:textId="1075C97C" w:rsidR="00FE3315" w:rsidRDefault="00FE3315" w:rsidP="00FE3315">
                <w:pPr>
                  <w:spacing w:after="0"/>
                </w:pPr>
                <w:r>
                  <w:rPr>
                    <w:rFonts w:ascii="MS Gothic" w:eastAsia="MS Gothic" w:hAnsi="MS Gothic" w:hint="eastAsia"/>
                    <w:sz w:val="16"/>
                  </w:rPr>
                  <w:t>☐</w:t>
                </w:r>
              </w:p>
            </w:sdtContent>
          </w:sdt>
        </w:tc>
        <w:tc>
          <w:tcPr>
            <w:tcW w:w="595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830A93" w14:textId="77777777" w:rsidR="00FE3315" w:rsidRDefault="00FE3315" w:rsidP="00FE3315">
            <w:pPr>
              <w:spacing w:after="0"/>
            </w:pPr>
          </w:p>
        </w:tc>
      </w:tr>
      <w:tr w:rsidR="00FE3315" w14:paraId="6D2FEF29" w14:textId="77777777" w:rsidTr="00FE3315">
        <w:trPr>
          <w:cantSplit/>
          <w:trHeight w:val="510"/>
          <w:jc w:val="center"/>
        </w:trPr>
        <w:tc>
          <w:tcPr>
            <w:tcW w:w="339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A222211" w14:textId="77777777" w:rsidR="00FE3315" w:rsidRPr="00FE3315" w:rsidRDefault="00FE3315" w:rsidP="00FE3315">
            <w:pPr>
              <w:spacing w:after="0"/>
              <w:rPr>
                <w:szCs w:val="18"/>
                <w:lang w:val="es-ES"/>
              </w:rPr>
            </w:pPr>
            <w:r w:rsidRPr="00FE3315">
              <w:rPr>
                <w:color w:val="18482E"/>
                <w:szCs w:val="18"/>
                <w:lang w:val="es-ES"/>
              </w:rPr>
              <w:t>Los ingresos se destinan a financiar o compensar el coste del servicio.</w:t>
            </w:r>
          </w:p>
        </w:tc>
        <w:tc>
          <w:tcPr>
            <w:tcW w:w="42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471752186"/>
              <w14:checkbox>
                <w14:checked w14:val="0"/>
                <w14:checkedState w14:val="2612" w14:font="MS Gothic"/>
                <w14:uncheckedState w14:val="2610" w14:font="MS Gothic"/>
              </w14:checkbox>
            </w:sdtPr>
            <w:sdtContent>
              <w:p w14:paraId="1A81CD21" w14:textId="0A696B4C" w:rsidR="00FE3315" w:rsidRDefault="00FE3315" w:rsidP="00FE3315">
                <w:pPr>
                  <w:spacing w:after="0"/>
                </w:pPr>
                <w:r>
                  <w:rPr>
                    <w:rFonts w:ascii="MS Gothic" w:eastAsia="MS Gothic" w:hAnsi="MS Gothic" w:hint="eastAsia"/>
                    <w:sz w:val="16"/>
                  </w:rPr>
                  <w:t>☐</w:t>
                </w:r>
              </w:p>
            </w:sdtContent>
          </w:sdt>
        </w:tc>
        <w:tc>
          <w:tcPr>
            <w:tcW w:w="56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191991972"/>
              <w14:checkbox>
                <w14:checked w14:val="0"/>
                <w14:checkedState w14:val="2612" w14:font="MS Gothic"/>
                <w14:uncheckedState w14:val="2610" w14:font="MS Gothic"/>
              </w14:checkbox>
            </w:sdtPr>
            <w:sdtContent>
              <w:p w14:paraId="00A7347F" w14:textId="16BFB2C0" w:rsidR="00FE3315" w:rsidRDefault="00FE3315" w:rsidP="00FE3315">
                <w:pPr>
                  <w:spacing w:after="0"/>
                </w:pPr>
                <w:r>
                  <w:rPr>
                    <w:rFonts w:ascii="MS Gothic" w:eastAsia="MS Gothic" w:hAnsi="MS Gothic" w:hint="eastAsia"/>
                    <w:sz w:val="16"/>
                  </w:rPr>
                  <w:t>☐</w:t>
                </w:r>
              </w:p>
            </w:sdtContent>
          </w:sdt>
        </w:tc>
        <w:tc>
          <w:tcPr>
            <w:tcW w:w="595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995A6E2" w14:textId="77777777" w:rsidR="00FE3315" w:rsidRDefault="00FE3315" w:rsidP="00FE3315">
            <w:pPr>
              <w:spacing w:after="0"/>
            </w:pPr>
          </w:p>
        </w:tc>
      </w:tr>
      <w:tr w:rsidR="00FE3315" w14:paraId="33A448CE" w14:textId="77777777" w:rsidTr="00FE3315">
        <w:trPr>
          <w:cantSplit/>
          <w:trHeight w:val="510"/>
          <w:jc w:val="center"/>
        </w:trPr>
        <w:tc>
          <w:tcPr>
            <w:tcW w:w="339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62F6F30A" w14:textId="77777777" w:rsidR="00FE3315" w:rsidRPr="00FE3315" w:rsidRDefault="00FE3315" w:rsidP="00FE3315">
            <w:pPr>
              <w:spacing w:after="0"/>
              <w:rPr>
                <w:szCs w:val="18"/>
                <w:lang w:val="es-ES"/>
              </w:rPr>
            </w:pPr>
            <w:r w:rsidRPr="00FE3315">
              <w:rPr>
                <w:color w:val="18482E"/>
                <w:szCs w:val="18"/>
                <w:lang w:val="es-ES"/>
              </w:rPr>
              <w:t>La previsión de ingresos no genera beneficio o rentabilidad comercial.</w:t>
            </w:r>
          </w:p>
        </w:tc>
        <w:tc>
          <w:tcPr>
            <w:tcW w:w="42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410075897"/>
              <w14:checkbox>
                <w14:checked w14:val="0"/>
                <w14:checkedState w14:val="2612" w14:font="MS Gothic"/>
                <w14:uncheckedState w14:val="2610" w14:font="MS Gothic"/>
              </w14:checkbox>
            </w:sdtPr>
            <w:sdtContent>
              <w:p w14:paraId="36D6A186" w14:textId="604032E7" w:rsidR="00FE3315" w:rsidRDefault="00FE3315" w:rsidP="00FE3315">
                <w:pPr>
                  <w:spacing w:after="0"/>
                </w:pPr>
                <w:r>
                  <w:rPr>
                    <w:rFonts w:ascii="MS Gothic" w:eastAsia="MS Gothic" w:hAnsi="MS Gothic" w:hint="eastAsia"/>
                    <w:sz w:val="16"/>
                  </w:rPr>
                  <w:t>☐</w:t>
                </w:r>
              </w:p>
            </w:sdtContent>
          </w:sdt>
        </w:tc>
        <w:tc>
          <w:tcPr>
            <w:tcW w:w="56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1651975228"/>
              <w14:checkbox>
                <w14:checked w14:val="0"/>
                <w14:checkedState w14:val="2612" w14:font="MS Gothic"/>
                <w14:uncheckedState w14:val="2610" w14:font="MS Gothic"/>
              </w14:checkbox>
            </w:sdtPr>
            <w:sdtContent>
              <w:p w14:paraId="62FF51D1" w14:textId="24495F61" w:rsidR="00FE3315" w:rsidRDefault="00FE3315" w:rsidP="00FE3315">
                <w:pPr>
                  <w:spacing w:after="0"/>
                </w:pPr>
                <w:r>
                  <w:rPr>
                    <w:rFonts w:ascii="MS Gothic" w:eastAsia="MS Gothic" w:hAnsi="MS Gothic" w:hint="eastAsia"/>
                    <w:sz w:val="16"/>
                  </w:rPr>
                  <w:t>☐</w:t>
                </w:r>
              </w:p>
            </w:sdtContent>
          </w:sdt>
        </w:tc>
        <w:tc>
          <w:tcPr>
            <w:tcW w:w="595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7F2AB58" w14:textId="77777777" w:rsidR="00FE3315" w:rsidRDefault="00FE3315" w:rsidP="00FE3315">
            <w:pPr>
              <w:spacing w:after="0"/>
            </w:pPr>
          </w:p>
        </w:tc>
      </w:tr>
      <w:tr w:rsidR="00FE3315" w14:paraId="55D313E4" w14:textId="77777777" w:rsidTr="00FE3315">
        <w:trPr>
          <w:cantSplit/>
          <w:trHeight w:val="510"/>
          <w:jc w:val="center"/>
        </w:trPr>
        <w:tc>
          <w:tcPr>
            <w:tcW w:w="3394"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089C7CD" w14:textId="77777777" w:rsidR="00FE3315" w:rsidRPr="00FE3315" w:rsidRDefault="00FE3315" w:rsidP="00FE3315">
            <w:pPr>
              <w:spacing w:after="0"/>
              <w:rPr>
                <w:szCs w:val="18"/>
                <w:lang w:val="es-ES"/>
              </w:rPr>
            </w:pPr>
            <w:r w:rsidRPr="00FE3315">
              <w:rPr>
                <w:color w:val="18482E"/>
                <w:szCs w:val="18"/>
                <w:lang w:val="es-ES"/>
              </w:rPr>
              <w:t>Existen bonificaciones, exenciones o medidas de acceso social, cuando proceda.</w:t>
            </w:r>
          </w:p>
        </w:tc>
        <w:tc>
          <w:tcPr>
            <w:tcW w:w="42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325168348"/>
              <w14:checkbox>
                <w14:checked w14:val="0"/>
                <w14:checkedState w14:val="2612" w14:font="MS Gothic"/>
                <w14:uncheckedState w14:val="2610" w14:font="MS Gothic"/>
              </w14:checkbox>
            </w:sdtPr>
            <w:sdtContent>
              <w:p w14:paraId="00C2C976" w14:textId="6B548404" w:rsidR="00FE3315" w:rsidRDefault="00FE3315" w:rsidP="00FE3315">
                <w:pPr>
                  <w:spacing w:after="0"/>
                </w:pPr>
                <w:r>
                  <w:rPr>
                    <w:rFonts w:ascii="MS Gothic" w:eastAsia="MS Gothic" w:hAnsi="MS Gothic" w:hint="eastAsia"/>
                    <w:sz w:val="16"/>
                  </w:rPr>
                  <w:t>☐</w:t>
                </w:r>
              </w:p>
            </w:sdtContent>
          </w:sdt>
        </w:tc>
        <w:tc>
          <w:tcPr>
            <w:tcW w:w="56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6"/>
              </w:rPr>
              <w:id w:val="806977212"/>
              <w14:checkbox>
                <w14:checked w14:val="0"/>
                <w14:checkedState w14:val="2612" w14:font="MS Gothic"/>
                <w14:uncheckedState w14:val="2610" w14:font="MS Gothic"/>
              </w14:checkbox>
            </w:sdtPr>
            <w:sdtContent>
              <w:p w14:paraId="4BB75A01" w14:textId="225F3B8B" w:rsidR="00FE3315" w:rsidRDefault="00FE3315" w:rsidP="00FE3315">
                <w:pPr>
                  <w:spacing w:after="0"/>
                </w:pPr>
                <w:r>
                  <w:rPr>
                    <w:rFonts w:ascii="MS Gothic" w:eastAsia="MS Gothic" w:hAnsi="MS Gothic" w:hint="eastAsia"/>
                    <w:sz w:val="16"/>
                  </w:rPr>
                  <w:t>☐</w:t>
                </w:r>
              </w:p>
            </w:sdtContent>
          </w:sdt>
        </w:tc>
        <w:tc>
          <w:tcPr>
            <w:tcW w:w="595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404C3A9" w14:textId="77777777" w:rsidR="00FE3315" w:rsidRDefault="00FE3315" w:rsidP="00FE3315">
            <w:pPr>
              <w:spacing w:after="0"/>
            </w:pPr>
          </w:p>
        </w:tc>
      </w:tr>
    </w:tbl>
    <w:p w14:paraId="1DAF0871" w14:textId="77777777" w:rsidR="003D5526" w:rsidRDefault="003D5526" w:rsidP="003D5526">
      <w:pPr>
        <w:spacing w:after="0"/>
      </w:pPr>
    </w:p>
    <w:tbl>
      <w:tblPr>
        <w:tblW w:w="0" w:type="auto"/>
        <w:jc w:val="center"/>
        <w:tblLayout w:type="fixed"/>
        <w:tblLook w:val="04A0" w:firstRow="1" w:lastRow="0" w:firstColumn="1" w:lastColumn="0" w:noHBand="0" w:noVBand="1"/>
      </w:tblPr>
      <w:tblGrid>
        <w:gridCol w:w="1757"/>
        <w:gridCol w:w="1474"/>
        <w:gridCol w:w="1701"/>
        <w:gridCol w:w="1531"/>
        <w:gridCol w:w="1871"/>
        <w:gridCol w:w="1701"/>
      </w:tblGrid>
      <w:tr w:rsidR="003D5526" w:rsidRPr="00FE3315" w14:paraId="1406B586" w14:textId="77777777" w:rsidTr="00743513">
        <w:trPr>
          <w:cantSplit/>
          <w:tblHeader/>
          <w:jc w:val="center"/>
        </w:trPr>
        <w:tc>
          <w:tcPr>
            <w:tcW w:w="1757"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EE39F21" w14:textId="77777777" w:rsidR="003D5526" w:rsidRPr="00FE3315" w:rsidRDefault="003D5526" w:rsidP="00743513">
            <w:pPr>
              <w:spacing w:after="0"/>
              <w:jc w:val="center"/>
              <w:rPr>
                <w:szCs w:val="18"/>
              </w:rPr>
            </w:pPr>
            <w:r w:rsidRPr="00FE3315">
              <w:rPr>
                <w:b/>
                <w:color w:val="18482E"/>
                <w:szCs w:val="18"/>
              </w:rPr>
              <w:lastRenderedPageBreak/>
              <w:t>Concepto</w:t>
            </w:r>
          </w:p>
        </w:tc>
        <w:tc>
          <w:tcPr>
            <w:tcW w:w="147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D5CAB26" w14:textId="77777777" w:rsidR="003D5526" w:rsidRPr="00FE3315" w:rsidRDefault="003D5526" w:rsidP="00743513">
            <w:pPr>
              <w:spacing w:after="0"/>
              <w:jc w:val="center"/>
              <w:rPr>
                <w:szCs w:val="18"/>
              </w:rPr>
            </w:pPr>
            <w:r w:rsidRPr="00FE3315">
              <w:rPr>
                <w:b/>
                <w:color w:val="18482E"/>
                <w:szCs w:val="18"/>
              </w:rPr>
              <w:t>Ingreso previsto</w:t>
            </w:r>
          </w:p>
        </w:tc>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71EBBCD" w14:textId="77777777" w:rsidR="003D5526" w:rsidRPr="00FE3315" w:rsidRDefault="003D5526" w:rsidP="00743513">
            <w:pPr>
              <w:spacing w:after="0"/>
              <w:jc w:val="center"/>
              <w:rPr>
                <w:szCs w:val="18"/>
              </w:rPr>
            </w:pPr>
            <w:r w:rsidRPr="00FE3315">
              <w:rPr>
                <w:b/>
                <w:color w:val="18482E"/>
                <w:szCs w:val="18"/>
              </w:rPr>
              <w:t>Coste anual del servicio</w:t>
            </w:r>
          </w:p>
        </w:tc>
        <w:tc>
          <w:tcPr>
            <w:tcW w:w="153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1179000" w14:textId="77777777" w:rsidR="003D5526" w:rsidRPr="00FE3315" w:rsidRDefault="003D5526" w:rsidP="00743513">
            <w:pPr>
              <w:spacing w:after="0"/>
              <w:jc w:val="center"/>
              <w:rPr>
                <w:szCs w:val="18"/>
              </w:rPr>
            </w:pPr>
            <w:r w:rsidRPr="00FE3315">
              <w:rPr>
                <w:b/>
                <w:color w:val="18482E"/>
                <w:szCs w:val="18"/>
              </w:rPr>
              <w:t>Cobertura estimada</w:t>
            </w:r>
          </w:p>
        </w:tc>
        <w:tc>
          <w:tcPr>
            <w:tcW w:w="187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FFC1262" w14:textId="77777777" w:rsidR="003D5526" w:rsidRPr="00FE3315" w:rsidRDefault="003D5526" w:rsidP="00743513">
            <w:pPr>
              <w:spacing w:after="0"/>
              <w:jc w:val="center"/>
              <w:rPr>
                <w:szCs w:val="18"/>
              </w:rPr>
            </w:pPr>
            <w:r w:rsidRPr="00FE3315">
              <w:rPr>
                <w:b/>
                <w:color w:val="18482E"/>
                <w:szCs w:val="18"/>
              </w:rPr>
              <w:t>Norma / acuerdo</w:t>
            </w:r>
          </w:p>
        </w:tc>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45A3743" w14:textId="77777777" w:rsidR="003D5526" w:rsidRPr="00FE3315" w:rsidRDefault="003D5526" w:rsidP="00743513">
            <w:pPr>
              <w:spacing w:after="0"/>
              <w:jc w:val="center"/>
              <w:rPr>
                <w:szCs w:val="18"/>
              </w:rPr>
            </w:pPr>
            <w:r w:rsidRPr="00FE3315">
              <w:rPr>
                <w:b/>
                <w:color w:val="18482E"/>
                <w:szCs w:val="18"/>
              </w:rPr>
              <w:t>Observaciones</w:t>
            </w:r>
          </w:p>
        </w:tc>
      </w:tr>
      <w:tr w:rsidR="003D5526" w14:paraId="0C541CF0" w14:textId="77777777" w:rsidTr="003D5526">
        <w:trPr>
          <w:cantSplit/>
          <w:trHeight w:val="908"/>
          <w:jc w:val="center"/>
        </w:trPr>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06E8149" w14:textId="77777777" w:rsidR="003D5526" w:rsidRDefault="003D5526" w:rsidP="00743513">
            <w:pPr>
              <w:spacing w:after="0"/>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A62C2C9" w14:textId="77777777" w:rsidR="003D5526" w:rsidRDefault="003D5526" w:rsidP="00743513">
            <w:pPr>
              <w:spacing w:after="0"/>
            </w:pP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9D756C4" w14:textId="77777777" w:rsidR="003D5526" w:rsidRDefault="003D5526" w:rsidP="00743513">
            <w:pPr>
              <w:spacing w:after="0"/>
            </w:pPr>
          </w:p>
        </w:tc>
        <w:tc>
          <w:tcPr>
            <w:tcW w:w="153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5284418" w14:textId="77777777" w:rsidR="003D5526" w:rsidRDefault="003D5526" w:rsidP="00743513">
            <w:pPr>
              <w:spacing w:after="0"/>
            </w:pPr>
          </w:p>
        </w:tc>
        <w:tc>
          <w:tcPr>
            <w:tcW w:w="187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4C90A9D" w14:textId="77777777" w:rsidR="003D5526" w:rsidRDefault="003D5526" w:rsidP="00743513">
            <w:pPr>
              <w:spacing w:after="0"/>
            </w:pP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FA8DDDB" w14:textId="77777777" w:rsidR="003D5526" w:rsidRDefault="003D5526" w:rsidP="00743513">
            <w:pPr>
              <w:spacing w:after="0"/>
            </w:pPr>
          </w:p>
        </w:tc>
      </w:tr>
      <w:tr w:rsidR="003D5526" w14:paraId="6E5F2352" w14:textId="77777777" w:rsidTr="003D5526">
        <w:trPr>
          <w:cantSplit/>
          <w:trHeight w:val="994"/>
          <w:jc w:val="center"/>
        </w:trPr>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1E6D8C4" w14:textId="77777777" w:rsidR="003D5526" w:rsidRDefault="003D5526" w:rsidP="00743513">
            <w:pPr>
              <w:spacing w:after="0"/>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01685CF" w14:textId="77777777" w:rsidR="003D5526" w:rsidRDefault="003D5526" w:rsidP="00743513">
            <w:pPr>
              <w:spacing w:after="0"/>
            </w:pP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B182F4A" w14:textId="77777777" w:rsidR="003D5526" w:rsidRDefault="003D5526" w:rsidP="00743513">
            <w:pPr>
              <w:spacing w:after="0"/>
            </w:pPr>
          </w:p>
        </w:tc>
        <w:tc>
          <w:tcPr>
            <w:tcW w:w="153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9DB0299" w14:textId="77777777" w:rsidR="003D5526" w:rsidRDefault="003D5526" w:rsidP="00743513">
            <w:pPr>
              <w:spacing w:after="0"/>
            </w:pPr>
          </w:p>
        </w:tc>
        <w:tc>
          <w:tcPr>
            <w:tcW w:w="187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1FF83D1" w14:textId="77777777" w:rsidR="003D5526" w:rsidRDefault="003D5526" w:rsidP="00743513">
            <w:pPr>
              <w:spacing w:after="0"/>
            </w:pP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270D9C4" w14:textId="77777777" w:rsidR="003D5526" w:rsidRDefault="003D5526" w:rsidP="00743513">
            <w:pPr>
              <w:spacing w:after="0"/>
            </w:pPr>
          </w:p>
        </w:tc>
      </w:tr>
      <w:tr w:rsidR="003D5526" w14:paraId="7CB6FC6B" w14:textId="77777777" w:rsidTr="003D5526">
        <w:trPr>
          <w:cantSplit/>
          <w:trHeight w:val="900"/>
          <w:jc w:val="center"/>
        </w:trPr>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2DAE903" w14:textId="77777777" w:rsidR="003D5526" w:rsidRDefault="003D5526" w:rsidP="00743513">
            <w:pPr>
              <w:spacing w:after="0"/>
            </w:pPr>
          </w:p>
        </w:tc>
        <w:tc>
          <w:tcPr>
            <w:tcW w:w="147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32A0B68" w14:textId="77777777" w:rsidR="003D5526" w:rsidRDefault="003D5526" w:rsidP="00743513">
            <w:pPr>
              <w:spacing w:after="0"/>
            </w:pP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F045D29" w14:textId="77777777" w:rsidR="003D5526" w:rsidRDefault="003D5526" w:rsidP="00743513">
            <w:pPr>
              <w:spacing w:after="0"/>
            </w:pPr>
          </w:p>
        </w:tc>
        <w:tc>
          <w:tcPr>
            <w:tcW w:w="153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576D992" w14:textId="77777777" w:rsidR="003D5526" w:rsidRDefault="003D5526" w:rsidP="00743513">
            <w:pPr>
              <w:spacing w:after="0"/>
            </w:pPr>
          </w:p>
        </w:tc>
        <w:tc>
          <w:tcPr>
            <w:tcW w:w="187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B856A45" w14:textId="77777777" w:rsidR="003D5526" w:rsidRDefault="003D5526" w:rsidP="00743513">
            <w:pPr>
              <w:spacing w:after="0"/>
            </w:pP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84A7D56" w14:textId="77777777" w:rsidR="003D5526" w:rsidRDefault="003D5526" w:rsidP="00743513">
            <w:pPr>
              <w:spacing w:after="0"/>
            </w:pPr>
          </w:p>
        </w:tc>
      </w:tr>
    </w:tbl>
    <w:p w14:paraId="12FE8D36" w14:textId="77777777" w:rsidR="003D5526" w:rsidRDefault="003D5526" w:rsidP="003D5526">
      <w:pPr>
        <w:spacing w:after="0"/>
      </w:pPr>
    </w:p>
    <w:p w14:paraId="4A7BF94E" w14:textId="77777777" w:rsidR="003D5526" w:rsidRDefault="003D5526" w:rsidP="00F47292">
      <w:pPr>
        <w:keepNext/>
        <w:spacing w:before="100" w:after="60"/>
      </w:pPr>
      <w:r>
        <w:rPr>
          <w:b/>
          <w:color w:val="18482E"/>
          <w:sz w:val="20"/>
        </w:rPr>
        <w:t>Justificación adicional</w:t>
      </w:r>
    </w:p>
    <w:tbl>
      <w:tblPr>
        <w:tblW w:w="0" w:type="auto"/>
        <w:jc w:val="center"/>
        <w:tblLook w:val="04A0" w:firstRow="1" w:lastRow="0" w:firstColumn="1" w:lastColumn="0" w:noHBand="0" w:noVBand="1"/>
      </w:tblPr>
      <w:tblGrid>
        <w:gridCol w:w="10250"/>
      </w:tblGrid>
      <w:tr w:rsidR="003D5526" w:rsidRPr="00497C72" w14:paraId="5E85EB76" w14:textId="77777777" w:rsidTr="005A6ED4">
        <w:trPr>
          <w:trHeight w:val="3265"/>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1117F104" w14:textId="77777777" w:rsidR="003D5526" w:rsidRPr="00497C72" w:rsidRDefault="003D5526" w:rsidP="00743513">
            <w:pPr>
              <w:spacing w:after="0"/>
              <w:rPr>
                <w:lang w:val="es-ES"/>
              </w:rPr>
            </w:pPr>
            <w:r w:rsidRPr="00497C72">
              <w:rPr>
                <w:i/>
                <w:color w:val="7F7F7F"/>
                <w:lang w:val="es-ES"/>
              </w:rPr>
              <w:t>Explique cómo se han calculado los ingresos, qué costes contribuirán a financiar, el porcentaje de cobertura y el destino de los ingresos. Justifique que responden a una finalidad pública y cite la ordenanza, acuerdo o instrumento regulador.</w:t>
            </w:r>
          </w:p>
        </w:tc>
      </w:tr>
    </w:tbl>
    <w:p w14:paraId="52A6F2DF" w14:textId="77777777" w:rsidR="003D5526" w:rsidRDefault="003D5526" w:rsidP="003D5526">
      <w:pPr>
        <w:spacing w:after="0"/>
        <w:rPr>
          <w:lang w:val="es-ES"/>
        </w:rPr>
      </w:pPr>
    </w:p>
    <w:p w14:paraId="05C84D2D" w14:textId="0D9C2DB1" w:rsidR="003D5526" w:rsidRPr="00497C72" w:rsidRDefault="005A6ED4" w:rsidP="003D5526">
      <w:pPr>
        <w:keepNext/>
        <w:pBdr>
          <w:bottom w:val="single" w:sz="8" w:space="2" w:color="18482E"/>
        </w:pBdr>
        <w:spacing w:before="100" w:after="0"/>
        <w:rPr>
          <w:lang w:val="es-ES"/>
        </w:rPr>
      </w:pPr>
      <w:r>
        <w:rPr>
          <w:b/>
          <w:color w:val="18482E"/>
          <w:sz w:val="24"/>
          <w:lang w:val="es-ES"/>
        </w:rPr>
        <w:t>2.</w:t>
      </w:r>
      <w:r w:rsidR="003D5526" w:rsidRPr="00497C72">
        <w:rPr>
          <w:b/>
          <w:color w:val="18482E"/>
          <w:sz w:val="24"/>
          <w:lang w:val="es-ES"/>
        </w:rPr>
        <w:t xml:space="preserve">8. Preparación técnica, disponibilidad, autorizaciones </w:t>
      </w:r>
    </w:p>
    <w:p w14:paraId="70457490" w14:textId="77777777" w:rsidR="003D5526" w:rsidRDefault="003D5526" w:rsidP="003D5526">
      <w:pPr>
        <w:keepNext/>
        <w:spacing w:after="20"/>
        <w:jc w:val="right"/>
      </w:pPr>
      <w:hyperlink w:anchor="ej_preparacion"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p w14:paraId="48DF0D26" w14:textId="77777777" w:rsidR="003D5526" w:rsidRDefault="003D5526" w:rsidP="003D5526">
      <w:pPr>
        <w:keepNext/>
        <w:spacing w:after="20"/>
        <w:jc w:val="right"/>
      </w:pPr>
    </w:p>
    <w:tbl>
      <w:tblPr>
        <w:tblW w:w="0" w:type="auto"/>
        <w:jc w:val="center"/>
        <w:tblLayout w:type="fixed"/>
        <w:tblLook w:val="04A0" w:firstRow="1" w:lastRow="0" w:firstColumn="1" w:lastColumn="0" w:noHBand="0" w:noVBand="1"/>
      </w:tblPr>
      <w:tblGrid>
        <w:gridCol w:w="2969"/>
        <w:gridCol w:w="1843"/>
        <w:gridCol w:w="1701"/>
        <w:gridCol w:w="3579"/>
      </w:tblGrid>
      <w:tr w:rsidR="003D5526" w14:paraId="3A6AC82F" w14:textId="77777777" w:rsidTr="003D5526">
        <w:trPr>
          <w:cantSplit/>
          <w:tblHeader/>
          <w:jc w:val="center"/>
        </w:trPr>
        <w:tc>
          <w:tcPr>
            <w:tcW w:w="2969"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395A183" w14:textId="77777777" w:rsidR="003D5526" w:rsidRDefault="003D5526" w:rsidP="00743513">
            <w:pPr>
              <w:spacing w:after="0"/>
              <w:jc w:val="center"/>
            </w:pPr>
            <w:r>
              <w:rPr>
                <w:b/>
                <w:color w:val="18482E"/>
                <w:sz w:val="17"/>
              </w:rPr>
              <w:t>Documento / condición</w:t>
            </w:r>
          </w:p>
        </w:tc>
        <w:tc>
          <w:tcPr>
            <w:tcW w:w="1843"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E61F955" w14:textId="77777777" w:rsidR="003D5526" w:rsidRDefault="003D5526" w:rsidP="00743513">
            <w:pPr>
              <w:spacing w:after="0"/>
              <w:jc w:val="center"/>
            </w:pPr>
            <w:r>
              <w:rPr>
                <w:b/>
                <w:color w:val="18482E"/>
                <w:sz w:val="17"/>
              </w:rPr>
              <w:t>Estado</w:t>
            </w:r>
          </w:p>
        </w:tc>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FA6E414" w14:textId="77777777" w:rsidR="003D5526" w:rsidRDefault="003D5526" w:rsidP="00743513">
            <w:pPr>
              <w:spacing w:after="0"/>
              <w:jc w:val="center"/>
            </w:pPr>
            <w:r>
              <w:rPr>
                <w:b/>
                <w:color w:val="18482E"/>
                <w:sz w:val="17"/>
              </w:rPr>
              <w:t>Fecha prevista</w:t>
            </w:r>
          </w:p>
        </w:tc>
        <w:tc>
          <w:tcPr>
            <w:tcW w:w="3579"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2088C7EE" w14:textId="77777777" w:rsidR="003D5526" w:rsidRDefault="003D5526" w:rsidP="00743513">
            <w:pPr>
              <w:spacing w:after="0"/>
              <w:jc w:val="center"/>
            </w:pPr>
            <w:r>
              <w:rPr>
                <w:b/>
                <w:color w:val="18482E"/>
                <w:sz w:val="17"/>
              </w:rPr>
              <w:t>Documento o referencia</w:t>
            </w:r>
          </w:p>
        </w:tc>
      </w:tr>
      <w:tr w:rsidR="003D5526" w:rsidRPr="00497C72" w14:paraId="77DD972D" w14:textId="77777777" w:rsidTr="003D5526">
        <w:trPr>
          <w:cantSplit/>
          <w:trHeight w:val="481"/>
          <w:jc w:val="center"/>
        </w:trPr>
        <w:tc>
          <w:tcPr>
            <w:tcW w:w="2969"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2D8E7AEF" w14:textId="77777777" w:rsidR="003D5526" w:rsidRDefault="003D5526" w:rsidP="00743513">
            <w:pPr>
              <w:spacing w:after="0"/>
            </w:pPr>
            <w:r>
              <w:rPr>
                <w:color w:val="18482E"/>
                <w:sz w:val="17"/>
              </w:rPr>
              <w:t>Disponibilidad del bien</w:t>
            </w: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E0EDDB8" w14:textId="77777777" w:rsidR="003D5526" w:rsidRPr="00497C72" w:rsidRDefault="003D5526" w:rsidP="00743513">
            <w:pPr>
              <w:spacing w:after="0"/>
              <w:rPr>
                <w:lang w:val="es-ES"/>
              </w:rPr>
            </w:pPr>
            <w:r w:rsidRPr="00497C72">
              <w:rPr>
                <w:sz w:val="17"/>
                <w:lang w:val="es-ES"/>
              </w:rPr>
              <w:t>Disponible / en trámite / pendiente / no procede</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B5CACD8" w14:textId="77777777" w:rsidR="003D5526" w:rsidRPr="00497C72" w:rsidRDefault="003D5526" w:rsidP="00743513">
            <w:pPr>
              <w:spacing w:after="0"/>
              <w:rPr>
                <w:lang w:val="es-ES"/>
              </w:rPr>
            </w:pPr>
          </w:p>
        </w:tc>
        <w:tc>
          <w:tcPr>
            <w:tcW w:w="357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D5F9B82" w14:textId="77777777" w:rsidR="003D5526" w:rsidRPr="00497C72" w:rsidRDefault="003D5526" w:rsidP="00743513">
            <w:pPr>
              <w:spacing w:after="0"/>
              <w:rPr>
                <w:lang w:val="es-ES"/>
              </w:rPr>
            </w:pPr>
          </w:p>
        </w:tc>
      </w:tr>
      <w:tr w:rsidR="003D5526" w:rsidRPr="00497C72" w14:paraId="507B013D" w14:textId="77777777" w:rsidTr="003D5526">
        <w:trPr>
          <w:cantSplit/>
          <w:trHeight w:val="481"/>
          <w:jc w:val="center"/>
        </w:trPr>
        <w:tc>
          <w:tcPr>
            <w:tcW w:w="2969"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0AFD8818" w14:textId="7739946C" w:rsidR="003D5526" w:rsidRPr="00497C72" w:rsidRDefault="003D5526" w:rsidP="00743513">
            <w:pPr>
              <w:spacing w:after="0"/>
              <w:rPr>
                <w:lang w:val="es-ES"/>
              </w:rPr>
            </w:pPr>
            <w:r w:rsidRPr="00497C72">
              <w:rPr>
                <w:color w:val="18482E"/>
                <w:sz w:val="17"/>
                <w:lang w:val="es-ES"/>
              </w:rPr>
              <w:t>Memoria técnica valorada o proyecto</w:t>
            </w:r>
            <w:r>
              <w:rPr>
                <w:color w:val="18482E"/>
                <w:sz w:val="17"/>
                <w:lang w:val="es-ES"/>
              </w:rPr>
              <w:t xml:space="preserve"> tecnico de ejecución</w:t>
            </w: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B5AC62E" w14:textId="77777777" w:rsidR="003D5526" w:rsidRPr="00497C72" w:rsidRDefault="003D5526" w:rsidP="00743513">
            <w:pPr>
              <w:spacing w:after="0"/>
              <w:rPr>
                <w:lang w:val="es-ES"/>
              </w:rPr>
            </w:pPr>
            <w:r w:rsidRPr="00497C72">
              <w:rPr>
                <w:sz w:val="17"/>
                <w:lang w:val="es-ES"/>
              </w:rPr>
              <w:t>Disponible / en redacción / no procede</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47194CD" w14:textId="77777777" w:rsidR="003D5526" w:rsidRPr="00497C72" w:rsidRDefault="003D5526" w:rsidP="00743513">
            <w:pPr>
              <w:spacing w:after="0"/>
              <w:rPr>
                <w:lang w:val="es-ES"/>
              </w:rPr>
            </w:pPr>
          </w:p>
        </w:tc>
        <w:tc>
          <w:tcPr>
            <w:tcW w:w="357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46637E4" w14:textId="77777777" w:rsidR="003D5526" w:rsidRPr="00497C72" w:rsidRDefault="003D5526" w:rsidP="00743513">
            <w:pPr>
              <w:spacing w:after="0"/>
              <w:rPr>
                <w:lang w:val="es-ES"/>
              </w:rPr>
            </w:pPr>
          </w:p>
        </w:tc>
      </w:tr>
      <w:tr w:rsidR="003D5526" w:rsidRPr="00497C72" w14:paraId="549C9738" w14:textId="77777777" w:rsidTr="003D5526">
        <w:trPr>
          <w:cantSplit/>
          <w:trHeight w:val="481"/>
          <w:jc w:val="center"/>
        </w:trPr>
        <w:tc>
          <w:tcPr>
            <w:tcW w:w="2969"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19EB7214" w14:textId="77777777" w:rsidR="003D5526" w:rsidRDefault="003D5526" w:rsidP="00743513">
            <w:pPr>
              <w:spacing w:after="0"/>
            </w:pPr>
            <w:r>
              <w:rPr>
                <w:color w:val="18482E"/>
                <w:sz w:val="17"/>
              </w:rPr>
              <w:t>Compatibilidad urbanística / licencia</w:t>
            </w: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88438D6" w14:textId="77777777" w:rsidR="003D5526" w:rsidRPr="00497C72" w:rsidRDefault="003D5526" w:rsidP="00743513">
            <w:pPr>
              <w:spacing w:after="0"/>
              <w:rPr>
                <w:lang w:val="es-ES"/>
              </w:rPr>
            </w:pPr>
            <w:r w:rsidRPr="00497C72">
              <w:rPr>
                <w:sz w:val="17"/>
                <w:lang w:val="es-ES"/>
              </w:rPr>
              <w:t>Obtenida / en trámite / pendiente / no procede</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3856634" w14:textId="77777777" w:rsidR="003D5526" w:rsidRPr="00497C72" w:rsidRDefault="003D5526" w:rsidP="00743513">
            <w:pPr>
              <w:spacing w:after="0"/>
              <w:rPr>
                <w:lang w:val="es-ES"/>
              </w:rPr>
            </w:pPr>
          </w:p>
        </w:tc>
        <w:tc>
          <w:tcPr>
            <w:tcW w:w="357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FAE8121" w14:textId="77777777" w:rsidR="003D5526" w:rsidRPr="00497C72" w:rsidRDefault="003D5526" w:rsidP="00743513">
            <w:pPr>
              <w:spacing w:after="0"/>
              <w:rPr>
                <w:lang w:val="es-ES"/>
              </w:rPr>
            </w:pPr>
          </w:p>
        </w:tc>
      </w:tr>
      <w:tr w:rsidR="003D5526" w:rsidRPr="00497C72" w14:paraId="5C988641" w14:textId="77777777" w:rsidTr="003D5526">
        <w:trPr>
          <w:cantSplit/>
          <w:trHeight w:val="481"/>
          <w:jc w:val="center"/>
        </w:trPr>
        <w:tc>
          <w:tcPr>
            <w:tcW w:w="2969"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16621D15" w14:textId="77777777" w:rsidR="003D5526" w:rsidRDefault="003D5526" w:rsidP="00743513">
            <w:pPr>
              <w:spacing w:after="0"/>
            </w:pPr>
            <w:r>
              <w:rPr>
                <w:color w:val="18482E"/>
                <w:sz w:val="17"/>
              </w:rPr>
              <w:t>Autorización sectorial o patrimonial</w:t>
            </w: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D026B05" w14:textId="77777777" w:rsidR="003D5526" w:rsidRPr="00497C72" w:rsidRDefault="003D5526" w:rsidP="00743513">
            <w:pPr>
              <w:spacing w:after="0"/>
              <w:rPr>
                <w:lang w:val="es-ES"/>
              </w:rPr>
            </w:pPr>
            <w:r w:rsidRPr="00497C72">
              <w:rPr>
                <w:sz w:val="17"/>
                <w:lang w:val="es-ES"/>
              </w:rPr>
              <w:t>Obtenida / en trámite / pendiente / no procede</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0D08817" w14:textId="77777777" w:rsidR="003D5526" w:rsidRPr="00497C72" w:rsidRDefault="003D5526" w:rsidP="00743513">
            <w:pPr>
              <w:spacing w:after="0"/>
              <w:rPr>
                <w:lang w:val="es-ES"/>
              </w:rPr>
            </w:pPr>
          </w:p>
        </w:tc>
        <w:tc>
          <w:tcPr>
            <w:tcW w:w="357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B01BC11" w14:textId="77777777" w:rsidR="003D5526" w:rsidRPr="00497C72" w:rsidRDefault="003D5526" w:rsidP="00743513">
            <w:pPr>
              <w:spacing w:after="0"/>
              <w:rPr>
                <w:lang w:val="es-ES"/>
              </w:rPr>
            </w:pPr>
          </w:p>
        </w:tc>
      </w:tr>
      <w:tr w:rsidR="003D5526" w:rsidRPr="00497C72" w14:paraId="12E31159" w14:textId="77777777" w:rsidTr="003D5526">
        <w:trPr>
          <w:cantSplit/>
          <w:trHeight w:val="481"/>
          <w:jc w:val="center"/>
        </w:trPr>
        <w:tc>
          <w:tcPr>
            <w:tcW w:w="2969"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626360A6" w14:textId="77777777" w:rsidR="003D5526" w:rsidRDefault="003D5526" w:rsidP="00743513">
            <w:pPr>
              <w:spacing w:after="0"/>
            </w:pPr>
            <w:r>
              <w:rPr>
                <w:color w:val="18482E"/>
                <w:sz w:val="17"/>
              </w:rPr>
              <w:t>Legalización / registro / apertura</w:t>
            </w:r>
          </w:p>
        </w:tc>
        <w:tc>
          <w:tcPr>
            <w:tcW w:w="1843"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97FB5DF" w14:textId="77777777" w:rsidR="003D5526" w:rsidRPr="00497C72" w:rsidRDefault="003D5526" w:rsidP="00743513">
            <w:pPr>
              <w:spacing w:after="0"/>
              <w:rPr>
                <w:lang w:val="es-ES"/>
              </w:rPr>
            </w:pPr>
            <w:r w:rsidRPr="00497C72">
              <w:rPr>
                <w:sz w:val="17"/>
                <w:lang w:val="es-ES"/>
              </w:rPr>
              <w:t>Obtenida / en trámite / pendiente / no procede</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370DF43" w14:textId="77777777" w:rsidR="003D5526" w:rsidRPr="00497C72" w:rsidRDefault="003D5526" w:rsidP="00743513">
            <w:pPr>
              <w:spacing w:after="0"/>
              <w:rPr>
                <w:lang w:val="es-ES"/>
              </w:rPr>
            </w:pPr>
          </w:p>
        </w:tc>
        <w:tc>
          <w:tcPr>
            <w:tcW w:w="357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31F079" w14:textId="77777777" w:rsidR="003D5526" w:rsidRPr="00497C72" w:rsidRDefault="003D5526" w:rsidP="00743513">
            <w:pPr>
              <w:spacing w:after="0"/>
              <w:rPr>
                <w:lang w:val="es-ES"/>
              </w:rPr>
            </w:pPr>
          </w:p>
        </w:tc>
      </w:tr>
    </w:tbl>
    <w:p w14:paraId="2C1D506F" w14:textId="77777777" w:rsidR="003D5526" w:rsidRPr="00497C72" w:rsidRDefault="003D5526" w:rsidP="003D5526">
      <w:pPr>
        <w:spacing w:after="0"/>
        <w:rPr>
          <w:lang w:val="es-ES"/>
        </w:rPr>
      </w:pPr>
    </w:p>
    <w:p w14:paraId="7BA388A3" w14:textId="77777777" w:rsidR="003D5526" w:rsidRPr="00497C72" w:rsidRDefault="003D5526" w:rsidP="003D5526">
      <w:pPr>
        <w:spacing w:after="0"/>
        <w:rPr>
          <w:lang w:val="es-ES"/>
        </w:rPr>
      </w:pPr>
    </w:p>
    <w:p w14:paraId="1F3D8289" w14:textId="77777777" w:rsidR="003D5526" w:rsidRPr="00497C72" w:rsidRDefault="003D5526" w:rsidP="003D5526">
      <w:pPr>
        <w:spacing w:after="0"/>
        <w:rPr>
          <w:lang w:val="es-ES"/>
        </w:rPr>
      </w:pPr>
    </w:p>
    <w:p w14:paraId="15C5977E" w14:textId="77777777" w:rsidR="003D5526" w:rsidRPr="00497C72" w:rsidRDefault="003D5526" w:rsidP="003D5526">
      <w:pPr>
        <w:rPr>
          <w:lang w:val="es-ES"/>
        </w:rPr>
      </w:pPr>
      <w:r w:rsidRPr="00497C72">
        <w:rPr>
          <w:lang w:val="es-ES"/>
        </w:rPr>
        <w:br w:type="page"/>
      </w:r>
    </w:p>
    <w:p w14:paraId="5F592C5D" w14:textId="77777777" w:rsidR="00DB2DC9" w:rsidRPr="003D5526" w:rsidRDefault="00A3308C" w:rsidP="005A6ED4">
      <w:pPr>
        <w:keepNext/>
        <w:pBdr>
          <w:bottom w:val="single" w:sz="8" w:space="2" w:color="18482E"/>
        </w:pBdr>
        <w:spacing w:before="100" w:after="0"/>
        <w:rPr>
          <w:lang w:val="es-ES"/>
        </w:rPr>
      </w:pPr>
      <w:bookmarkStart w:id="9" w:name="ap_ej_preparacion_69892"/>
      <w:r w:rsidRPr="003D5526">
        <w:rPr>
          <w:b/>
          <w:color w:val="18482E"/>
          <w:sz w:val="24"/>
          <w:lang w:val="es-ES"/>
        </w:rPr>
        <w:lastRenderedPageBreak/>
        <w:t>2</w:t>
      </w:r>
      <w:r w:rsidRPr="003D5526">
        <w:rPr>
          <w:b/>
          <w:color w:val="18482E"/>
          <w:sz w:val="24"/>
          <w:lang w:val="es-ES"/>
        </w:rPr>
        <w:t>.9. Sostenibilidad y mantenimiento</w:t>
      </w:r>
      <w:bookmarkEnd w:id="9"/>
    </w:p>
    <w:p w14:paraId="7B07CB04" w14:textId="77777777" w:rsidR="00DB2DC9" w:rsidRPr="003D5526" w:rsidRDefault="00A3308C">
      <w:pPr>
        <w:keepNext/>
        <w:spacing w:after="20"/>
        <w:jc w:val="right"/>
        <w:rPr>
          <w:lang w:val="es-ES"/>
        </w:rPr>
      </w:pPr>
      <w:hyperlink w:anchor="ej_preparacion" w:history="1">
        <w:r w:rsidRPr="003D5526">
          <w:rPr>
            <w:b/>
            <w:color w:val="18482E"/>
            <w:sz w:val="15"/>
            <w:bdr w:val="single" w:sz="6" w:space="2" w:color="8BA99A"/>
            <w:shd w:val="clear" w:color="auto" w:fill="EAF3EC"/>
            <w:lang w:val="es-ES"/>
          </w:rPr>
          <w:t xml:space="preserve">  VER ORIENTACIÓN Y EJEMPLO  </w:t>
        </w:r>
      </w:hyperlink>
    </w:p>
    <w:p w14:paraId="06CC6D49" w14:textId="77777777" w:rsidR="005A6ED4" w:rsidRDefault="005A6ED4"/>
    <w:tbl>
      <w:tblPr>
        <w:tblW w:w="0" w:type="auto"/>
        <w:jc w:val="center"/>
        <w:tblLayout w:type="fixed"/>
        <w:tblLook w:val="04A0" w:firstRow="1" w:lastRow="0" w:firstColumn="1" w:lastColumn="0" w:noHBand="0" w:noVBand="1"/>
      </w:tblPr>
      <w:tblGrid>
        <w:gridCol w:w="3288"/>
        <w:gridCol w:w="6746"/>
      </w:tblGrid>
      <w:tr w:rsidR="00DB2DC9" w:rsidRPr="00497C72" w14:paraId="20156625" w14:textId="77777777">
        <w:trPr>
          <w:cantSplit/>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7504537C" w14:textId="77777777" w:rsidR="00DB2DC9" w:rsidRPr="00497C72" w:rsidRDefault="00A3308C">
            <w:pPr>
              <w:spacing w:after="0"/>
              <w:rPr>
                <w:lang w:val="es-ES"/>
              </w:rPr>
            </w:pPr>
            <w:r w:rsidRPr="00497C72">
              <w:rPr>
                <w:color w:val="18482E"/>
                <w:sz w:val="17"/>
                <w:lang w:val="es-ES"/>
              </w:rPr>
              <w:t>Responsable del mantenimiento y funcionamiento</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42039FC7" w14:textId="77777777" w:rsidR="00DB2DC9" w:rsidRPr="00497C72" w:rsidRDefault="00A3308C">
            <w:pPr>
              <w:spacing w:after="0"/>
              <w:rPr>
                <w:lang w:val="es-ES"/>
              </w:rPr>
            </w:pPr>
            <w:r w:rsidRPr="00497C72">
              <w:rPr>
                <w:i/>
                <w:color w:val="7F7F7F"/>
                <w:sz w:val="17"/>
                <w:lang w:val="es-ES"/>
              </w:rPr>
              <w:t>Unidad, servicio o entidad responsable.</w:t>
            </w:r>
          </w:p>
        </w:tc>
      </w:tr>
      <w:tr w:rsidR="00DB2DC9" w:rsidRPr="00497C72" w14:paraId="5AAB5F01" w14:textId="77777777">
        <w:trPr>
          <w:cantSplit/>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FFC4C8A" w14:textId="6962E8F6" w:rsidR="00DB2DC9" w:rsidRPr="00427B2B" w:rsidRDefault="00A3308C">
            <w:pPr>
              <w:spacing w:after="0"/>
              <w:rPr>
                <w:lang w:val="es-ES"/>
              </w:rPr>
            </w:pPr>
            <w:r w:rsidRPr="00427B2B">
              <w:rPr>
                <w:color w:val="18482E"/>
                <w:sz w:val="17"/>
                <w:lang w:val="es-ES"/>
              </w:rPr>
              <w:t>Coste anual estimado</w:t>
            </w:r>
            <w:r w:rsidR="00427B2B" w:rsidRPr="00427B2B">
              <w:rPr>
                <w:iCs/>
                <w:color w:val="7F7F7F"/>
                <w:sz w:val="17"/>
                <w:lang w:val="es-ES"/>
              </w:rPr>
              <w:t xml:space="preserve"> </w:t>
            </w:r>
            <w:r w:rsidR="00427B2B">
              <w:rPr>
                <w:color w:val="18482E"/>
                <w:sz w:val="17"/>
                <w:lang w:val="es-ES"/>
              </w:rPr>
              <w:t>(p</w:t>
            </w:r>
            <w:r w:rsidR="00427B2B" w:rsidRPr="00427B2B">
              <w:rPr>
                <w:color w:val="18482E"/>
                <w:sz w:val="17"/>
                <w:lang w:val="es-ES"/>
              </w:rPr>
              <w:t>ersonal, suministros, conservación y actividades</w:t>
            </w:r>
            <w:r w:rsidR="00427B2B">
              <w:rPr>
                <w:color w:val="18482E"/>
                <w:sz w:val="17"/>
                <w:lang w:val="es-ES"/>
              </w:rPr>
              <w:t>)</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3D1145B1" w14:textId="4B5B3725" w:rsidR="00DB2DC9" w:rsidRPr="00497C72" w:rsidRDefault="00A3308C">
            <w:pPr>
              <w:spacing w:after="0"/>
              <w:rPr>
                <w:lang w:val="es-ES"/>
              </w:rPr>
            </w:pPr>
            <w:r w:rsidRPr="00497C72">
              <w:rPr>
                <w:i/>
                <w:color w:val="7F7F7F"/>
                <w:sz w:val="17"/>
                <w:lang w:val="es-ES"/>
              </w:rPr>
              <w:t>__________ €.</w:t>
            </w:r>
          </w:p>
        </w:tc>
      </w:tr>
      <w:tr w:rsidR="00DB2DC9" w:rsidRPr="00497C72" w14:paraId="5E72C04F" w14:textId="77777777" w:rsidTr="00427B2B">
        <w:trPr>
          <w:cantSplit/>
          <w:trHeight w:val="1179"/>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7B68A30B" w14:textId="77777777" w:rsidR="00DB2DC9" w:rsidRDefault="00A3308C">
            <w:pPr>
              <w:spacing w:after="0"/>
            </w:pPr>
            <w:r>
              <w:rPr>
                <w:color w:val="18482E"/>
                <w:sz w:val="17"/>
              </w:rPr>
              <w:t>Compromiso de continuidad</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843DC99" w14:textId="77777777" w:rsidR="00DB2DC9" w:rsidRPr="00497C72" w:rsidRDefault="00A3308C">
            <w:pPr>
              <w:spacing w:after="0"/>
              <w:rPr>
                <w:lang w:val="es-ES"/>
              </w:rPr>
            </w:pPr>
            <w:r w:rsidRPr="00497C72">
              <w:rPr>
                <w:i/>
                <w:color w:val="7F7F7F"/>
                <w:sz w:val="17"/>
                <w:lang w:val="es-ES"/>
              </w:rPr>
              <w:t>Explique cómo se mantendrá el uso aprobado y el funcionamiento durante, al menos, tres años desde el pago final; responsable, personal, tareas, programación y recursos.</w:t>
            </w:r>
          </w:p>
        </w:tc>
      </w:tr>
      <w:tr w:rsidR="00DB2DC9" w:rsidRPr="00497C72" w14:paraId="622769A0" w14:textId="77777777" w:rsidTr="00427B2B">
        <w:trPr>
          <w:cantSplit/>
          <w:trHeight w:val="1085"/>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734871BC" w14:textId="77777777" w:rsidR="00DB2DC9" w:rsidRDefault="00A3308C">
            <w:pPr>
              <w:spacing w:after="0"/>
            </w:pPr>
            <w:r>
              <w:rPr>
                <w:color w:val="18482E"/>
                <w:sz w:val="17"/>
              </w:rPr>
              <w:t>Financiación prevista</w:t>
            </w:r>
          </w:p>
        </w:tc>
        <w:tc>
          <w:tcPr>
            <w:tcW w:w="6746"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3D402DBC" w14:textId="77777777" w:rsidR="00DB2DC9" w:rsidRPr="00497C72" w:rsidRDefault="00A3308C">
            <w:pPr>
              <w:spacing w:after="0"/>
              <w:rPr>
                <w:lang w:val="es-ES"/>
              </w:rPr>
            </w:pPr>
            <w:r w:rsidRPr="00497C72">
              <w:rPr>
                <w:i/>
                <w:color w:val="7F7F7F"/>
                <w:sz w:val="17"/>
                <w:lang w:val="es-ES"/>
              </w:rPr>
              <w:t>Aplicación presupuestaria, recursos propios, tasas o precios públicos, convenios, aportaciones u otros ingresos; importe anual y cobertura de déficits.</w:t>
            </w:r>
          </w:p>
        </w:tc>
      </w:tr>
    </w:tbl>
    <w:p w14:paraId="1D0C0149" w14:textId="77777777" w:rsidR="00DB2DC9" w:rsidRPr="00497C72" w:rsidRDefault="00DB2DC9">
      <w:pPr>
        <w:spacing w:after="0"/>
        <w:rPr>
          <w:lang w:val="es-ES"/>
        </w:rPr>
      </w:pPr>
    </w:p>
    <w:p w14:paraId="7099FF0B" w14:textId="77777777" w:rsidR="00DB2DC9" w:rsidRPr="005A6ED4" w:rsidRDefault="00A3308C" w:rsidP="005A6ED4">
      <w:pPr>
        <w:keepNext/>
        <w:pBdr>
          <w:bottom w:val="single" w:sz="8" w:space="2" w:color="18482E"/>
        </w:pBdr>
        <w:spacing w:before="100" w:after="0"/>
        <w:rPr>
          <w:b/>
          <w:color w:val="18482E"/>
          <w:sz w:val="24"/>
          <w:lang w:val="es-ES"/>
        </w:rPr>
      </w:pPr>
      <w:bookmarkStart w:id="10" w:name="ap_ej_preparacion_4027"/>
      <w:r w:rsidRPr="005A6ED4">
        <w:rPr>
          <w:b/>
          <w:color w:val="18482E"/>
          <w:sz w:val="24"/>
          <w:lang w:val="es-ES"/>
        </w:rPr>
        <w:t>2.10. Información y publicidad</w:t>
      </w:r>
      <w:bookmarkEnd w:id="10"/>
    </w:p>
    <w:p w14:paraId="5EDA4BAB" w14:textId="77777777" w:rsidR="00DB2DC9" w:rsidRPr="005A6ED4" w:rsidRDefault="00A3308C">
      <w:pPr>
        <w:keepNext/>
        <w:spacing w:after="20"/>
        <w:jc w:val="right"/>
        <w:rPr>
          <w:lang w:val="es-ES"/>
        </w:rPr>
      </w:pPr>
      <w:hyperlink w:anchor="ej_preparacion" w:history="1">
        <w:r w:rsidRPr="005A6ED4">
          <w:rPr>
            <w:b/>
            <w:color w:val="18482E"/>
            <w:sz w:val="15"/>
            <w:bdr w:val="single" w:sz="6" w:space="2" w:color="8BA99A"/>
            <w:shd w:val="clear" w:color="auto" w:fill="EAF3EC"/>
            <w:lang w:val="es-ES"/>
          </w:rPr>
          <w:t xml:space="preserve">  VER ORIENTACIÓN Y EJEMPLO  </w:t>
        </w:r>
      </w:hyperlink>
    </w:p>
    <w:p w14:paraId="21DC7A21" w14:textId="77777777" w:rsidR="005A6ED4" w:rsidRPr="005A6ED4" w:rsidRDefault="005A6ED4">
      <w:pPr>
        <w:rPr>
          <w:lang w:val="es-ES"/>
        </w:rPr>
      </w:pPr>
    </w:p>
    <w:tbl>
      <w:tblPr>
        <w:tblW w:w="0" w:type="auto"/>
        <w:jc w:val="center"/>
        <w:tblLook w:val="04A0" w:firstRow="1" w:lastRow="0" w:firstColumn="1" w:lastColumn="0" w:noHBand="0" w:noVBand="1"/>
      </w:tblPr>
      <w:tblGrid>
        <w:gridCol w:w="394"/>
        <w:gridCol w:w="9852"/>
      </w:tblGrid>
      <w:tr w:rsidR="00DB2DC9" w:rsidRPr="00497C72" w14:paraId="4A63534F" w14:textId="77777777" w:rsidTr="005A6ED4">
        <w:trPr>
          <w:tblHeader/>
          <w:jc w:val="center"/>
        </w:trPr>
        <w:tc>
          <w:tcPr>
            <w:tcW w:w="10246" w:type="dxa"/>
            <w:gridSpan w:val="2"/>
            <w:tcBorders>
              <w:top w:val="single" w:sz="6" w:space="0" w:color="9CB9A6"/>
              <w:left w:val="single" w:sz="6" w:space="0" w:color="9CB9A6"/>
              <w:bottom w:val="single" w:sz="6" w:space="0" w:color="9CB9A6"/>
              <w:right w:val="single" w:sz="6" w:space="0" w:color="9CB9A6"/>
            </w:tcBorders>
            <w:shd w:val="clear" w:color="auto" w:fill="EAF3EC"/>
          </w:tcPr>
          <w:p w14:paraId="7795D6EE" w14:textId="77777777" w:rsidR="00DB2DC9" w:rsidRPr="00497C72" w:rsidRDefault="00A3308C">
            <w:pPr>
              <w:spacing w:after="0"/>
              <w:jc w:val="center"/>
              <w:rPr>
                <w:lang w:val="es-ES"/>
              </w:rPr>
            </w:pPr>
            <w:r w:rsidRPr="00497C72">
              <w:rPr>
                <w:b/>
                <w:color w:val="18482E"/>
                <w:sz w:val="19"/>
                <w:lang w:val="es-ES"/>
              </w:rPr>
              <w:t>Actuaciones previstas de información y publicidad</w:t>
            </w:r>
          </w:p>
        </w:tc>
      </w:tr>
      <w:tr w:rsidR="005A6ED4" w:rsidRPr="00497C72" w14:paraId="469F1941" w14:textId="2F509760" w:rsidTr="005A6ED4">
        <w:trPr>
          <w:jc w:val="center"/>
        </w:trPr>
        <w:sdt>
          <w:sdtPr>
            <w:rPr>
              <w:lang w:val="es-ES"/>
            </w:rPr>
            <w:id w:val="-126702274"/>
            <w14:checkbox>
              <w14:checked w14:val="0"/>
              <w14:checkedState w14:val="2612" w14:font="MS Gothic"/>
              <w14:uncheckedState w14:val="2610" w14:font="MS Gothic"/>
            </w14:checkbox>
          </w:sdtPr>
          <w:sdtContent>
            <w:tc>
              <w:tcPr>
                <w:tcW w:w="394"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5F7FD870" w14:textId="7B4268CD" w:rsidR="005A6ED4" w:rsidRPr="00497C72" w:rsidRDefault="005A6ED4" w:rsidP="005A6ED4">
                <w:pPr>
                  <w:spacing w:after="0"/>
                  <w:rPr>
                    <w:lang w:val="es-ES"/>
                  </w:rPr>
                </w:pPr>
                <w:r>
                  <w:rPr>
                    <w:rFonts w:ascii="MS Gothic" w:eastAsia="MS Gothic" w:hAnsi="MS Gothic" w:hint="eastAsia"/>
                    <w:lang w:val="es-ES"/>
                  </w:rPr>
                  <w:t>☐</w:t>
                </w:r>
              </w:p>
            </w:tc>
          </w:sdtContent>
        </w:sdt>
        <w:tc>
          <w:tcPr>
            <w:tcW w:w="9852" w:type="dxa"/>
            <w:tcBorders>
              <w:top w:val="single" w:sz="4" w:space="0" w:color="auto"/>
              <w:left w:val="single" w:sz="6" w:space="0" w:color="9CB9A6"/>
              <w:bottom w:val="single" w:sz="6" w:space="0" w:color="9CB9A6"/>
              <w:right w:val="single" w:sz="6" w:space="0" w:color="9CB9A6"/>
            </w:tcBorders>
          </w:tcPr>
          <w:p w14:paraId="41CC10D2" w14:textId="0C55CA5D" w:rsidR="005A6ED4" w:rsidRPr="00497C72" w:rsidRDefault="005A6ED4" w:rsidP="005A6ED4">
            <w:pPr>
              <w:spacing w:after="0"/>
              <w:rPr>
                <w:lang w:val="es-ES"/>
              </w:rPr>
            </w:pPr>
            <w:r w:rsidRPr="00497C72">
              <w:rPr>
                <w:color w:val="000000"/>
                <w:lang w:val="es-ES"/>
              </w:rPr>
              <w:t>La cofinanciación se incorporará desde el inicio a la documentación administrativa y contractual y a los materiales dirigidos al público.</w:t>
            </w:r>
          </w:p>
        </w:tc>
      </w:tr>
      <w:tr w:rsidR="005A6ED4" w:rsidRPr="00497C72" w14:paraId="5A6203BA" w14:textId="1D0E3CAC" w:rsidTr="005A6ED4">
        <w:trPr>
          <w:jc w:val="center"/>
        </w:trPr>
        <w:sdt>
          <w:sdtPr>
            <w:rPr>
              <w:lang w:val="es-ES"/>
            </w:rPr>
            <w:id w:val="2069291428"/>
            <w14:checkbox>
              <w14:checked w14:val="0"/>
              <w14:checkedState w14:val="2612" w14:font="MS Gothic"/>
              <w14:uncheckedState w14:val="2610" w14:font="MS Gothic"/>
            </w14:checkbox>
          </w:sdtPr>
          <w:sdtContent>
            <w:tc>
              <w:tcPr>
                <w:tcW w:w="394"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6098A0E9" w14:textId="663F0505" w:rsidR="005A6ED4" w:rsidRPr="00497C72" w:rsidRDefault="005A6ED4" w:rsidP="005A6ED4">
                <w:pPr>
                  <w:spacing w:after="0"/>
                  <w:rPr>
                    <w:lang w:val="es-ES"/>
                  </w:rPr>
                </w:pPr>
                <w:r>
                  <w:rPr>
                    <w:rFonts w:ascii="MS Gothic" w:eastAsia="MS Gothic" w:hAnsi="MS Gothic" w:hint="eastAsia"/>
                    <w:lang w:val="es-ES"/>
                  </w:rPr>
                  <w:t>☐</w:t>
                </w:r>
              </w:p>
            </w:tc>
          </w:sdtContent>
        </w:sdt>
        <w:tc>
          <w:tcPr>
            <w:tcW w:w="9852" w:type="dxa"/>
            <w:tcBorders>
              <w:top w:val="single" w:sz="6" w:space="0" w:color="9CB9A6"/>
              <w:left w:val="single" w:sz="6" w:space="0" w:color="9CB9A6"/>
              <w:bottom w:val="single" w:sz="6" w:space="0" w:color="9CB9A6"/>
              <w:right w:val="single" w:sz="6" w:space="0" w:color="9CB9A6"/>
            </w:tcBorders>
          </w:tcPr>
          <w:p w14:paraId="463A5851" w14:textId="5240FE5E" w:rsidR="005A6ED4" w:rsidRPr="00497C72" w:rsidRDefault="005A6ED4" w:rsidP="005A6ED4">
            <w:pPr>
              <w:spacing w:after="0"/>
              <w:rPr>
                <w:lang w:val="es-ES"/>
              </w:rPr>
            </w:pPr>
            <w:r w:rsidRPr="00497C72">
              <w:rPr>
                <w:color w:val="000000"/>
                <w:lang w:val="es-ES"/>
              </w:rPr>
              <w:t>Se publicará una descripción de la operación, objetivos, resultados y financiación en la web oficial y/o redes sociales de la entidad.</w:t>
            </w:r>
          </w:p>
        </w:tc>
      </w:tr>
      <w:tr w:rsidR="005A6ED4" w:rsidRPr="00497C72" w14:paraId="1796FAA4" w14:textId="6B129360" w:rsidTr="005A6ED4">
        <w:trPr>
          <w:jc w:val="center"/>
        </w:trPr>
        <w:sdt>
          <w:sdtPr>
            <w:rPr>
              <w:lang w:val="es-ES"/>
            </w:rPr>
            <w:id w:val="1246150417"/>
            <w14:checkbox>
              <w14:checked w14:val="0"/>
              <w14:checkedState w14:val="2612" w14:font="MS Gothic"/>
              <w14:uncheckedState w14:val="2610" w14:font="MS Gothic"/>
            </w14:checkbox>
          </w:sdtPr>
          <w:sdtContent>
            <w:tc>
              <w:tcPr>
                <w:tcW w:w="394"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D35E4C9" w14:textId="23445C57" w:rsidR="005A6ED4" w:rsidRPr="00497C72" w:rsidRDefault="005A6ED4" w:rsidP="005A6ED4">
                <w:pPr>
                  <w:spacing w:after="0"/>
                  <w:rPr>
                    <w:lang w:val="es-ES"/>
                  </w:rPr>
                </w:pPr>
                <w:r>
                  <w:rPr>
                    <w:rFonts w:ascii="MS Gothic" w:eastAsia="MS Gothic" w:hAnsi="MS Gothic" w:hint="eastAsia"/>
                    <w:lang w:val="es-ES"/>
                  </w:rPr>
                  <w:t>☐</w:t>
                </w:r>
              </w:p>
            </w:tc>
          </w:sdtContent>
        </w:sdt>
        <w:tc>
          <w:tcPr>
            <w:tcW w:w="9852" w:type="dxa"/>
            <w:tcBorders>
              <w:top w:val="single" w:sz="6" w:space="0" w:color="9CB9A6"/>
              <w:left w:val="single" w:sz="6" w:space="0" w:color="9CB9A6"/>
              <w:bottom w:val="single" w:sz="6" w:space="0" w:color="9CB9A6"/>
              <w:right w:val="single" w:sz="6" w:space="0" w:color="9CB9A6"/>
            </w:tcBorders>
          </w:tcPr>
          <w:p w14:paraId="42ACA896" w14:textId="226B38E9" w:rsidR="005A6ED4" w:rsidRPr="00497C72" w:rsidRDefault="005A6ED4" w:rsidP="005A6ED4">
            <w:pPr>
              <w:spacing w:after="0"/>
              <w:rPr>
                <w:lang w:val="es-ES"/>
              </w:rPr>
            </w:pPr>
            <w:r w:rsidRPr="00497C72">
              <w:rPr>
                <w:color w:val="000000"/>
                <w:lang w:val="es-ES"/>
              </w:rPr>
              <w:t>Se colocará en la sede de la entidad una placa explicativa o pantalla electrónica equivalente, tamaño mínimo A3, según el modelo facilitado por el GAL.</w:t>
            </w:r>
          </w:p>
        </w:tc>
      </w:tr>
      <w:tr w:rsidR="005A6ED4" w:rsidRPr="00497C72" w14:paraId="06B24C8C" w14:textId="2C935305" w:rsidTr="005A6ED4">
        <w:trPr>
          <w:jc w:val="center"/>
        </w:trPr>
        <w:sdt>
          <w:sdtPr>
            <w:rPr>
              <w:lang w:val="es-ES"/>
            </w:rPr>
            <w:id w:val="1174845180"/>
            <w14:checkbox>
              <w14:checked w14:val="0"/>
              <w14:checkedState w14:val="2612" w14:font="MS Gothic"/>
              <w14:uncheckedState w14:val="2610" w14:font="MS Gothic"/>
            </w14:checkbox>
          </w:sdtPr>
          <w:sdtContent>
            <w:tc>
              <w:tcPr>
                <w:tcW w:w="394"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161A36BA" w14:textId="26F51F39" w:rsidR="005A6ED4" w:rsidRPr="00497C72" w:rsidRDefault="005A6ED4" w:rsidP="005A6ED4">
                <w:pPr>
                  <w:spacing w:after="0"/>
                  <w:rPr>
                    <w:lang w:val="es-ES"/>
                  </w:rPr>
                </w:pPr>
                <w:r>
                  <w:rPr>
                    <w:rFonts w:ascii="MS Gothic" w:eastAsia="MS Gothic" w:hAnsi="MS Gothic" w:hint="eastAsia"/>
                    <w:lang w:val="es-ES"/>
                  </w:rPr>
                  <w:t>☐</w:t>
                </w:r>
              </w:p>
            </w:tc>
          </w:sdtContent>
        </w:sdt>
        <w:tc>
          <w:tcPr>
            <w:tcW w:w="9852" w:type="dxa"/>
            <w:tcBorders>
              <w:top w:val="single" w:sz="6" w:space="0" w:color="9CB9A6"/>
              <w:left w:val="single" w:sz="6" w:space="0" w:color="9CB9A6"/>
              <w:bottom w:val="single" w:sz="6" w:space="0" w:color="9CB9A6"/>
              <w:right w:val="single" w:sz="6" w:space="0" w:color="9CB9A6"/>
            </w:tcBorders>
          </w:tcPr>
          <w:p w14:paraId="2AE4B199" w14:textId="0673178B" w:rsidR="005A6ED4" w:rsidRPr="00497C72" w:rsidRDefault="005A6ED4" w:rsidP="005A6ED4">
            <w:pPr>
              <w:spacing w:after="0"/>
              <w:rPr>
                <w:lang w:val="es-ES"/>
              </w:rPr>
            </w:pPr>
            <w:r w:rsidRPr="00497C72">
              <w:rPr>
                <w:color w:val="000000"/>
                <w:lang w:val="es-ES"/>
              </w:rPr>
              <w:t>Se utilizarán los logotipos de la Unión Europea, MAPA, Principado de Asturias, LEADER y GAL conforme a las instrucciones aplicables.</w:t>
            </w:r>
          </w:p>
        </w:tc>
      </w:tr>
      <w:tr w:rsidR="005A6ED4" w:rsidRPr="00497C72" w14:paraId="10D8B92C" w14:textId="51CF0B2B" w:rsidTr="005A6ED4">
        <w:trPr>
          <w:jc w:val="center"/>
        </w:trPr>
        <w:sdt>
          <w:sdtPr>
            <w:rPr>
              <w:lang w:val="es-ES"/>
            </w:rPr>
            <w:id w:val="1098532008"/>
            <w14:checkbox>
              <w14:checked w14:val="0"/>
              <w14:checkedState w14:val="2612" w14:font="MS Gothic"/>
              <w14:uncheckedState w14:val="2610" w14:font="MS Gothic"/>
            </w14:checkbox>
          </w:sdtPr>
          <w:sdtContent>
            <w:tc>
              <w:tcPr>
                <w:tcW w:w="394"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12F5B93" w14:textId="1624D571" w:rsidR="005A6ED4" w:rsidRPr="00497C72" w:rsidRDefault="005A6ED4" w:rsidP="005A6ED4">
                <w:pPr>
                  <w:spacing w:after="0"/>
                  <w:rPr>
                    <w:lang w:val="es-ES"/>
                  </w:rPr>
                </w:pPr>
                <w:r>
                  <w:rPr>
                    <w:rFonts w:ascii="MS Gothic" w:eastAsia="MS Gothic" w:hAnsi="MS Gothic" w:hint="eastAsia"/>
                    <w:lang w:val="es-ES"/>
                  </w:rPr>
                  <w:t>☐</w:t>
                </w:r>
              </w:p>
            </w:tc>
          </w:sdtContent>
        </w:sdt>
        <w:tc>
          <w:tcPr>
            <w:tcW w:w="9852" w:type="dxa"/>
            <w:tcBorders>
              <w:top w:val="single" w:sz="6" w:space="0" w:color="9CB9A6"/>
              <w:left w:val="single" w:sz="6" w:space="0" w:color="9CB9A6"/>
              <w:bottom w:val="single" w:sz="6" w:space="0" w:color="9CB9A6"/>
              <w:right w:val="single" w:sz="6" w:space="0" w:color="9CB9A6"/>
            </w:tcBorders>
          </w:tcPr>
          <w:p w14:paraId="0EEC5D6C" w14:textId="085ADB42" w:rsidR="005A6ED4" w:rsidRPr="00497C72" w:rsidRDefault="005A6ED4" w:rsidP="005A6ED4">
            <w:pPr>
              <w:spacing w:after="0"/>
              <w:rPr>
                <w:lang w:val="es-ES"/>
              </w:rPr>
            </w:pPr>
            <w:r w:rsidRPr="00497C72">
              <w:rPr>
                <w:color w:val="000000"/>
                <w:lang w:val="es-ES"/>
              </w:rPr>
              <w:t>Se conservarán capturas, fotografías y documentos acreditativos para la justificación.</w:t>
            </w:r>
          </w:p>
        </w:tc>
      </w:tr>
    </w:tbl>
    <w:p w14:paraId="2E580728" w14:textId="77777777" w:rsidR="005A6ED4" w:rsidRDefault="005A6ED4"/>
    <w:p w14:paraId="5982E505" w14:textId="1F3B2042" w:rsidR="005A6ED4" w:rsidRPr="00F82B15" w:rsidRDefault="005A6ED4" w:rsidP="005A6ED4">
      <w:pPr>
        <w:keepNext/>
        <w:pBdr>
          <w:bottom w:val="single" w:sz="8" w:space="2" w:color="18482E"/>
        </w:pBdr>
        <w:spacing w:before="100" w:after="60"/>
        <w:rPr>
          <w:lang w:val="es-ES"/>
        </w:rPr>
      </w:pPr>
      <w:r>
        <w:rPr>
          <w:b/>
          <w:color w:val="18482E"/>
          <w:sz w:val="24"/>
          <w:lang w:val="es-ES"/>
        </w:rPr>
        <w:t xml:space="preserve">2.11. </w:t>
      </w:r>
      <w:r>
        <w:rPr>
          <w:b/>
          <w:color w:val="18482E"/>
          <w:sz w:val="24"/>
          <w:lang w:val="es-ES"/>
        </w:rPr>
        <w:t xml:space="preserve">Otra información sobre la identificación y justificación de la operación </w:t>
      </w:r>
    </w:p>
    <w:tbl>
      <w:tblPr>
        <w:tblW w:w="0" w:type="auto"/>
        <w:jc w:val="center"/>
        <w:tblLook w:val="04A0" w:firstRow="1" w:lastRow="0" w:firstColumn="1" w:lastColumn="0" w:noHBand="0" w:noVBand="1"/>
      </w:tblPr>
      <w:tblGrid>
        <w:gridCol w:w="10250"/>
      </w:tblGrid>
      <w:tr w:rsidR="005A6ED4" w:rsidRPr="00497C72" w14:paraId="3BF945CE" w14:textId="77777777" w:rsidTr="00743513">
        <w:trPr>
          <w:trHeight w:val="4091"/>
          <w:jc w:val="center"/>
        </w:trPr>
        <w:tc>
          <w:tcPr>
            <w:tcW w:w="10250"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0D98DA3E" w14:textId="33C1D736" w:rsidR="005A6ED4" w:rsidRPr="00497C72" w:rsidRDefault="005A6ED4" w:rsidP="00743513">
            <w:pPr>
              <w:spacing w:after="0"/>
              <w:rPr>
                <w:lang w:val="es-ES"/>
              </w:rPr>
            </w:pPr>
            <w:r>
              <w:rPr>
                <w:i/>
                <w:color w:val="7F7F7F"/>
                <w:lang w:val="es-ES"/>
              </w:rPr>
              <w:t xml:space="preserve">Incluya aquí otra información </w:t>
            </w:r>
            <w:proofErr w:type="gramStart"/>
            <w:r>
              <w:rPr>
                <w:i/>
                <w:color w:val="7F7F7F"/>
                <w:lang w:val="es-ES"/>
              </w:rPr>
              <w:t>relevante  que</w:t>
            </w:r>
            <w:proofErr w:type="gramEnd"/>
            <w:r>
              <w:rPr>
                <w:i/>
                <w:color w:val="7F7F7F"/>
                <w:lang w:val="es-ES"/>
              </w:rPr>
              <w:t xml:space="preserve"> no tenga cabida en los apartados del bloque </w:t>
            </w:r>
            <w:r>
              <w:rPr>
                <w:i/>
                <w:color w:val="7F7F7F"/>
                <w:lang w:val="es-ES"/>
              </w:rPr>
              <w:t>2</w:t>
            </w:r>
            <w:r>
              <w:rPr>
                <w:i/>
                <w:color w:val="7F7F7F"/>
                <w:lang w:val="es-ES"/>
              </w:rPr>
              <w:t>.  Procure no repetir información que se recoja en alguno de los otros bloques de la memoria</w:t>
            </w:r>
            <w:r w:rsidRPr="00497C72">
              <w:rPr>
                <w:i/>
                <w:color w:val="7F7F7F"/>
                <w:lang w:val="es-ES"/>
              </w:rPr>
              <w:t>.</w:t>
            </w:r>
          </w:p>
        </w:tc>
      </w:tr>
    </w:tbl>
    <w:p w14:paraId="34542FB3" w14:textId="77777777" w:rsidR="005A6ED4" w:rsidRDefault="005A6ED4">
      <w:pPr>
        <w:spacing w:after="200" w:line="276" w:lineRule="auto"/>
        <w:rPr>
          <w:lang w:val="es-ES"/>
        </w:rPr>
      </w:pPr>
      <w:r>
        <w:rPr>
          <w:lang w:val="es-ES"/>
        </w:rPr>
        <w:br w:type="page"/>
      </w:r>
    </w:p>
    <w:tbl>
      <w:tblPr>
        <w:tblW w:w="0" w:type="auto"/>
        <w:jc w:val="center"/>
        <w:tblLook w:val="04A0" w:firstRow="1" w:lastRow="0" w:firstColumn="1" w:lastColumn="0" w:noHBand="0" w:noVBand="1"/>
      </w:tblPr>
      <w:tblGrid>
        <w:gridCol w:w="10246"/>
      </w:tblGrid>
      <w:tr w:rsidR="00DB2DC9" w:rsidRPr="005A6ED4" w14:paraId="1AD353E4" w14:textId="77777777" w:rsidTr="005A6ED4">
        <w:trPr>
          <w:jc w:val="center"/>
        </w:trPr>
        <w:tc>
          <w:tcPr>
            <w:tcW w:w="10246"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119EF96C" w14:textId="2217FABB" w:rsidR="00DB2DC9" w:rsidRPr="005A6ED4" w:rsidRDefault="00A3308C">
            <w:pPr>
              <w:keepNext/>
              <w:spacing w:after="0"/>
              <w:rPr>
                <w:b/>
                <w:bCs/>
                <w:color w:val="FFFFFF" w:themeColor="background1"/>
                <w:sz w:val="24"/>
                <w:szCs w:val="24"/>
                <w:lang w:val="es-ES"/>
              </w:rPr>
            </w:pPr>
            <w:bookmarkStart w:id="11" w:name="bolque_tres"/>
            <w:bookmarkEnd w:id="11"/>
            <w:r w:rsidRPr="005A6ED4">
              <w:rPr>
                <w:b/>
                <w:bCs/>
                <w:color w:val="FFFFFF" w:themeColor="background1"/>
                <w:sz w:val="24"/>
                <w:szCs w:val="24"/>
                <w:lang w:val="es-ES"/>
              </w:rPr>
              <w:lastRenderedPageBreak/>
              <w:t>BLOQUE 3. PRESUPUESTO DE LAS OPERACIONES</w:t>
            </w:r>
          </w:p>
        </w:tc>
      </w:tr>
    </w:tbl>
    <w:p w14:paraId="38461963" w14:textId="77777777" w:rsidR="00DB2DC9" w:rsidRPr="00497C72" w:rsidRDefault="00DB2DC9">
      <w:pPr>
        <w:spacing w:after="0"/>
        <w:rPr>
          <w:lang w:val="es-ES"/>
        </w:rPr>
      </w:pPr>
    </w:p>
    <w:p w14:paraId="7448B058" w14:textId="77777777" w:rsidR="00DB2DC9" w:rsidRPr="00497C72" w:rsidRDefault="00A3308C" w:rsidP="005A6ED4">
      <w:pPr>
        <w:keepNext/>
        <w:pBdr>
          <w:bottom w:val="single" w:sz="8" w:space="2" w:color="18482E"/>
        </w:pBdr>
        <w:spacing w:before="100" w:after="0"/>
        <w:rPr>
          <w:lang w:val="es-ES"/>
        </w:rPr>
      </w:pPr>
      <w:bookmarkStart w:id="12" w:name="ap_ej_economico_98352"/>
      <w:r w:rsidRPr="00497C72">
        <w:rPr>
          <w:b/>
          <w:color w:val="18482E"/>
          <w:sz w:val="24"/>
          <w:lang w:val="es-ES"/>
        </w:rPr>
        <w:t>3.1. Presupuesto detallado (cuadro económico desglosado)</w:t>
      </w:r>
      <w:bookmarkEnd w:id="12"/>
    </w:p>
    <w:p w14:paraId="23A227D1" w14:textId="77777777" w:rsidR="00DB2DC9" w:rsidRDefault="00A3308C">
      <w:pPr>
        <w:keepNext/>
        <w:spacing w:after="20"/>
        <w:jc w:val="right"/>
      </w:pPr>
      <w:hyperlink w:anchor="ej_economico"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VER OR</w:t>
        </w:r>
        <w:r>
          <w:rPr>
            <w:b/>
            <w:color w:val="18482E"/>
            <w:sz w:val="15"/>
            <w:bdr w:val="single" w:sz="6" w:space="2" w:color="8BA99A"/>
            <w:shd w:val="clear" w:color="auto" w:fill="EAF3EC"/>
          </w:rPr>
          <w:t>I</w:t>
        </w:r>
        <w:r>
          <w:rPr>
            <w:b/>
            <w:color w:val="18482E"/>
            <w:sz w:val="15"/>
            <w:bdr w:val="single" w:sz="6" w:space="2" w:color="8BA99A"/>
            <w:shd w:val="clear" w:color="auto" w:fill="EAF3EC"/>
          </w:rPr>
          <w:t xml:space="preserve">ENTACIÓN Y EJEMPLO  </w:t>
        </w:r>
      </w:hyperlink>
    </w:p>
    <w:tbl>
      <w:tblPr>
        <w:tblW w:w="0" w:type="auto"/>
        <w:jc w:val="center"/>
        <w:tblLook w:val="04A0" w:firstRow="1" w:lastRow="0" w:firstColumn="1" w:lastColumn="0" w:noHBand="0" w:noVBand="1"/>
      </w:tblPr>
      <w:tblGrid>
        <w:gridCol w:w="10246"/>
      </w:tblGrid>
      <w:tr w:rsidR="00DB2DC9" w:rsidRPr="00497C72" w14:paraId="4EC55C23" w14:textId="77777777">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1EDE3C8B" w14:textId="77777777" w:rsidR="00DB2DC9" w:rsidRPr="00497C72" w:rsidRDefault="00A3308C">
            <w:pPr>
              <w:keepNext/>
              <w:spacing w:after="0"/>
              <w:rPr>
                <w:lang w:val="es-ES"/>
              </w:rPr>
            </w:pPr>
            <w:r w:rsidRPr="00497C72">
              <w:rPr>
                <w:b/>
                <w:color w:val="000000"/>
                <w:lang w:val="es-ES"/>
              </w:rPr>
              <w:t>Instrucciones:</w:t>
            </w:r>
            <w:r w:rsidRPr="00497C72">
              <w:rPr>
                <w:color w:val="000000"/>
                <w:lang w:val="es-ES"/>
              </w:rPr>
              <w:t xml:space="preserve"> incluya los costes estimados de cada una de las operaciones identificadas en el Bloque 2. Repita el código I1, I2, O1... y detalle conceptos homogéneos. La suma deberá coincidir con la solicitud, la documentación técnica, la financiación y el cronograma.</w:t>
            </w:r>
          </w:p>
        </w:tc>
      </w:tr>
    </w:tbl>
    <w:p w14:paraId="046C9B09" w14:textId="77777777" w:rsidR="00DB2DC9" w:rsidRPr="00497C72" w:rsidRDefault="00DB2DC9">
      <w:pPr>
        <w:spacing w:after="0"/>
        <w:rPr>
          <w:lang w:val="es-ES"/>
        </w:rPr>
      </w:pPr>
    </w:p>
    <w:tbl>
      <w:tblPr>
        <w:tblW w:w="10039" w:type="dxa"/>
        <w:tblInd w:w="-34" w:type="dxa"/>
        <w:tblLayout w:type="fixed"/>
        <w:tblLook w:val="04A0" w:firstRow="1" w:lastRow="0" w:firstColumn="1" w:lastColumn="0" w:noHBand="0" w:noVBand="1"/>
      </w:tblPr>
      <w:tblGrid>
        <w:gridCol w:w="1460"/>
        <w:gridCol w:w="2255"/>
        <w:gridCol w:w="2126"/>
        <w:gridCol w:w="992"/>
        <w:gridCol w:w="1623"/>
        <w:gridCol w:w="1583"/>
      </w:tblGrid>
      <w:tr w:rsidR="00427B2B" w:rsidRPr="00600261" w14:paraId="1DA98D48" w14:textId="77777777" w:rsidTr="00427B2B">
        <w:trPr>
          <w:cantSplit/>
          <w:trHeight w:hRule="exact" w:val="539"/>
          <w:tblHeader/>
        </w:trPr>
        <w:tc>
          <w:tcPr>
            <w:tcW w:w="1460" w:type="dxa"/>
            <w:tcBorders>
              <w:top w:val="single" w:sz="4" w:space="0" w:color="8AA694"/>
              <w:left w:val="single" w:sz="4" w:space="0" w:color="8AA694"/>
              <w:bottom w:val="single" w:sz="4" w:space="0" w:color="8AA694"/>
              <w:right w:val="single" w:sz="4" w:space="0" w:color="8AA694"/>
            </w:tcBorders>
            <w:shd w:val="clear" w:color="auto" w:fill="EAF3EC"/>
            <w:vAlign w:val="center"/>
          </w:tcPr>
          <w:p w14:paraId="535B8D90" w14:textId="77777777" w:rsidR="00427B2B" w:rsidRPr="00600261" w:rsidRDefault="00427B2B" w:rsidP="00D845B1">
            <w:pPr>
              <w:spacing w:after="0"/>
              <w:jc w:val="center"/>
              <w:rPr>
                <w:b/>
                <w:bCs/>
                <w:color w:val="18482E"/>
                <w:sz w:val="22"/>
              </w:rPr>
            </w:pPr>
            <w:r>
              <w:rPr>
                <w:b/>
                <w:color w:val="18482E"/>
                <w:sz w:val="17"/>
              </w:rPr>
              <w:t>Capítulo</w:t>
            </w:r>
          </w:p>
        </w:tc>
        <w:tc>
          <w:tcPr>
            <w:tcW w:w="4381" w:type="dxa"/>
            <w:gridSpan w:val="2"/>
            <w:tcBorders>
              <w:top w:val="single" w:sz="4" w:space="0" w:color="8AA694"/>
              <w:left w:val="single" w:sz="4" w:space="0" w:color="8AA694"/>
              <w:bottom w:val="single" w:sz="4" w:space="0" w:color="8AA694"/>
              <w:right w:val="single" w:sz="4" w:space="0" w:color="9CB9A6"/>
            </w:tcBorders>
            <w:shd w:val="clear" w:color="auto" w:fill="EAF3EC"/>
            <w:vAlign w:val="center"/>
          </w:tcPr>
          <w:p w14:paraId="7A52BF33" w14:textId="77777777" w:rsidR="00427B2B" w:rsidRPr="00600261" w:rsidRDefault="00427B2B" w:rsidP="00D845B1">
            <w:pPr>
              <w:spacing w:after="0"/>
              <w:jc w:val="center"/>
              <w:rPr>
                <w:b/>
                <w:bCs/>
                <w:color w:val="18482E"/>
                <w:sz w:val="22"/>
                <w:lang w:val="es-ES"/>
              </w:rPr>
            </w:pPr>
            <w:r w:rsidRPr="00497C72">
              <w:rPr>
                <w:b/>
                <w:color w:val="18482E"/>
                <w:sz w:val="17"/>
                <w:lang w:val="es-ES"/>
              </w:rPr>
              <w:t>Concepto (marcar los que procedan)</w:t>
            </w:r>
          </w:p>
        </w:tc>
        <w:tc>
          <w:tcPr>
            <w:tcW w:w="992" w:type="dxa"/>
            <w:tcBorders>
              <w:top w:val="single" w:sz="4" w:space="0" w:color="9CB9A6"/>
              <w:left w:val="single" w:sz="4" w:space="0" w:color="9CB9A6"/>
              <w:bottom w:val="single" w:sz="4" w:space="0" w:color="9CB9A6"/>
              <w:right w:val="single" w:sz="4" w:space="0" w:color="9CB9A6"/>
            </w:tcBorders>
            <w:shd w:val="clear" w:color="auto" w:fill="EAF3EC"/>
          </w:tcPr>
          <w:p w14:paraId="315B9C47" w14:textId="16ECE3E8" w:rsidR="00427B2B" w:rsidRPr="00427B2B" w:rsidRDefault="00427B2B" w:rsidP="00D845B1">
            <w:pPr>
              <w:spacing w:after="0"/>
              <w:jc w:val="both"/>
              <w:rPr>
                <w:b/>
                <w:bCs/>
                <w:color w:val="18482E"/>
                <w:sz w:val="16"/>
                <w:szCs w:val="16"/>
                <w:lang w:val="es-ES"/>
              </w:rPr>
            </w:pPr>
            <w:r w:rsidRPr="00427B2B">
              <w:rPr>
                <w:b/>
                <w:bCs/>
                <w:color w:val="18482E"/>
                <w:sz w:val="16"/>
                <w:szCs w:val="16"/>
                <w:lang w:val="es-ES"/>
              </w:rPr>
              <w:t>Código operación</w:t>
            </w:r>
          </w:p>
        </w:tc>
        <w:tc>
          <w:tcPr>
            <w:tcW w:w="1623" w:type="dxa"/>
            <w:tcBorders>
              <w:top w:val="single" w:sz="4" w:space="0" w:color="8AA694"/>
              <w:left w:val="single" w:sz="4" w:space="0" w:color="8AA694"/>
              <w:bottom w:val="single" w:sz="4" w:space="0" w:color="8AA694"/>
              <w:right w:val="single" w:sz="4" w:space="0" w:color="8AA694"/>
            </w:tcBorders>
            <w:shd w:val="clear" w:color="auto" w:fill="EAF3EC"/>
            <w:vAlign w:val="center"/>
          </w:tcPr>
          <w:p w14:paraId="25855C7A" w14:textId="56639807" w:rsidR="00427B2B" w:rsidRPr="00600261" w:rsidRDefault="00427B2B" w:rsidP="00D845B1">
            <w:pPr>
              <w:spacing w:after="0"/>
              <w:jc w:val="center"/>
              <w:rPr>
                <w:b/>
                <w:bCs/>
                <w:color w:val="18482E"/>
                <w:sz w:val="22"/>
              </w:rPr>
            </w:pPr>
            <w:r>
              <w:rPr>
                <w:b/>
                <w:color w:val="18482E"/>
                <w:sz w:val="17"/>
              </w:rPr>
              <w:t>Importe sin IVA (€)</w:t>
            </w:r>
          </w:p>
        </w:tc>
        <w:tc>
          <w:tcPr>
            <w:tcW w:w="1583" w:type="dxa"/>
            <w:tcBorders>
              <w:top w:val="single" w:sz="4" w:space="0" w:color="8AA694"/>
              <w:left w:val="single" w:sz="4" w:space="0" w:color="8AA694"/>
              <w:bottom w:val="single" w:sz="4" w:space="0" w:color="8AA694"/>
              <w:right w:val="single" w:sz="4" w:space="0" w:color="8AA694"/>
            </w:tcBorders>
            <w:shd w:val="clear" w:color="auto" w:fill="EAF3EC"/>
            <w:vAlign w:val="center"/>
          </w:tcPr>
          <w:p w14:paraId="1D63EDE1" w14:textId="290AC2CB" w:rsidR="00427B2B" w:rsidRPr="00600261" w:rsidRDefault="00427B2B" w:rsidP="00D845B1">
            <w:pPr>
              <w:spacing w:after="0"/>
              <w:jc w:val="center"/>
              <w:rPr>
                <w:b/>
                <w:bCs/>
                <w:color w:val="18482E"/>
                <w:sz w:val="22"/>
              </w:rPr>
            </w:pPr>
            <w:r>
              <w:rPr>
                <w:b/>
                <w:color w:val="18482E"/>
                <w:sz w:val="17"/>
              </w:rPr>
              <w:t>Importe con IVA (€)</w:t>
            </w:r>
          </w:p>
        </w:tc>
      </w:tr>
      <w:tr w:rsidR="00427B2B" w:rsidRPr="00427B2B" w14:paraId="2F835A98" w14:textId="77777777" w:rsidTr="00427B2B">
        <w:trPr>
          <w:cantSplit/>
          <w:trHeight w:hRule="exact" w:val="238"/>
        </w:trPr>
        <w:tc>
          <w:tcPr>
            <w:tcW w:w="1460" w:type="dxa"/>
            <w:vMerge w:val="restart"/>
            <w:tcBorders>
              <w:top w:val="single" w:sz="4" w:space="0" w:color="8AA694"/>
              <w:left w:val="single" w:sz="4" w:space="0" w:color="8AA694"/>
              <w:bottom w:val="single" w:sz="4" w:space="0" w:color="8AA694"/>
              <w:right w:val="single" w:sz="4" w:space="0" w:color="8AA694"/>
            </w:tcBorders>
            <w:shd w:val="clear" w:color="auto" w:fill="EAF3EC"/>
            <w:vAlign w:val="center"/>
          </w:tcPr>
          <w:p w14:paraId="1DDB03D4" w14:textId="77777777" w:rsidR="00427B2B" w:rsidRPr="00427B2B" w:rsidRDefault="00427B2B" w:rsidP="00D845B1">
            <w:pPr>
              <w:spacing w:after="0"/>
              <w:rPr>
                <w:color w:val="18482E"/>
                <w:sz w:val="20"/>
                <w:szCs w:val="20"/>
              </w:rPr>
            </w:pPr>
            <w:r w:rsidRPr="00427B2B">
              <w:rPr>
                <w:color w:val="18482E"/>
                <w:sz w:val="20"/>
                <w:szCs w:val="20"/>
              </w:rPr>
              <w:t>Inmovilizado inmaterial</w:t>
            </w: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762EB135" w14:textId="1F98A052"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995371157"/>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Redacción de proyectos técnicos</w:t>
            </w:r>
          </w:p>
        </w:tc>
        <w:tc>
          <w:tcPr>
            <w:tcW w:w="992" w:type="dxa"/>
            <w:tcBorders>
              <w:top w:val="single" w:sz="4" w:space="0" w:color="9CB9A6"/>
              <w:left w:val="single" w:sz="4" w:space="0" w:color="9CB9A6"/>
              <w:bottom w:val="single" w:sz="4" w:space="0" w:color="9CB9A6"/>
              <w:right w:val="single" w:sz="4" w:space="0" w:color="9CB9A6"/>
            </w:tcBorders>
          </w:tcPr>
          <w:p w14:paraId="28F07E91" w14:textId="77777777" w:rsidR="00427B2B" w:rsidRPr="00471D7C" w:rsidRDefault="00427B2B" w:rsidP="00D845B1">
            <w:pPr>
              <w:spacing w:after="0"/>
              <w:jc w:val="both"/>
              <w:rPr>
                <w:color w:val="000000" w:themeColor="text1"/>
                <w:szCs w:val="18"/>
              </w:rPr>
            </w:pPr>
          </w:p>
        </w:tc>
        <w:tc>
          <w:tcPr>
            <w:tcW w:w="1623" w:type="dxa"/>
            <w:tcBorders>
              <w:top w:val="single" w:sz="4" w:space="0" w:color="8AA694"/>
              <w:left w:val="single" w:sz="4" w:space="0" w:color="auto"/>
              <w:bottom w:val="single" w:sz="4" w:space="0" w:color="auto"/>
              <w:right w:val="single" w:sz="4" w:space="0" w:color="auto"/>
            </w:tcBorders>
            <w:shd w:val="clear" w:color="auto" w:fill="FFFFFF"/>
            <w:vAlign w:val="center"/>
          </w:tcPr>
          <w:p w14:paraId="5D1B5F9A" w14:textId="77777777" w:rsidR="00427B2B" w:rsidRPr="00471D7C" w:rsidRDefault="00427B2B" w:rsidP="00D845B1">
            <w:pPr>
              <w:spacing w:after="0"/>
              <w:jc w:val="center"/>
              <w:rPr>
                <w:szCs w:val="18"/>
              </w:rPr>
            </w:pPr>
          </w:p>
        </w:tc>
        <w:tc>
          <w:tcPr>
            <w:tcW w:w="1583" w:type="dxa"/>
            <w:tcBorders>
              <w:top w:val="single" w:sz="4" w:space="0" w:color="8AA694"/>
              <w:left w:val="single" w:sz="4" w:space="0" w:color="auto"/>
              <w:bottom w:val="single" w:sz="4" w:space="0" w:color="auto"/>
              <w:right w:val="single" w:sz="4" w:space="0" w:color="auto"/>
            </w:tcBorders>
            <w:shd w:val="clear" w:color="auto" w:fill="FFFFFF"/>
            <w:vAlign w:val="center"/>
          </w:tcPr>
          <w:p w14:paraId="7D909A7B" w14:textId="77777777" w:rsidR="00427B2B" w:rsidRPr="00471D7C" w:rsidRDefault="00427B2B" w:rsidP="00D845B1">
            <w:pPr>
              <w:spacing w:after="0"/>
              <w:jc w:val="center"/>
              <w:rPr>
                <w:szCs w:val="18"/>
              </w:rPr>
            </w:pPr>
          </w:p>
        </w:tc>
      </w:tr>
      <w:tr w:rsidR="00427B2B" w:rsidRPr="00427B2B" w14:paraId="102FEAFC"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2BC85729"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3FC490E4" w14:textId="0514739A"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264582553"/>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 Dirección de obra</w:t>
            </w:r>
          </w:p>
        </w:tc>
        <w:tc>
          <w:tcPr>
            <w:tcW w:w="992" w:type="dxa"/>
            <w:tcBorders>
              <w:top w:val="single" w:sz="4" w:space="0" w:color="9CB9A6"/>
              <w:left w:val="single" w:sz="4" w:space="0" w:color="9CB9A6"/>
              <w:bottom w:val="single" w:sz="4" w:space="0" w:color="9CB9A6"/>
              <w:right w:val="single" w:sz="4" w:space="0" w:color="9CB9A6"/>
            </w:tcBorders>
          </w:tcPr>
          <w:p w14:paraId="6F0E50C4"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17803E63"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71100F82" w14:textId="77777777" w:rsidR="00427B2B" w:rsidRPr="00471D7C" w:rsidRDefault="00427B2B" w:rsidP="00D845B1">
            <w:pPr>
              <w:spacing w:after="0"/>
              <w:jc w:val="center"/>
              <w:rPr>
                <w:szCs w:val="18"/>
              </w:rPr>
            </w:pPr>
          </w:p>
        </w:tc>
      </w:tr>
      <w:tr w:rsidR="00427B2B" w:rsidRPr="00427B2B" w14:paraId="2DF8E9D4"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27EBD025"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1C9CD451" w14:textId="641CEC33" w:rsidR="00427B2B" w:rsidRPr="00471D7C" w:rsidRDefault="00427B2B" w:rsidP="00D845B1">
            <w:pPr>
              <w:spacing w:after="0"/>
              <w:jc w:val="both"/>
              <w:rPr>
                <w:color w:val="000000" w:themeColor="text1"/>
                <w:szCs w:val="18"/>
                <w:lang w:val="es-ES"/>
              </w:rPr>
            </w:pPr>
            <w:sdt>
              <w:sdtPr>
                <w:rPr>
                  <w:rFonts w:ascii="Segoe UI Symbol" w:hAnsi="Segoe UI Symbol" w:cs="Segoe UI Symbol"/>
                  <w:color w:val="000000" w:themeColor="text1"/>
                  <w:szCs w:val="18"/>
                  <w:lang w:val="es-ES"/>
                </w:rPr>
                <w:id w:val="78647453"/>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Licencias </w:t>
            </w:r>
          </w:p>
        </w:tc>
        <w:tc>
          <w:tcPr>
            <w:tcW w:w="992" w:type="dxa"/>
            <w:tcBorders>
              <w:top w:val="single" w:sz="4" w:space="0" w:color="9CB9A6"/>
              <w:left w:val="single" w:sz="4" w:space="0" w:color="9CB9A6"/>
              <w:bottom w:val="single" w:sz="4" w:space="0" w:color="9CB9A6"/>
              <w:right w:val="single" w:sz="4" w:space="0" w:color="9CB9A6"/>
            </w:tcBorders>
          </w:tcPr>
          <w:p w14:paraId="42C969F8" w14:textId="77777777" w:rsidR="00427B2B" w:rsidRPr="00471D7C" w:rsidRDefault="00427B2B" w:rsidP="00D845B1">
            <w:pPr>
              <w:spacing w:after="0"/>
              <w:jc w:val="both"/>
              <w:rPr>
                <w:color w:val="000000" w:themeColor="text1"/>
                <w:szCs w:val="18"/>
                <w:lang w:val="es-ES"/>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0DD94A84" w14:textId="77777777" w:rsidR="00427B2B" w:rsidRPr="00471D7C" w:rsidRDefault="00427B2B" w:rsidP="00D845B1">
            <w:pPr>
              <w:spacing w:after="0"/>
              <w:jc w:val="center"/>
              <w:rPr>
                <w:szCs w:val="18"/>
                <w:lang w:val="es-ES"/>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4BB65C1F" w14:textId="77777777" w:rsidR="00427B2B" w:rsidRPr="00471D7C" w:rsidRDefault="00427B2B" w:rsidP="00D845B1">
            <w:pPr>
              <w:spacing w:after="0"/>
              <w:jc w:val="center"/>
              <w:rPr>
                <w:szCs w:val="18"/>
                <w:lang w:val="es-ES"/>
              </w:rPr>
            </w:pPr>
          </w:p>
        </w:tc>
      </w:tr>
      <w:tr w:rsidR="00427B2B" w:rsidRPr="00427B2B" w14:paraId="286BED9F"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4B904E25" w14:textId="77777777" w:rsidR="00427B2B" w:rsidRPr="00427B2B" w:rsidRDefault="00427B2B" w:rsidP="00D845B1">
            <w:pPr>
              <w:jc w:val="both"/>
              <w:rPr>
                <w:color w:val="18482E"/>
                <w:sz w:val="20"/>
                <w:szCs w:val="20"/>
                <w:lang w:val="es-ES"/>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7A12CFA8" w14:textId="3B2D64F3"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987516758"/>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 Patentes</w:t>
            </w:r>
          </w:p>
        </w:tc>
        <w:tc>
          <w:tcPr>
            <w:tcW w:w="992" w:type="dxa"/>
            <w:tcBorders>
              <w:top w:val="single" w:sz="4" w:space="0" w:color="9CB9A6"/>
              <w:left w:val="single" w:sz="4" w:space="0" w:color="9CB9A6"/>
              <w:bottom w:val="single" w:sz="4" w:space="0" w:color="9CB9A6"/>
              <w:right w:val="single" w:sz="4" w:space="0" w:color="9CB9A6"/>
            </w:tcBorders>
          </w:tcPr>
          <w:p w14:paraId="16311079"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505642D1"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076AD4A2" w14:textId="77777777" w:rsidR="00427B2B" w:rsidRPr="00471D7C" w:rsidRDefault="00427B2B" w:rsidP="00D845B1">
            <w:pPr>
              <w:spacing w:after="0"/>
              <w:jc w:val="center"/>
              <w:rPr>
                <w:szCs w:val="18"/>
              </w:rPr>
            </w:pPr>
          </w:p>
        </w:tc>
      </w:tr>
      <w:tr w:rsidR="00427B2B" w:rsidRPr="00427B2B" w14:paraId="56D46A56"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22B90336"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2EBCF606" w14:textId="72A944EF"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27806200"/>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 Marcas</w:t>
            </w:r>
          </w:p>
        </w:tc>
        <w:tc>
          <w:tcPr>
            <w:tcW w:w="992" w:type="dxa"/>
            <w:tcBorders>
              <w:top w:val="single" w:sz="4" w:space="0" w:color="9CB9A6"/>
              <w:left w:val="single" w:sz="4" w:space="0" w:color="9CB9A6"/>
              <w:bottom w:val="single" w:sz="4" w:space="0" w:color="9CB9A6"/>
              <w:right w:val="single" w:sz="4" w:space="0" w:color="9CB9A6"/>
            </w:tcBorders>
          </w:tcPr>
          <w:p w14:paraId="0016D6CF"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381FD0A3"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39A05472" w14:textId="77777777" w:rsidR="00427B2B" w:rsidRPr="00471D7C" w:rsidRDefault="00427B2B" w:rsidP="00D845B1">
            <w:pPr>
              <w:spacing w:after="0"/>
              <w:jc w:val="center"/>
              <w:rPr>
                <w:szCs w:val="18"/>
              </w:rPr>
            </w:pPr>
          </w:p>
        </w:tc>
      </w:tr>
      <w:tr w:rsidR="00427B2B" w:rsidRPr="00427B2B" w14:paraId="4734FA9F"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5B7DCEEB" w14:textId="77777777" w:rsidR="00427B2B" w:rsidRPr="00427B2B" w:rsidRDefault="00427B2B" w:rsidP="00D845B1">
            <w:pPr>
              <w:jc w:val="both"/>
              <w:rPr>
                <w:color w:val="18482E"/>
                <w:sz w:val="20"/>
                <w:szCs w:val="20"/>
              </w:rPr>
            </w:pPr>
          </w:p>
        </w:tc>
        <w:tc>
          <w:tcPr>
            <w:tcW w:w="2255" w:type="dxa"/>
            <w:tcBorders>
              <w:top w:val="single" w:sz="4" w:space="0" w:color="8AA694"/>
              <w:left w:val="single" w:sz="4" w:space="0" w:color="8AA694"/>
              <w:bottom w:val="single" w:sz="4" w:space="0" w:color="8AA694"/>
              <w:right w:val="single" w:sz="4" w:space="0" w:color="8AA694"/>
            </w:tcBorders>
            <w:vAlign w:val="center"/>
          </w:tcPr>
          <w:p w14:paraId="0477FBBF" w14:textId="25E9F7F6"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354575095"/>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Otros (especificar)</w:t>
            </w:r>
          </w:p>
        </w:tc>
        <w:tc>
          <w:tcPr>
            <w:tcW w:w="2126" w:type="dxa"/>
            <w:tcBorders>
              <w:top w:val="single" w:sz="4" w:space="0" w:color="8AA694"/>
              <w:left w:val="single" w:sz="4" w:space="0" w:color="8AA694"/>
              <w:bottom w:val="single" w:sz="4" w:space="0" w:color="8AA694"/>
              <w:right w:val="single" w:sz="4" w:space="0" w:color="9CB9A6"/>
            </w:tcBorders>
            <w:shd w:val="clear" w:color="auto" w:fill="FFFFFF"/>
            <w:vAlign w:val="center"/>
          </w:tcPr>
          <w:p w14:paraId="0A0170DB" w14:textId="77777777" w:rsidR="00427B2B" w:rsidRPr="00471D7C" w:rsidRDefault="00427B2B" w:rsidP="00D845B1">
            <w:pPr>
              <w:spacing w:after="0"/>
              <w:jc w:val="both"/>
              <w:rPr>
                <w:color w:val="000000" w:themeColor="text1"/>
                <w:szCs w:val="18"/>
              </w:rPr>
            </w:pPr>
          </w:p>
        </w:tc>
        <w:tc>
          <w:tcPr>
            <w:tcW w:w="992" w:type="dxa"/>
            <w:tcBorders>
              <w:top w:val="single" w:sz="4" w:space="0" w:color="9CB9A6"/>
              <w:left w:val="single" w:sz="4" w:space="0" w:color="9CB9A6"/>
              <w:bottom w:val="single" w:sz="4" w:space="0" w:color="9CB9A6"/>
              <w:right w:val="single" w:sz="4" w:space="0" w:color="9CB9A6"/>
            </w:tcBorders>
          </w:tcPr>
          <w:p w14:paraId="02983F8D"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3A56C737"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6856061A" w14:textId="77777777" w:rsidR="00427B2B" w:rsidRPr="00471D7C" w:rsidRDefault="00427B2B" w:rsidP="00D845B1">
            <w:pPr>
              <w:spacing w:after="0"/>
              <w:jc w:val="center"/>
              <w:rPr>
                <w:szCs w:val="18"/>
              </w:rPr>
            </w:pPr>
          </w:p>
        </w:tc>
      </w:tr>
      <w:tr w:rsidR="00427B2B" w:rsidRPr="00427B2B" w14:paraId="31C40E16" w14:textId="77777777" w:rsidTr="00427B2B">
        <w:trPr>
          <w:cantSplit/>
          <w:trHeight w:hRule="exact" w:val="238"/>
        </w:trPr>
        <w:tc>
          <w:tcPr>
            <w:tcW w:w="1460" w:type="dxa"/>
            <w:vMerge w:val="restart"/>
            <w:tcBorders>
              <w:top w:val="single" w:sz="4" w:space="0" w:color="8AA694"/>
              <w:left w:val="single" w:sz="4" w:space="0" w:color="8AA694"/>
              <w:bottom w:val="single" w:sz="4" w:space="0" w:color="8AA694"/>
              <w:right w:val="single" w:sz="4" w:space="0" w:color="8AA694"/>
            </w:tcBorders>
            <w:shd w:val="clear" w:color="auto" w:fill="EAF3EC"/>
            <w:vAlign w:val="center"/>
          </w:tcPr>
          <w:p w14:paraId="74FE60BA" w14:textId="77777777" w:rsidR="00427B2B" w:rsidRPr="00427B2B" w:rsidRDefault="00427B2B" w:rsidP="00D845B1">
            <w:pPr>
              <w:spacing w:after="0"/>
              <w:rPr>
                <w:color w:val="18482E"/>
                <w:sz w:val="20"/>
                <w:szCs w:val="20"/>
              </w:rPr>
            </w:pPr>
            <w:r w:rsidRPr="00427B2B">
              <w:rPr>
                <w:color w:val="18482E"/>
                <w:sz w:val="20"/>
                <w:szCs w:val="20"/>
              </w:rPr>
              <w:t>Obra civil</w:t>
            </w: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5DD1AA1E" w14:textId="697EB079"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2044203583"/>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Edificios (nueva construcción)</w:t>
            </w:r>
          </w:p>
        </w:tc>
        <w:tc>
          <w:tcPr>
            <w:tcW w:w="992" w:type="dxa"/>
            <w:tcBorders>
              <w:top w:val="single" w:sz="4" w:space="0" w:color="9CB9A6"/>
              <w:left w:val="single" w:sz="4" w:space="0" w:color="9CB9A6"/>
              <w:bottom w:val="single" w:sz="4" w:space="0" w:color="9CB9A6"/>
              <w:right w:val="single" w:sz="4" w:space="0" w:color="9CB9A6"/>
            </w:tcBorders>
          </w:tcPr>
          <w:p w14:paraId="2D6C98D9"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4F5B82AD"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1380081D" w14:textId="77777777" w:rsidR="00427B2B" w:rsidRPr="00471D7C" w:rsidRDefault="00427B2B" w:rsidP="00D845B1">
            <w:pPr>
              <w:spacing w:after="0"/>
              <w:jc w:val="center"/>
              <w:rPr>
                <w:szCs w:val="18"/>
              </w:rPr>
            </w:pPr>
          </w:p>
        </w:tc>
      </w:tr>
      <w:tr w:rsidR="00427B2B" w:rsidRPr="00427B2B" w14:paraId="607D23F4"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18CA4C2F"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23D95E39" w14:textId="2B455020"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376930950"/>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Edificios (rehabilitación) </w:t>
            </w:r>
          </w:p>
        </w:tc>
        <w:tc>
          <w:tcPr>
            <w:tcW w:w="992" w:type="dxa"/>
            <w:tcBorders>
              <w:top w:val="single" w:sz="4" w:space="0" w:color="9CB9A6"/>
              <w:left w:val="single" w:sz="4" w:space="0" w:color="9CB9A6"/>
              <w:bottom w:val="single" w:sz="4" w:space="0" w:color="9CB9A6"/>
              <w:right w:val="single" w:sz="4" w:space="0" w:color="9CB9A6"/>
            </w:tcBorders>
          </w:tcPr>
          <w:p w14:paraId="2761B4A6"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5F040339"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6D1F2FE4" w14:textId="77777777" w:rsidR="00427B2B" w:rsidRPr="00471D7C" w:rsidRDefault="00427B2B" w:rsidP="00D845B1">
            <w:pPr>
              <w:spacing w:after="0"/>
              <w:jc w:val="center"/>
              <w:rPr>
                <w:szCs w:val="18"/>
              </w:rPr>
            </w:pPr>
          </w:p>
        </w:tc>
      </w:tr>
      <w:tr w:rsidR="00427B2B" w:rsidRPr="00427B2B" w14:paraId="7EBA928C"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17391714"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04371517" w14:textId="570A190C"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500390540"/>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Edificios (acondicionamiento)</w:t>
            </w:r>
          </w:p>
        </w:tc>
        <w:tc>
          <w:tcPr>
            <w:tcW w:w="992" w:type="dxa"/>
            <w:tcBorders>
              <w:top w:val="single" w:sz="4" w:space="0" w:color="9CB9A6"/>
              <w:left w:val="single" w:sz="4" w:space="0" w:color="9CB9A6"/>
              <w:bottom w:val="single" w:sz="4" w:space="0" w:color="9CB9A6"/>
              <w:right w:val="single" w:sz="4" w:space="0" w:color="9CB9A6"/>
            </w:tcBorders>
          </w:tcPr>
          <w:p w14:paraId="3959E81A"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77EA2656"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28206B21" w14:textId="77777777" w:rsidR="00427B2B" w:rsidRPr="00471D7C" w:rsidRDefault="00427B2B" w:rsidP="00D845B1">
            <w:pPr>
              <w:spacing w:after="0"/>
              <w:jc w:val="center"/>
              <w:rPr>
                <w:szCs w:val="18"/>
              </w:rPr>
            </w:pPr>
          </w:p>
        </w:tc>
      </w:tr>
      <w:tr w:rsidR="00427B2B" w:rsidRPr="00427B2B" w14:paraId="51DDBD90"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2D912CE7"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35746FC9" w14:textId="75511FD9"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795724479"/>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rPr>
              <w:t xml:space="preserve"> Urbanización</w:t>
            </w:r>
          </w:p>
        </w:tc>
        <w:tc>
          <w:tcPr>
            <w:tcW w:w="992" w:type="dxa"/>
            <w:tcBorders>
              <w:top w:val="single" w:sz="4" w:space="0" w:color="9CB9A6"/>
              <w:left w:val="single" w:sz="4" w:space="0" w:color="9CB9A6"/>
              <w:bottom w:val="single" w:sz="4" w:space="0" w:color="9CB9A6"/>
              <w:right w:val="single" w:sz="4" w:space="0" w:color="9CB9A6"/>
            </w:tcBorders>
          </w:tcPr>
          <w:p w14:paraId="06DB681B"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1AE3BDFE"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48ED4786" w14:textId="77777777" w:rsidR="00427B2B" w:rsidRPr="00471D7C" w:rsidRDefault="00427B2B" w:rsidP="00D845B1">
            <w:pPr>
              <w:spacing w:after="0"/>
              <w:jc w:val="center"/>
              <w:rPr>
                <w:szCs w:val="18"/>
              </w:rPr>
            </w:pPr>
          </w:p>
        </w:tc>
      </w:tr>
      <w:tr w:rsidR="00427B2B" w:rsidRPr="00427B2B" w14:paraId="2E6CDC3F"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14F7BD66"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7F29AE25" w14:textId="2D11D884"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69315813"/>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Instalaciones</w:t>
            </w:r>
          </w:p>
        </w:tc>
        <w:tc>
          <w:tcPr>
            <w:tcW w:w="992" w:type="dxa"/>
            <w:tcBorders>
              <w:top w:val="single" w:sz="4" w:space="0" w:color="9CB9A6"/>
              <w:left w:val="single" w:sz="4" w:space="0" w:color="9CB9A6"/>
              <w:bottom w:val="single" w:sz="4" w:space="0" w:color="9CB9A6"/>
              <w:right w:val="single" w:sz="4" w:space="0" w:color="9CB9A6"/>
            </w:tcBorders>
          </w:tcPr>
          <w:p w14:paraId="2EC324C4"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1ED67E29"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507833ED" w14:textId="77777777" w:rsidR="00427B2B" w:rsidRPr="00471D7C" w:rsidRDefault="00427B2B" w:rsidP="00D845B1">
            <w:pPr>
              <w:spacing w:after="0"/>
              <w:jc w:val="center"/>
              <w:rPr>
                <w:szCs w:val="18"/>
              </w:rPr>
            </w:pPr>
          </w:p>
        </w:tc>
      </w:tr>
      <w:tr w:rsidR="00427B2B" w:rsidRPr="00427B2B" w14:paraId="7B95F297"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358181FF"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4464DCC4" w14:textId="276B988F"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669443408"/>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Infraestructuras</w:t>
            </w:r>
          </w:p>
        </w:tc>
        <w:tc>
          <w:tcPr>
            <w:tcW w:w="992" w:type="dxa"/>
            <w:tcBorders>
              <w:top w:val="single" w:sz="4" w:space="0" w:color="9CB9A6"/>
              <w:left w:val="single" w:sz="4" w:space="0" w:color="9CB9A6"/>
              <w:bottom w:val="single" w:sz="4" w:space="0" w:color="9CB9A6"/>
              <w:right w:val="single" w:sz="4" w:space="0" w:color="9CB9A6"/>
            </w:tcBorders>
          </w:tcPr>
          <w:p w14:paraId="530EF1E7"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0D15D60C"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287069C2" w14:textId="77777777" w:rsidR="00427B2B" w:rsidRPr="00471D7C" w:rsidRDefault="00427B2B" w:rsidP="00D845B1">
            <w:pPr>
              <w:spacing w:after="0"/>
              <w:jc w:val="center"/>
              <w:rPr>
                <w:szCs w:val="18"/>
              </w:rPr>
            </w:pPr>
          </w:p>
        </w:tc>
      </w:tr>
      <w:tr w:rsidR="00427B2B" w:rsidRPr="00427B2B" w14:paraId="76E2664E"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0D1A5B4E" w14:textId="77777777" w:rsidR="00427B2B" w:rsidRPr="00427B2B" w:rsidRDefault="00427B2B" w:rsidP="00D845B1">
            <w:pPr>
              <w:jc w:val="both"/>
              <w:rPr>
                <w:color w:val="18482E"/>
                <w:sz w:val="20"/>
                <w:szCs w:val="20"/>
              </w:rPr>
            </w:pPr>
          </w:p>
        </w:tc>
        <w:tc>
          <w:tcPr>
            <w:tcW w:w="2255" w:type="dxa"/>
            <w:tcBorders>
              <w:top w:val="single" w:sz="4" w:space="0" w:color="8AA694"/>
              <w:left w:val="single" w:sz="4" w:space="0" w:color="8AA694"/>
              <w:bottom w:val="single" w:sz="4" w:space="0" w:color="8AA694"/>
              <w:right w:val="single" w:sz="4" w:space="0" w:color="8AA694"/>
            </w:tcBorders>
            <w:vAlign w:val="center"/>
          </w:tcPr>
          <w:p w14:paraId="472D670C" w14:textId="765E8F9E"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570350083"/>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 </w:t>
            </w:r>
            <w:r w:rsidRPr="00471D7C">
              <w:rPr>
                <w:color w:val="000000" w:themeColor="text1"/>
                <w:szCs w:val="18"/>
              </w:rPr>
              <w:t>Otros (especificar)</w:t>
            </w:r>
          </w:p>
        </w:tc>
        <w:tc>
          <w:tcPr>
            <w:tcW w:w="2126" w:type="dxa"/>
            <w:tcBorders>
              <w:top w:val="single" w:sz="4" w:space="0" w:color="8AA694"/>
              <w:left w:val="single" w:sz="4" w:space="0" w:color="8AA694"/>
              <w:bottom w:val="single" w:sz="4" w:space="0" w:color="8AA694"/>
              <w:right w:val="single" w:sz="4" w:space="0" w:color="9CB9A6"/>
            </w:tcBorders>
            <w:shd w:val="clear" w:color="auto" w:fill="FFFFFF"/>
            <w:vAlign w:val="center"/>
          </w:tcPr>
          <w:p w14:paraId="33D71B8A" w14:textId="77777777" w:rsidR="00427B2B" w:rsidRPr="00471D7C" w:rsidRDefault="00427B2B" w:rsidP="00D845B1">
            <w:pPr>
              <w:spacing w:after="0"/>
              <w:jc w:val="both"/>
              <w:rPr>
                <w:color w:val="000000" w:themeColor="text1"/>
                <w:szCs w:val="18"/>
              </w:rPr>
            </w:pPr>
          </w:p>
        </w:tc>
        <w:tc>
          <w:tcPr>
            <w:tcW w:w="992" w:type="dxa"/>
            <w:tcBorders>
              <w:top w:val="single" w:sz="4" w:space="0" w:color="9CB9A6"/>
              <w:left w:val="single" w:sz="4" w:space="0" w:color="9CB9A6"/>
              <w:bottom w:val="single" w:sz="4" w:space="0" w:color="9CB9A6"/>
              <w:right w:val="single" w:sz="4" w:space="0" w:color="9CB9A6"/>
            </w:tcBorders>
          </w:tcPr>
          <w:p w14:paraId="3C045BD5"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1765C9D5"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1568F742" w14:textId="77777777" w:rsidR="00427B2B" w:rsidRPr="00471D7C" w:rsidRDefault="00427B2B" w:rsidP="00D845B1">
            <w:pPr>
              <w:spacing w:after="0"/>
              <w:jc w:val="center"/>
              <w:rPr>
                <w:szCs w:val="18"/>
              </w:rPr>
            </w:pPr>
          </w:p>
        </w:tc>
      </w:tr>
      <w:tr w:rsidR="00427B2B" w:rsidRPr="00427B2B" w14:paraId="11851FF6" w14:textId="77777777" w:rsidTr="00427B2B">
        <w:trPr>
          <w:cantSplit/>
          <w:trHeight w:hRule="exact" w:val="238"/>
        </w:trPr>
        <w:tc>
          <w:tcPr>
            <w:tcW w:w="1460" w:type="dxa"/>
            <w:vMerge w:val="restart"/>
            <w:tcBorders>
              <w:top w:val="single" w:sz="4" w:space="0" w:color="8AA694"/>
              <w:left w:val="single" w:sz="4" w:space="0" w:color="8AA694"/>
              <w:bottom w:val="single" w:sz="4" w:space="0" w:color="8AA694"/>
              <w:right w:val="single" w:sz="4" w:space="0" w:color="8AA694"/>
            </w:tcBorders>
            <w:shd w:val="clear" w:color="auto" w:fill="EAF3EC"/>
            <w:vAlign w:val="center"/>
          </w:tcPr>
          <w:p w14:paraId="33D68B0E" w14:textId="77777777" w:rsidR="00427B2B" w:rsidRPr="00427B2B" w:rsidRDefault="00427B2B" w:rsidP="00D845B1">
            <w:pPr>
              <w:spacing w:after="0"/>
              <w:rPr>
                <w:color w:val="18482E"/>
                <w:sz w:val="20"/>
                <w:szCs w:val="20"/>
              </w:rPr>
            </w:pPr>
            <w:r w:rsidRPr="00427B2B">
              <w:rPr>
                <w:color w:val="18482E"/>
                <w:sz w:val="20"/>
                <w:szCs w:val="20"/>
              </w:rPr>
              <w:t>Inmovilizado material</w:t>
            </w: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48A15D78" w14:textId="0C6947BB"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2107608758"/>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 Maquinaria </w:t>
            </w:r>
          </w:p>
        </w:tc>
        <w:tc>
          <w:tcPr>
            <w:tcW w:w="992" w:type="dxa"/>
            <w:tcBorders>
              <w:top w:val="single" w:sz="4" w:space="0" w:color="9CB9A6"/>
              <w:left w:val="single" w:sz="4" w:space="0" w:color="9CB9A6"/>
              <w:bottom w:val="single" w:sz="4" w:space="0" w:color="9CB9A6"/>
              <w:right w:val="single" w:sz="4" w:space="0" w:color="9CB9A6"/>
            </w:tcBorders>
          </w:tcPr>
          <w:p w14:paraId="511FA3E6"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156F0CCF"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3B930073" w14:textId="77777777" w:rsidR="00427B2B" w:rsidRPr="00471D7C" w:rsidRDefault="00427B2B" w:rsidP="00D845B1">
            <w:pPr>
              <w:spacing w:after="0"/>
              <w:jc w:val="center"/>
              <w:rPr>
                <w:szCs w:val="18"/>
              </w:rPr>
            </w:pPr>
          </w:p>
        </w:tc>
      </w:tr>
      <w:tr w:rsidR="00427B2B" w:rsidRPr="00427B2B" w14:paraId="081B6F13"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vAlign w:val="center"/>
          </w:tcPr>
          <w:p w14:paraId="011F40D8" w14:textId="77777777" w:rsidR="00427B2B" w:rsidRPr="00427B2B" w:rsidRDefault="00427B2B" w:rsidP="00D845B1">
            <w:pPr>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270753AB" w14:textId="32205445"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366718181"/>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Herramientas y utillaje</w:t>
            </w:r>
          </w:p>
        </w:tc>
        <w:tc>
          <w:tcPr>
            <w:tcW w:w="992" w:type="dxa"/>
            <w:tcBorders>
              <w:top w:val="single" w:sz="4" w:space="0" w:color="9CB9A6"/>
              <w:left w:val="single" w:sz="4" w:space="0" w:color="9CB9A6"/>
              <w:bottom w:val="single" w:sz="4" w:space="0" w:color="9CB9A6"/>
              <w:right w:val="single" w:sz="4" w:space="0" w:color="9CB9A6"/>
            </w:tcBorders>
          </w:tcPr>
          <w:p w14:paraId="654BF2EB"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7F51CDF"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0E30FB0A" w14:textId="77777777" w:rsidR="00427B2B" w:rsidRPr="00471D7C" w:rsidRDefault="00427B2B" w:rsidP="00D845B1">
            <w:pPr>
              <w:spacing w:after="0"/>
              <w:jc w:val="center"/>
              <w:rPr>
                <w:szCs w:val="18"/>
              </w:rPr>
            </w:pPr>
          </w:p>
        </w:tc>
      </w:tr>
      <w:tr w:rsidR="00427B2B" w:rsidRPr="00427B2B" w14:paraId="18CE6AA8"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vAlign w:val="center"/>
          </w:tcPr>
          <w:p w14:paraId="30F60C18" w14:textId="77777777" w:rsidR="00427B2B" w:rsidRPr="00427B2B" w:rsidRDefault="00427B2B" w:rsidP="00D845B1">
            <w:pPr>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6A3AB771" w14:textId="2D611F05"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283687955"/>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Mobiliario</w:t>
            </w:r>
          </w:p>
        </w:tc>
        <w:tc>
          <w:tcPr>
            <w:tcW w:w="992" w:type="dxa"/>
            <w:tcBorders>
              <w:top w:val="single" w:sz="4" w:space="0" w:color="9CB9A6"/>
              <w:left w:val="single" w:sz="4" w:space="0" w:color="9CB9A6"/>
              <w:bottom w:val="single" w:sz="4" w:space="0" w:color="9CB9A6"/>
              <w:right w:val="single" w:sz="4" w:space="0" w:color="9CB9A6"/>
            </w:tcBorders>
          </w:tcPr>
          <w:p w14:paraId="36CE8C65"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C56B2D8"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50DBBC2A" w14:textId="77777777" w:rsidR="00427B2B" w:rsidRPr="00471D7C" w:rsidRDefault="00427B2B" w:rsidP="00D845B1">
            <w:pPr>
              <w:spacing w:after="0"/>
              <w:jc w:val="center"/>
              <w:rPr>
                <w:szCs w:val="18"/>
              </w:rPr>
            </w:pPr>
          </w:p>
        </w:tc>
      </w:tr>
      <w:tr w:rsidR="00427B2B" w:rsidRPr="00427B2B" w14:paraId="60C8CA88"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vAlign w:val="center"/>
          </w:tcPr>
          <w:p w14:paraId="0C6A3BE9" w14:textId="77777777" w:rsidR="00427B2B" w:rsidRPr="00427B2B" w:rsidRDefault="00427B2B" w:rsidP="00D845B1">
            <w:pPr>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628907A6" w14:textId="70D1EB32"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660874938"/>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Equipamiento informático</w:t>
            </w:r>
          </w:p>
        </w:tc>
        <w:tc>
          <w:tcPr>
            <w:tcW w:w="992" w:type="dxa"/>
            <w:tcBorders>
              <w:top w:val="single" w:sz="4" w:space="0" w:color="9CB9A6"/>
              <w:left w:val="single" w:sz="4" w:space="0" w:color="9CB9A6"/>
              <w:bottom w:val="single" w:sz="4" w:space="0" w:color="9CB9A6"/>
              <w:right w:val="single" w:sz="4" w:space="0" w:color="9CB9A6"/>
            </w:tcBorders>
          </w:tcPr>
          <w:p w14:paraId="5B9CDB74"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552C8B32"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6E021411" w14:textId="77777777" w:rsidR="00427B2B" w:rsidRPr="00471D7C" w:rsidRDefault="00427B2B" w:rsidP="00D845B1">
            <w:pPr>
              <w:spacing w:after="0"/>
              <w:jc w:val="center"/>
              <w:rPr>
                <w:szCs w:val="18"/>
              </w:rPr>
            </w:pPr>
          </w:p>
        </w:tc>
      </w:tr>
      <w:tr w:rsidR="00427B2B" w:rsidRPr="00427B2B" w14:paraId="4BA2521F"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vAlign w:val="center"/>
          </w:tcPr>
          <w:p w14:paraId="5945626F" w14:textId="77777777" w:rsidR="00427B2B" w:rsidRPr="00427B2B" w:rsidRDefault="00427B2B" w:rsidP="00D845B1">
            <w:pPr>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55DE0F92" w14:textId="121F5B9C"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98327535"/>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Elementos de transporte</w:t>
            </w:r>
          </w:p>
        </w:tc>
        <w:tc>
          <w:tcPr>
            <w:tcW w:w="992" w:type="dxa"/>
            <w:tcBorders>
              <w:top w:val="single" w:sz="4" w:space="0" w:color="9CB9A6"/>
              <w:left w:val="single" w:sz="4" w:space="0" w:color="9CB9A6"/>
              <w:bottom w:val="single" w:sz="4" w:space="0" w:color="9CB9A6"/>
              <w:right w:val="single" w:sz="4" w:space="0" w:color="9CB9A6"/>
            </w:tcBorders>
          </w:tcPr>
          <w:p w14:paraId="246E04DD"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AB28F79"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18854485" w14:textId="77777777" w:rsidR="00427B2B" w:rsidRPr="00471D7C" w:rsidRDefault="00427B2B" w:rsidP="00D845B1">
            <w:pPr>
              <w:spacing w:after="0"/>
              <w:jc w:val="center"/>
              <w:rPr>
                <w:szCs w:val="18"/>
              </w:rPr>
            </w:pPr>
          </w:p>
        </w:tc>
      </w:tr>
      <w:tr w:rsidR="00427B2B" w:rsidRPr="00427B2B" w14:paraId="259FE069"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vAlign w:val="center"/>
          </w:tcPr>
          <w:p w14:paraId="6F9B839E" w14:textId="77777777" w:rsidR="00427B2B" w:rsidRPr="00427B2B" w:rsidRDefault="00427B2B" w:rsidP="00D845B1">
            <w:pPr>
              <w:rPr>
                <w:color w:val="18482E"/>
                <w:sz w:val="20"/>
                <w:szCs w:val="20"/>
              </w:rPr>
            </w:pPr>
          </w:p>
        </w:tc>
        <w:tc>
          <w:tcPr>
            <w:tcW w:w="2255" w:type="dxa"/>
            <w:tcBorders>
              <w:top w:val="single" w:sz="4" w:space="0" w:color="8AA694"/>
              <w:left w:val="single" w:sz="4" w:space="0" w:color="8AA694"/>
              <w:bottom w:val="single" w:sz="4" w:space="0" w:color="8AA694"/>
              <w:right w:val="single" w:sz="4" w:space="0" w:color="8AA694"/>
            </w:tcBorders>
            <w:vAlign w:val="center"/>
          </w:tcPr>
          <w:p w14:paraId="3C1526A1" w14:textId="68A2895C"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711107877"/>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Otros (especificar)</w:t>
            </w:r>
          </w:p>
        </w:tc>
        <w:tc>
          <w:tcPr>
            <w:tcW w:w="2126" w:type="dxa"/>
            <w:tcBorders>
              <w:top w:val="single" w:sz="4" w:space="0" w:color="8AA694"/>
              <w:left w:val="single" w:sz="4" w:space="0" w:color="8AA694"/>
              <w:bottom w:val="single" w:sz="4" w:space="0" w:color="8AA694"/>
              <w:right w:val="single" w:sz="4" w:space="0" w:color="9CB9A6"/>
            </w:tcBorders>
            <w:shd w:val="clear" w:color="auto" w:fill="FFFFFF"/>
            <w:vAlign w:val="center"/>
          </w:tcPr>
          <w:p w14:paraId="1277CD6D" w14:textId="77777777" w:rsidR="00427B2B" w:rsidRPr="00471D7C" w:rsidRDefault="00427B2B" w:rsidP="00D845B1">
            <w:pPr>
              <w:spacing w:after="0"/>
              <w:jc w:val="both"/>
              <w:rPr>
                <w:color w:val="000000" w:themeColor="text1"/>
                <w:szCs w:val="18"/>
              </w:rPr>
            </w:pPr>
          </w:p>
        </w:tc>
        <w:tc>
          <w:tcPr>
            <w:tcW w:w="992" w:type="dxa"/>
            <w:tcBorders>
              <w:top w:val="single" w:sz="4" w:space="0" w:color="9CB9A6"/>
              <w:left w:val="single" w:sz="4" w:space="0" w:color="9CB9A6"/>
              <w:bottom w:val="single" w:sz="4" w:space="0" w:color="9CB9A6"/>
              <w:right w:val="single" w:sz="4" w:space="0" w:color="9CB9A6"/>
            </w:tcBorders>
          </w:tcPr>
          <w:p w14:paraId="5669B967"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A26FB65"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3CF1DC5E" w14:textId="77777777" w:rsidR="00427B2B" w:rsidRPr="00471D7C" w:rsidRDefault="00427B2B" w:rsidP="00D845B1">
            <w:pPr>
              <w:spacing w:after="0"/>
              <w:jc w:val="center"/>
              <w:rPr>
                <w:szCs w:val="18"/>
              </w:rPr>
            </w:pPr>
          </w:p>
        </w:tc>
      </w:tr>
      <w:tr w:rsidR="00427B2B" w:rsidRPr="00427B2B" w14:paraId="2AB04411" w14:textId="77777777" w:rsidTr="00427B2B">
        <w:trPr>
          <w:cantSplit/>
          <w:trHeight w:hRule="exact" w:val="238"/>
        </w:trPr>
        <w:tc>
          <w:tcPr>
            <w:tcW w:w="1460" w:type="dxa"/>
            <w:vMerge w:val="restart"/>
            <w:tcBorders>
              <w:top w:val="single" w:sz="4" w:space="0" w:color="8AA694"/>
              <w:left w:val="single" w:sz="4" w:space="0" w:color="8AA694"/>
              <w:bottom w:val="single" w:sz="4" w:space="0" w:color="8AA694"/>
              <w:right w:val="single" w:sz="4" w:space="0" w:color="8AA694"/>
            </w:tcBorders>
            <w:shd w:val="clear" w:color="auto" w:fill="EAF3EC"/>
            <w:vAlign w:val="center"/>
          </w:tcPr>
          <w:p w14:paraId="62BF7711" w14:textId="77777777" w:rsidR="00427B2B" w:rsidRPr="00427B2B" w:rsidRDefault="00427B2B" w:rsidP="00D845B1">
            <w:pPr>
              <w:spacing w:after="0"/>
              <w:rPr>
                <w:color w:val="18482E"/>
                <w:sz w:val="20"/>
                <w:szCs w:val="20"/>
              </w:rPr>
            </w:pPr>
            <w:r w:rsidRPr="00427B2B">
              <w:rPr>
                <w:color w:val="18482E"/>
                <w:sz w:val="20"/>
                <w:szCs w:val="20"/>
              </w:rPr>
              <w:t>Otros gastos o inversiones</w:t>
            </w: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6647AB81" w14:textId="0AADC527"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522167276"/>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Web, app, I.A.</w:t>
            </w:r>
          </w:p>
        </w:tc>
        <w:tc>
          <w:tcPr>
            <w:tcW w:w="992" w:type="dxa"/>
            <w:tcBorders>
              <w:top w:val="single" w:sz="4" w:space="0" w:color="9CB9A6"/>
              <w:left w:val="single" w:sz="4" w:space="0" w:color="9CB9A6"/>
              <w:bottom w:val="single" w:sz="4" w:space="0" w:color="9CB9A6"/>
              <w:right w:val="single" w:sz="4" w:space="0" w:color="9CB9A6"/>
            </w:tcBorders>
          </w:tcPr>
          <w:p w14:paraId="03893FB9"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0C27A1ED"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0DA915A6" w14:textId="77777777" w:rsidR="00427B2B" w:rsidRPr="00471D7C" w:rsidRDefault="00427B2B" w:rsidP="00D845B1">
            <w:pPr>
              <w:spacing w:after="0"/>
              <w:jc w:val="center"/>
              <w:rPr>
                <w:szCs w:val="18"/>
              </w:rPr>
            </w:pPr>
          </w:p>
        </w:tc>
      </w:tr>
      <w:tr w:rsidR="00427B2B" w:rsidRPr="00427B2B" w14:paraId="6EF3D4F6"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1A7A079A"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56826CDF" w14:textId="5FEDE51E"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930879028"/>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 Estudios </w:t>
            </w:r>
          </w:p>
        </w:tc>
        <w:tc>
          <w:tcPr>
            <w:tcW w:w="992" w:type="dxa"/>
            <w:tcBorders>
              <w:top w:val="single" w:sz="4" w:space="0" w:color="9CB9A6"/>
              <w:left w:val="single" w:sz="4" w:space="0" w:color="9CB9A6"/>
              <w:bottom w:val="single" w:sz="4" w:space="0" w:color="9CB9A6"/>
              <w:right w:val="single" w:sz="4" w:space="0" w:color="9CB9A6"/>
            </w:tcBorders>
          </w:tcPr>
          <w:p w14:paraId="54D18BC0"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2AD0314"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772C061F" w14:textId="77777777" w:rsidR="00427B2B" w:rsidRPr="00471D7C" w:rsidRDefault="00427B2B" w:rsidP="00D845B1">
            <w:pPr>
              <w:spacing w:after="0"/>
              <w:jc w:val="center"/>
              <w:rPr>
                <w:szCs w:val="18"/>
              </w:rPr>
            </w:pPr>
          </w:p>
        </w:tc>
      </w:tr>
      <w:tr w:rsidR="00427B2B" w:rsidRPr="00427B2B" w14:paraId="0A948B4D"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2CB09611"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0D79E2BF" w14:textId="185744FB"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1995627021"/>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Aplicaciones informáticas</w:t>
            </w:r>
          </w:p>
        </w:tc>
        <w:tc>
          <w:tcPr>
            <w:tcW w:w="992" w:type="dxa"/>
            <w:tcBorders>
              <w:top w:val="single" w:sz="4" w:space="0" w:color="9CB9A6"/>
              <w:left w:val="single" w:sz="4" w:space="0" w:color="9CB9A6"/>
              <w:bottom w:val="single" w:sz="4" w:space="0" w:color="9CB9A6"/>
              <w:right w:val="single" w:sz="4" w:space="0" w:color="9CB9A6"/>
            </w:tcBorders>
          </w:tcPr>
          <w:p w14:paraId="6CB42411"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482E7FDF"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1D66C4B1" w14:textId="77777777" w:rsidR="00427B2B" w:rsidRPr="00471D7C" w:rsidRDefault="00427B2B" w:rsidP="00D845B1">
            <w:pPr>
              <w:spacing w:after="0"/>
              <w:jc w:val="center"/>
              <w:rPr>
                <w:szCs w:val="18"/>
              </w:rPr>
            </w:pPr>
          </w:p>
        </w:tc>
      </w:tr>
      <w:tr w:rsidR="00427B2B" w:rsidRPr="00427B2B" w14:paraId="4AD90FB8"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3C42A20B"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634F4873" w14:textId="6B5CFE21"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55675951"/>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Asistencias técnicas</w:t>
            </w:r>
          </w:p>
        </w:tc>
        <w:tc>
          <w:tcPr>
            <w:tcW w:w="992" w:type="dxa"/>
            <w:tcBorders>
              <w:top w:val="single" w:sz="4" w:space="0" w:color="9CB9A6"/>
              <w:left w:val="single" w:sz="4" w:space="0" w:color="9CB9A6"/>
              <w:bottom w:val="single" w:sz="4" w:space="0" w:color="9CB9A6"/>
              <w:right w:val="single" w:sz="4" w:space="0" w:color="9CB9A6"/>
            </w:tcBorders>
          </w:tcPr>
          <w:p w14:paraId="508B0DEA"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94F1D44"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554172AC" w14:textId="77777777" w:rsidR="00427B2B" w:rsidRPr="00471D7C" w:rsidRDefault="00427B2B" w:rsidP="00D845B1">
            <w:pPr>
              <w:spacing w:after="0"/>
              <w:jc w:val="center"/>
              <w:rPr>
                <w:szCs w:val="18"/>
              </w:rPr>
            </w:pPr>
          </w:p>
        </w:tc>
      </w:tr>
      <w:tr w:rsidR="00427B2B" w:rsidRPr="00427B2B" w14:paraId="1F3BF9DB"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2D97B72C"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305AD5D2" w14:textId="38E90E23"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906532556"/>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Actividades de dinamización.</w:t>
            </w:r>
          </w:p>
        </w:tc>
        <w:tc>
          <w:tcPr>
            <w:tcW w:w="992" w:type="dxa"/>
            <w:tcBorders>
              <w:top w:val="single" w:sz="4" w:space="0" w:color="9CB9A6"/>
              <w:left w:val="single" w:sz="4" w:space="0" w:color="9CB9A6"/>
              <w:bottom w:val="single" w:sz="4" w:space="0" w:color="9CB9A6"/>
              <w:right w:val="single" w:sz="4" w:space="0" w:color="9CB9A6"/>
            </w:tcBorders>
          </w:tcPr>
          <w:p w14:paraId="278C5760"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000C491D"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08D645AF" w14:textId="77777777" w:rsidR="00427B2B" w:rsidRPr="00471D7C" w:rsidRDefault="00427B2B" w:rsidP="00D845B1">
            <w:pPr>
              <w:spacing w:after="0"/>
              <w:jc w:val="center"/>
              <w:rPr>
                <w:szCs w:val="18"/>
              </w:rPr>
            </w:pPr>
          </w:p>
        </w:tc>
      </w:tr>
      <w:tr w:rsidR="00427B2B" w:rsidRPr="00427B2B" w14:paraId="42561DCB"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53CA7434" w14:textId="77777777" w:rsidR="00427B2B" w:rsidRPr="00427B2B" w:rsidRDefault="00427B2B" w:rsidP="00D845B1">
            <w:pPr>
              <w:jc w:val="both"/>
              <w:rPr>
                <w:color w:val="18482E"/>
                <w:sz w:val="20"/>
                <w:szCs w:val="20"/>
              </w:rPr>
            </w:pPr>
          </w:p>
        </w:tc>
        <w:tc>
          <w:tcPr>
            <w:tcW w:w="4381" w:type="dxa"/>
            <w:gridSpan w:val="2"/>
            <w:tcBorders>
              <w:top w:val="single" w:sz="4" w:space="0" w:color="8AA694"/>
              <w:left w:val="single" w:sz="4" w:space="0" w:color="8AA694"/>
              <w:bottom w:val="single" w:sz="4" w:space="0" w:color="8AA694"/>
              <w:right w:val="single" w:sz="4" w:space="0" w:color="9CB9A6"/>
            </w:tcBorders>
            <w:vAlign w:val="center"/>
          </w:tcPr>
          <w:p w14:paraId="18D8CE80" w14:textId="22AF6E30" w:rsidR="00427B2B" w:rsidRPr="00471D7C" w:rsidRDefault="00427B2B" w:rsidP="00D845B1">
            <w:pPr>
              <w:spacing w:after="0"/>
              <w:jc w:val="both"/>
              <w:rPr>
                <w:color w:val="000000" w:themeColor="text1"/>
                <w:szCs w:val="18"/>
              </w:rPr>
            </w:pPr>
            <w:sdt>
              <w:sdtPr>
                <w:rPr>
                  <w:rFonts w:ascii="Segoe UI Symbol" w:hAnsi="Segoe UI Symbol" w:cs="Segoe UI Symbol"/>
                  <w:color w:val="000000" w:themeColor="text1"/>
                  <w:szCs w:val="18"/>
                  <w:lang w:val="es-ES"/>
                </w:rPr>
                <w:id w:val="-859280092"/>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Actividades de formación</w:t>
            </w:r>
          </w:p>
        </w:tc>
        <w:tc>
          <w:tcPr>
            <w:tcW w:w="992" w:type="dxa"/>
            <w:tcBorders>
              <w:top w:val="single" w:sz="4" w:space="0" w:color="9CB9A6"/>
              <w:left w:val="single" w:sz="4" w:space="0" w:color="9CB9A6"/>
              <w:bottom w:val="single" w:sz="4" w:space="0" w:color="9CB9A6"/>
              <w:right w:val="single" w:sz="4" w:space="0" w:color="9CB9A6"/>
            </w:tcBorders>
          </w:tcPr>
          <w:p w14:paraId="05905184"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79EF1047"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1D5433DB" w14:textId="77777777" w:rsidR="00427B2B" w:rsidRPr="00471D7C" w:rsidRDefault="00427B2B" w:rsidP="00D845B1">
            <w:pPr>
              <w:spacing w:after="0"/>
              <w:jc w:val="center"/>
              <w:rPr>
                <w:szCs w:val="18"/>
              </w:rPr>
            </w:pPr>
          </w:p>
        </w:tc>
      </w:tr>
      <w:tr w:rsidR="00427B2B" w:rsidRPr="00427B2B" w14:paraId="5E1339EC" w14:textId="77777777" w:rsidTr="00427B2B">
        <w:trPr>
          <w:cantSplit/>
          <w:trHeight w:hRule="exact" w:val="238"/>
        </w:trPr>
        <w:tc>
          <w:tcPr>
            <w:tcW w:w="1460" w:type="dxa"/>
            <w:vMerge/>
            <w:tcBorders>
              <w:top w:val="single" w:sz="4" w:space="0" w:color="8AA694"/>
              <w:left w:val="single" w:sz="4" w:space="0" w:color="8AA694"/>
              <w:bottom w:val="single" w:sz="4" w:space="0" w:color="8AA694"/>
              <w:right w:val="single" w:sz="4" w:space="0" w:color="8AA694"/>
            </w:tcBorders>
            <w:shd w:val="clear" w:color="auto" w:fill="EAF3EC"/>
          </w:tcPr>
          <w:p w14:paraId="312DAD07" w14:textId="77777777" w:rsidR="00427B2B" w:rsidRPr="00427B2B" w:rsidRDefault="00427B2B" w:rsidP="00D845B1">
            <w:pPr>
              <w:jc w:val="both"/>
              <w:rPr>
                <w:color w:val="18482E"/>
                <w:sz w:val="20"/>
                <w:szCs w:val="20"/>
              </w:rPr>
            </w:pPr>
          </w:p>
        </w:tc>
        <w:tc>
          <w:tcPr>
            <w:tcW w:w="2255" w:type="dxa"/>
            <w:tcBorders>
              <w:top w:val="single" w:sz="4" w:space="0" w:color="8AA694"/>
              <w:left w:val="single" w:sz="4" w:space="0" w:color="8AA694"/>
              <w:bottom w:val="single" w:sz="4" w:space="0" w:color="8AA694"/>
              <w:right w:val="single" w:sz="4" w:space="0" w:color="8AA694"/>
            </w:tcBorders>
            <w:vAlign w:val="center"/>
          </w:tcPr>
          <w:p w14:paraId="4053BFFB" w14:textId="4A71DA93" w:rsidR="00427B2B" w:rsidRPr="00471D7C" w:rsidRDefault="00427B2B" w:rsidP="00D845B1">
            <w:pPr>
              <w:spacing w:after="0"/>
              <w:jc w:val="both"/>
              <w:rPr>
                <w:color w:val="18482E"/>
                <w:szCs w:val="18"/>
              </w:rPr>
            </w:pPr>
            <w:sdt>
              <w:sdtPr>
                <w:rPr>
                  <w:rFonts w:ascii="Segoe UI Symbol" w:hAnsi="Segoe UI Symbol" w:cs="Segoe UI Symbol"/>
                  <w:color w:val="000000" w:themeColor="text1"/>
                  <w:szCs w:val="18"/>
                  <w:lang w:val="es-ES"/>
                </w:rPr>
                <w:id w:val="2001544586"/>
                <w14:checkbox>
                  <w14:checked w14:val="0"/>
                  <w14:checkedState w14:val="2612" w14:font="MS Gothic"/>
                  <w14:uncheckedState w14:val="2610" w14:font="MS Gothic"/>
                </w14:checkbox>
              </w:sdtPr>
              <w:sdtContent>
                <w:r w:rsidRPr="00471D7C">
                  <w:rPr>
                    <w:rFonts w:ascii="MS Gothic" w:eastAsia="MS Gothic" w:hAnsi="MS Gothic" w:cs="Segoe UI Symbol" w:hint="eastAsia"/>
                    <w:color w:val="000000" w:themeColor="text1"/>
                    <w:szCs w:val="18"/>
                    <w:lang w:val="es-ES"/>
                  </w:rPr>
                  <w:t>☐</w:t>
                </w:r>
              </w:sdtContent>
            </w:sdt>
            <w:r w:rsidRPr="00471D7C">
              <w:rPr>
                <w:color w:val="000000" w:themeColor="text1"/>
                <w:szCs w:val="18"/>
                <w:lang w:val="es-ES"/>
              </w:rPr>
              <w:t xml:space="preserve"> </w:t>
            </w:r>
            <w:r w:rsidRPr="00471D7C">
              <w:rPr>
                <w:color w:val="000000" w:themeColor="text1"/>
                <w:szCs w:val="18"/>
              </w:rPr>
              <w:t xml:space="preserve">Otros (especificar) </w:t>
            </w:r>
          </w:p>
        </w:tc>
        <w:tc>
          <w:tcPr>
            <w:tcW w:w="2126" w:type="dxa"/>
            <w:tcBorders>
              <w:top w:val="single" w:sz="4" w:space="0" w:color="8AA694"/>
              <w:left w:val="single" w:sz="4" w:space="0" w:color="8AA694"/>
              <w:bottom w:val="single" w:sz="4" w:space="0" w:color="8AA694"/>
              <w:right w:val="single" w:sz="4" w:space="0" w:color="9CB9A6"/>
            </w:tcBorders>
            <w:shd w:val="clear" w:color="auto" w:fill="FFFFFF"/>
            <w:vAlign w:val="center"/>
          </w:tcPr>
          <w:p w14:paraId="67F8E33D" w14:textId="77777777" w:rsidR="00427B2B" w:rsidRPr="00471D7C" w:rsidRDefault="00427B2B" w:rsidP="00D845B1">
            <w:pPr>
              <w:spacing w:after="0"/>
              <w:jc w:val="both"/>
              <w:rPr>
                <w:color w:val="000000" w:themeColor="text1"/>
                <w:szCs w:val="18"/>
              </w:rPr>
            </w:pPr>
          </w:p>
        </w:tc>
        <w:tc>
          <w:tcPr>
            <w:tcW w:w="992" w:type="dxa"/>
            <w:tcBorders>
              <w:top w:val="single" w:sz="4" w:space="0" w:color="9CB9A6"/>
              <w:left w:val="single" w:sz="4" w:space="0" w:color="9CB9A6"/>
              <w:bottom w:val="single" w:sz="4" w:space="0" w:color="9CB9A6"/>
              <w:right w:val="single" w:sz="4" w:space="0" w:color="9CB9A6"/>
            </w:tcBorders>
          </w:tcPr>
          <w:p w14:paraId="07BBC925" w14:textId="77777777" w:rsidR="00427B2B" w:rsidRPr="00471D7C" w:rsidRDefault="00427B2B" w:rsidP="00D845B1">
            <w:pPr>
              <w:spacing w:after="0"/>
              <w:jc w:val="both"/>
              <w:rPr>
                <w:color w:val="000000" w:themeColor="text1"/>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757D0A22" w14:textId="77777777" w:rsidR="00427B2B" w:rsidRPr="00471D7C" w:rsidRDefault="00427B2B" w:rsidP="00D845B1">
            <w:pPr>
              <w:spacing w:after="0"/>
              <w:jc w:val="center"/>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253E320F" w14:textId="77777777" w:rsidR="00427B2B" w:rsidRPr="00471D7C" w:rsidRDefault="00427B2B" w:rsidP="00D845B1">
            <w:pPr>
              <w:spacing w:after="0"/>
              <w:jc w:val="center"/>
              <w:rPr>
                <w:szCs w:val="18"/>
              </w:rPr>
            </w:pPr>
          </w:p>
        </w:tc>
      </w:tr>
      <w:tr w:rsidR="00427B2B" w:rsidRPr="009647CC" w14:paraId="3C92BB20" w14:textId="77777777" w:rsidTr="00427B2B">
        <w:trPr>
          <w:cantSplit/>
          <w:trHeight w:hRule="exact" w:val="238"/>
        </w:trPr>
        <w:tc>
          <w:tcPr>
            <w:tcW w:w="3715" w:type="dxa"/>
            <w:gridSpan w:val="2"/>
            <w:tcBorders>
              <w:top w:val="single" w:sz="4" w:space="0" w:color="8AA694"/>
              <w:bottom w:val="single" w:sz="4" w:space="0" w:color="31849B"/>
            </w:tcBorders>
          </w:tcPr>
          <w:p w14:paraId="39764FA5" w14:textId="77777777" w:rsidR="00427B2B" w:rsidRPr="0026320F" w:rsidRDefault="00427B2B" w:rsidP="00D845B1">
            <w:pPr>
              <w:spacing w:after="0"/>
              <w:jc w:val="both"/>
              <w:rPr>
                <w:color w:val="18482E"/>
                <w:sz w:val="20"/>
                <w:szCs w:val="20"/>
              </w:rPr>
            </w:pPr>
          </w:p>
        </w:tc>
        <w:tc>
          <w:tcPr>
            <w:tcW w:w="2126" w:type="dxa"/>
            <w:tcBorders>
              <w:top w:val="single" w:sz="4" w:space="0" w:color="8AA694"/>
              <w:bottom w:val="single" w:sz="4" w:space="0" w:color="31849B"/>
              <w:right w:val="single" w:sz="4" w:space="0" w:color="9CB9A6"/>
            </w:tcBorders>
          </w:tcPr>
          <w:p w14:paraId="0ADA32B4" w14:textId="77777777" w:rsidR="00427B2B" w:rsidRPr="0026320F" w:rsidRDefault="00427B2B" w:rsidP="00D845B1">
            <w:pPr>
              <w:spacing w:after="0"/>
              <w:jc w:val="both"/>
              <w:rPr>
                <w:color w:val="18482E"/>
                <w:sz w:val="20"/>
                <w:szCs w:val="20"/>
              </w:rPr>
            </w:pPr>
          </w:p>
        </w:tc>
        <w:tc>
          <w:tcPr>
            <w:tcW w:w="992" w:type="dxa"/>
            <w:tcBorders>
              <w:top w:val="single" w:sz="4" w:space="0" w:color="9CB9A6"/>
              <w:left w:val="single" w:sz="4" w:space="0" w:color="9CB9A6"/>
              <w:bottom w:val="single" w:sz="4" w:space="0" w:color="9CB9A6"/>
              <w:right w:val="single" w:sz="4" w:space="0" w:color="9CB9A6"/>
            </w:tcBorders>
          </w:tcPr>
          <w:p w14:paraId="5A539558" w14:textId="77777777" w:rsidR="00427B2B" w:rsidRPr="00471D7C" w:rsidRDefault="00427B2B" w:rsidP="00D845B1">
            <w:pPr>
              <w:spacing w:after="0"/>
              <w:jc w:val="both"/>
              <w:rPr>
                <w:szCs w:val="18"/>
              </w:rPr>
            </w:pPr>
          </w:p>
        </w:tc>
        <w:tc>
          <w:tcPr>
            <w:tcW w:w="1623" w:type="dxa"/>
            <w:tcBorders>
              <w:left w:val="nil"/>
              <w:bottom w:val="single" w:sz="4" w:space="0" w:color="auto"/>
            </w:tcBorders>
            <w:vAlign w:val="center"/>
          </w:tcPr>
          <w:p w14:paraId="46F8ED35" w14:textId="77777777" w:rsidR="00427B2B" w:rsidRPr="00471D7C" w:rsidRDefault="00427B2B" w:rsidP="00D845B1">
            <w:pPr>
              <w:spacing w:after="0"/>
              <w:jc w:val="both"/>
              <w:rPr>
                <w:szCs w:val="18"/>
              </w:rPr>
            </w:pPr>
          </w:p>
        </w:tc>
        <w:tc>
          <w:tcPr>
            <w:tcW w:w="1583" w:type="dxa"/>
            <w:tcBorders>
              <w:bottom w:val="single" w:sz="4" w:space="0" w:color="auto"/>
            </w:tcBorders>
            <w:vAlign w:val="center"/>
          </w:tcPr>
          <w:p w14:paraId="5BA3F8F5" w14:textId="77777777" w:rsidR="00427B2B" w:rsidRPr="00471D7C" w:rsidRDefault="00427B2B" w:rsidP="00D845B1">
            <w:pPr>
              <w:spacing w:after="0"/>
              <w:jc w:val="both"/>
              <w:rPr>
                <w:szCs w:val="18"/>
              </w:rPr>
            </w:pPr>
          </w:p>
        </w:tc>
      </w:tr>
      <w:tr w:rsidR="00427B2B" w:rsidRPr="009647CC" w14:paraId="2303805D" w14:textId="77777777" w:rsidTr="00427B2B">
        <w:trPr>
          <w:cantSplit/>
          <w:trHeight w:hRule="exact" w:val="312"/>
        </w:trPr>
        <w:tc>
          <w:tcPr>
            <w:tcW w:w="5841" w:type="dxa"/>
            <w:gridSpan w:val="3"/>
            <w:tcBorders>
              <w:top w:val="single" w:sz="4" w:space="0" w:color="31849B"/>
              <w:left w:val="single" w:sz="4" w:space="0" w:color="31849B"/>
              <w:bottom w:val="single" w:sz="4" w:space="0" w:color="31849B"/>
              <w:right w:val="single" w:sz="4" w:space="0" w:color="9CB9A6"/>
            </w:tcBorders>
            <w:shd w:val="clear" w:color="auto" w:fill="EAF3EC"/>
            <w:vAlign w:val="center"/>
          </w:tcPr>
          <w:p w14:paraId="77E783C9" w14:textId="77777777" w:rsidR="00427B2B" w:rsidRPr="0026320F" w:rsidRDefault="00427B2B" w:rsidP="001075AD">
            <w:pPr>
              <w:spacing w:after="0"/>
              <w:rPr>
                <w:color w:val="18482E"/>
                <w:sz w:val="20"/>
                <w:szCs w:val="20"/>
              </w:rPr>
            </w:pPr>
            <w:r w:rsidRPr="0026320F">
              <w:rPr>
                <w:color w:val="18482E"/>
                <w:sz w:val="17"/>
                <w:szCs w:val="20"/>
              </w:rPr>
              <w:t>Total inversión presentada:</w:t>
            </w:r>
          </w:p>
        </w:tc>
        <w:tc>
          <w:tcPr>
            <w:tcW w:w="992" w:type="dxa"/>
            <w:tcBorders>
              <w:top w:val="single" w:sz="4" w:space="0" w:color="9CB9A6"/>
              <w:left w:val="single" w:sz="4" w:space="0" w:color="9CB9A6"/>
              <w:bottom w:val="single" w:sz="4" w:space="0" w:color="9CB9A6"/>
              <w:right w:val="single" w:sz="4" w:space="0" w:color="9CB9A6"/>
            </w:tcBorders>
          </w:tcPr>
          <w:p w14:paraId="2EA7D374" w14:textId="77777777" w:rsidR="00427B2B" w:rsidRPr="00471D7C" w:rsidRDefault="00427B2B" w:rsidP="001075AD">
            <w:pPr>
              <w:spacing w:after="0"/>
              <w:rPr>
                <w:szCs w:val="18"/>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center"/>
          </w:tcPr>
          <w:p w14:paraId="2E4C5514" w14:textId="77777777" w:rsidR="00427B2B" w:rsidRPr="00471D7C" w:rsidRDefault="00427B2B" w:rsidP="001075AD">
            <w:pPr>
              <w:spacing w:after="0"/>
              <w:rPr>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67542B06" w14:textId="77777777" w:rsidR="00427B2B" w:rsidRPr="00471D7C" w:rsidRDefault="00427B2B" w:rsidP="001075AD">
            <w:pPr>
              <w:spacing w:after="0"/>
              <w:rPr>
                <w:szCs w:val="18"/>
              </w:rPr>
            </w:pPr>
          </w:p>
        </w:tc>
      </w:tr>
    </w:tbl>
    <w:p w14:paraId="58603AF0" w14:textId="77777777" w:rsidR="00DB2DC9" w:rsidRDefault="00DB2DC9">
      <w:pPr>
        <w:spacing w:after="0"/>
      </w:pPr>
    </w:p>
    <w:p w14:paraId="7EC1EA24" w14:textId="77777777" w:rsidR="00DB2DC9" w:rsidRPr="00497C72" w:rsidRDefault="00A3308C" w:rsidP="002C0037">
      <w:pPr>
        <w:keepNext/>
        <w:pBdr>
          <w:bottom w:val="single" w:sz="8" w:space="2" w:color="18482E"/>
        </w:pBdr>
        <w:spacing w:before="100" w:after="0"/>
        <w:rPr>
          <w:lang w:val="es-ES"/>
        </w:rPr>
      </w:pPr>
      <w:bookmarkStart w:id="13" w:name="ap_ej_economico_55632"/>
      <w:r w:rsidRPr="00497C72">
        <w:rPr>
          <w:b/>
          <w:color w:val="18482E"/>
          <w:sz w:val="24"/>
          <w:lang w:val="es-ES"/>
        </w:rPr>
        <w:t>3.2. Régimen del Impuesto sobre el Valor Añadido (IVA)</w:t>
      </w:r>
      <w:bookmarkEnd w:id="13"/>
    </w:p>
    <w:p w14:paraId="704068ED" w14:textId="77777777" w:rsidR="00DB2DC9" w:rsidRDefault="00A3308C">
      <w:pPr>
        <w:keepNext/>
        <w:spacing w:after="20"/>
        <w:jc w:val="right"/>
      </w:pPr>
      <w:hyperlink w:anchor="ej_economico"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p w14:paraId="385952C1" w14:textId="77777777" w:rsidR="002C0037" w:rsidRDefault="002C0037"/>
    <w:tbl>
      <w:tblPr>
        <w:tblW w:w="0" w:type="auto"/>
        <w:jc w:val="center"/>
        <w:tblLook w:val="04A0" w:firstRow="1" w:lastRow="0" w:firstColumn="1" w:lastColumn="0" w:noHBand="0" w:noVBand="1"/>
      </w:tblPr>
      <w:tblGrid>
        <w:gridCol w:w="10246"/>
      </w:tblGrid>
      <w:tr w:rsidR="00DB2DC9" w:rsidRPr="00497C72" w14:paraId="756DC5F1" w14:textId="77777777">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7206440E" w14:textId="77777777" w:rsidR="00DB2DC9" w:rsidRPr="00497C72" w:rsidRDefault="00A3308C">
            <w:pPr>
              <w:keepNext/>
              <w:spacing w:after="0"/>
              <w:rPr>
                <w:lang w:val="es-ES"/>
              </w:rPr>
            </w:pPr>
            <w:r w:rsidRPr="00497C72">
              <w:rPr>
                <w:b/>
                <w:color w:val="000000"/>
                <w:lang w:val="es-ES"/>
              </w:rPr>
              <w:t>Instrucciones:</w:t>
            </w:r>
            <w:r w:rsidRPr="00497C72">
              <w:rPr>
                <w:color w:val="000000"/>
                <w:lang w:val="es-ES"/>
              </w:rPr>
              <w:t xml:space="preserve"> declare obligatoriamente la situación de la entidad respecto del IVA correspondiente a estas operaciones. Solo será subvencionable el IVA efectiva y definitivamente soportado que no pueda recuperarse, compensarse o deducirse.</w:t>
            </w:r>
          </w:p>
        </w:tc>
      </w:tr>
    </w:tbl>
    <w:p w14:paraId="0F4FAE4F" w14:textId="77777777" w:rsidR="00DB2DC9" w:rsidRPr="00497C72" w:rsidRDefault="00DB2DC9">
      <w:pPr>
        <w:spacing w:after="0"/>
        <w:rPr>
          <w:lang w:val="es-ES"/>
        </w:rPr>
      </w:pPr>
    </w:p>
    <w:tbl>
      <w:tblPr>
        <w:tblW w:w="0" w:type="auto"/>
        <w:jc w:val="center"/>
        <w:tblLayout w:type="fixed"/>
        <w:tblLook w:val="04A0" w:firstRow="1" w:lastRow="0" w:firstColumn="1" w:lastColumn="0" w:noHBand="0" w:noVBand="1"/>
      </w:tblPr>
      <w:tblGrid>
        <w:gridCol w:w="3288"/>
        <w:gridCol w:w="1240"/>
        <w:gridCol w:w="1276"/>
        <w:gridCol w:w="4230"/>
      </w:tblGrid>
      <w:tr w:rsidR="00DB2DC9" w14:paraId="2ADFBF9D" w14:textId="77777777" w:rsidTr="005B5D11">
        <w:trPr>
          <w:cantSplit/>
          <w:tblHeader/>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EDEB4A2" w14:textId="77777777" w:rsidR="00DB2DC9" w:rsidRDefault="00A3308C">
            <w:pPr>
              <w:spacing w:after="0"/>
              <w:jc w:val="center"/>
            </w:pPr>
            <w:r>
              <w:rPr>
                <w:b/>
                <w:color w:val="18482E"/>
                <w:sz w:val="17"/>
              </w:rPr>
              <w:t>Situación respecto al IVA</w:t>
            </w:r>
          </w:p>
        </w:tc>
        <w:tc>
          <w:tcPr>
            <w:tcW w:w="1240"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0C4A3F0" w14:textId="77777777" w:rsidR="00DB2DC9" w:rsidRDefault="00A3308C">
            <w:pPr>
              <w:spacing w:after="0"/>
              <w:jc w:val="center"/>
            </w:pPr>
            <w:r>
              <w:rPr>
                <w:b/>
                <w:color w:val="18482E"/>
                <w:sz w:val="17"/>
              </w:rPr>
              <w:t>Marcar una opción</w:t>
            </w:r>
          </w:p>
        </w:tc>
        <w:tc>
          <w:tcPr>
            <w:tcW w:w="1276"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2D1F60B" w14:textId="77777777" w:rsidR="00DB2DC9" w:rsidRDefault="00A3308C">
            <w:pPr>
              <w:spacing w:after="0"/>
              <w:jc w:val="center"/>
            </w:pPr>
            <w:r>
              <w:rPr>
                <w:b/>
                <w:color w:val="18482E"/>
                <w:sz w:val="17"/>
              </w:rPr>
              <w:t>Porcentaje / prorrata</w:t>
            </w:r>
          </w:p>
        </w:tc>
        <w:tc>
          <w:tcPr>
            <w:tcW w:w="4230"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BD8E540" w14:textId="77777777" w:rsidR="00DB2DC9" w:rsidRDefault="00A3308C">
            <w:pPr>
              <w:spacing w:after="0"/>
              <w:jc w:val="center"/>
            </w:pPr>
            <w:r>
              <w:rPr>
                <w:b/>
                <w:color w:val="18482E"/>
                <w:sz w:val="17"/>
              </w:rPr>
              <w:t>Documento acreditativo</w:t>
            </w:r>
          </w:p>
        </w:tc>
      </w:tr>
      <w:tr w:rsidR="00DB2DC9" w14:paraId="3972E170" w14:textId="77777777" w:rsidTr="005B5D11">
        <w:trPr>
          <w:cantSplit/>
          <w:trHeight w:val="257"/>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64C6AB12" w14:textId="77777777" w:rsidR="00DB2DC9" w:rsidRDefault="00A3308C">
            <w:pPr>
              <w:spacing w:after="0"/>
            </w:pPr>
            <w:r>
              <w:rPr>
                <w:color w:val="18482E"/>
                <w:sz w:val="17"/>
              </w:rPr>
              <w:t>IVA totalmente recuperable</w:t>
            </w:r>
          </w:p>
        </w:tc>
        <w:sdt>
          <w:sdtPr>
            <w:id w:val="247477421"/>
            <w14:checkbox>
              <w14:checked w14:val="0"/>
              <w14:checkedState w14:val="2612" w14:font="MS Gothic"/>
              <w14:uncheckedState w14:val="2610" w14:font="MS Gothic"/>
            </w14:checkbox>
          </w:sdtPr>
          <w:sdtContent>
            <w:tc>
              <w:tcPr>
                <w:tcW w:w="124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49DC4DB" w14:textId="5AA89A96" w:rsidR="00DB2DC9" w:rsidRDefault="00B363B0">
                <w:pPr>
                  <w:spacing w:after="0"/>
                </w:pPr>
                <w:r>
                  <w:rPr>
                    <w:rFonts w:ascii="MS Gothic" w:eastAsia="MS Gothic" w:hAnsi="MS Gothic" w:hint="eastAsia"/>
                  </w:rPr>
                  <w:t>☐</w:t>
                </w:r>
              </w:p>
            </w:tc>
          </w:sdtContent>
        </w:sdt>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395CDF1" w14:textId="77777777" w:rsidR="00DB2DC9" w:rsidRDefault="00DB2DC9">
            <w:pPr>
              <w:spacing w:after="0"/>
            </w:pPr>
          </w:p>
        </w:tc>
        <w:tc>
          <w:tcPr>
            <w:tcW w:w="423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50A5BDC" w14:textId="77777777" w:rsidR="00DB2DC9" w:rsidRDefault="00DB2DC9">
            <w:pPr>
              <w:spacing w:after="0"/>
            </w:pPr>
          </w:p>
        </w:tc>
      </w:tr>
      <w:tr w:rsidR="00DB2DC9" w14:paraId="3CE797B1" w14:textId="77777777" w:rsidTr="005B5D11">
        <w:trPr>
          <w:cantSplit/>
          <w:trHeight w:val="453"/>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073F495A" w14:textId="77777777" w:rsidR="00DB2DC9" w:rsidRDefault="00A3308C">
            <w:pPr>
              <w:spacing w:after="0"/>
            </w:pPr>
            <w:r>
              <w:rPr>
                <w:color w:val="18482E"/>
                <w:sz w:val="17"/>
              </w:rPr>
              <w:t>IVA parcialmente recuperable</w:t>
            </w:r>
          </w:p>
        </w:tc>
        <w:tc>
          <w:tcPr>
            <w:tcW w:w="124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7"/>
              </w:rPr>
              <w:id w:val="2094654981"/>
              <w14:checkbox>
                <w14:checked w14:val="0"/>
                <w14:checkedState w14:val="2612" w14:font="MS Gothic"/>
                <w14:uncheckedState w14:val="2610" w14:font="MS Gothic"/>
              </w14:checkbox>
            </w:sdtPr>
            <w:sdtContent>
              <w:p w14:paraId="21EDB5FF" w14:textId="0F76A7EA" w:rsidR="00DB2DC9" w:rsidRDefault="005B5D11">
                <w:pPr>
                  <w:spacing w:after="0"/>
                </w:pPr>
                <w:r>
                  <w:rPr>
                    <w:rFonts w:ascii="MS Gothic" w:eastAsia="MS Gothic" w:hAnsi="MS Gothic" w:hint="eastAsia"/>
                    <w:sz w:val="17"/>
                  </w:rPr>
                  <w:t>☐</w:t>
                </w:r>
              </w:p>
            </w:sdtContent>
          </w:sdt>
        </w:tc>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76BC93C" w14:textId="77777777" w:rsidR="00DB2DC9" w:rsidRDefault="00A3308C">
            <w:pPr>
              <w:spacing w:after="0"/>
            </w:pPr>
            <w:r>
              <w:rPr>
                <w:sz w:val="17"/>
              </w:rPr>
              <w:t>____ %</w:t>
            </w:r>
          </w:p>
        </w:tc>
        <w:tc>
          <w:tcPr>
            <w:tcW w:w="423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D13D538" w14:textId="77777777" w:rsidR="00DB2DC9" w:rsidRDefault="00DB2DC9">
            <w:pPr>
              <w:spacing w:after="0"/>
            </w:pPr>
          </w:p>
        </w:tc>
      </w:tr>
      <w:tr w:rsidR="00DB2DC9" w14:paraId="31B0B4E0" w14:textId="77777777" w:rsidTr="005B5D11">
        <w:trPr>
          <w:cantSplit/>
          <w:trHeight w:val="453"/>
          <w:jc w:val="center"/>
        </w:trPr>
        <w:tc>
          <w:tcPr>
            <w:tcW w:w="3288"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1BB32CAE" w14:textId="77777777" w:rsidR="00DB2DC9" w:rsidRDefault="00A3308C">
            <w:pPr>
              <w:spacing w:after="0"/>
            </w:pPr>
            <w:r>
              <w:rPr>
                <w:color w:val="18482E"/>
                <w:sz w:val="17"/>
              </w:rPr>
              <w:t>IVA no recuperable</w:t>
            </w:r>
          </w:p>
        </w:tc>
        <w:tc>
          <w:tcPr>
            <w:tcW w:w="124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sdt>
            <w:sdtPr>
              <w:rPr>
                <w:sz w:val="17"/>
              </w:rPr>
              <w:id w:val="-1509368342"/>
              <w14:checkbox>
                <w14:checked w14:val="0"/>
                <w14:checkedState w14:val="2612" w14:font="MS Gothic"/>
                <w14:uncheckedState w14:val="2610" w14:font="MS Gothic"/>
              </w14:checkbox>
            </w:sdtPr>
            <w:sdtContent>
              <w:p w14:paraId="43C5DEB6" w14:textId="63AEE106" w:rsidR="00DB2DC9" w:rsidRDefault="005B5D11">
                <w:pPr>
                  <w:spacing w:after="0"/>
                </w:pPr>
                <w:r>
                  <w:rPr>
                    <w:rFonts w:ascii="MS Gothic" w:eastAsia="MS Gothic" w:hAnsi="MS Gothic" w:hint="eastAsia"/>
                    <w:sz w:val="17"/>
                  </w:rPr>
                  <w:t>☐</w:t>
                </w:r>
              </w:p>
            </w:sdtContent>
          </w:sdt>
        </w:tc>
        <w:tc>
          <w:tcPr>
            <w:tcW w:w="1276"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8FDBB3F" w14:textId="77777777" w:rsidR="00DB2DC9" w:rsidRDefault="00DB2DC9">
            <w:pPr>
              <w:spacing w:after="0"/>
            </w:pPr>
          </w:p>
        </w:tc>
        <w:tc>
          <w:tcPr>
            <w:tcW w:w="423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9050C2B" w14:textId="77777777" w:rsidR="00DB2DC9" w:rsidRDefault="00DB2DC9">
            <w:pPr>
              <w:spacing w:after="0"/>
            </w:pPr>
          </w:p>
        </w:tc>
      </w:tr>
    </w:tbl>
    <w:p w14:paraId="6317B463" w14:textId="77777777" w:rsidR="00DB2DC9" w:rsidRDefault="00DB2DC9">
      <w:pPr>
        <w:spacing w:after="0"/>
      </w:pPr>
    </w:p>
    <w:p w14:paraId="1F7030F4" w14:textId="77777777" w:rsidR="00DB2DC9" w:rsidRDefault="00A3308C" w:rsidP="004B176D">
      <w:pPr>
        <w:keepNext/>
        <w:spacing w:before="100" w:after="60"/>
      </w:pPr>
      <w:r>
        <w:rPr>
          <w:b/>
          <w:color w:val="18482E"/>
          <w:sz w:val="20"/>
        </w:rPr>
        <w:t>Justificación del régimen de IVA</w:t>
      </w:r>
    </w:p>
    <w:tbl>
      <w:tblPr>
        <w:tblW w:w="0" w:type="auto"/>
        <w:jc w:val="center"/>
        <w:tblLook w:val="04A0" w:firstRow="1" w:lastRow="0" w:firstColumn="1" w:lastColumn="0" w:noHBand="0" w:noVBand="1"/>
      </w:tblPr>
      <w:tblGrid>
        <w:gridCol w:w="10250"/>
      </w:tblGrid>
      <w:tr w:rsidR="00DB2DC9" w:rsidRPr="00497C72" w14:paraId="21241716" w14:textId="77777777" w:rsidTr="00C56DFC">
        <w:trPr>
          <w:trHeight w:hRule="exact" w:val="1963"/>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2E12C534" w14:textId="77777777" w:rsidR="00DB2DC9" w:rsidRPr="00497C72" w:rsidRDefault="00A3308C">
            <w:pPr>
              <w:spacing w:after="0"/>
              <w:rPr>
                <w:lang w:val="es-ES"/>
              </w:rPr>
            </w:pPr>
            <w:r w:rsidRPr="00497C72">
              <w:rPr>
                <w:i/>
                <w:color w:val="7F7F7F"/>
                <w:lang w:val="es-ES"/>
              </w:rPr>
              <w:t>Explique el régimen aplicable, las actividades o conceptos afectados y, en su caso, el porcentaje de prorrata. Cite el certificado de Intervención, informe tributario u otro documento que acredite la situación declarada.</w:t>
            </w:r>
          </w:p>
        </w:tc>
      </w:tr>
    </w:tbl>
    <w:p w14:paraId="00966D81" w14:textId="77777777" w:rsidR="00DB2DC9" w:rsidRPr="00497C72" w:rsidRDefault="00DB2DC9">
      <w:pPr>
        <w:spacing w:after="0"/>
        <w:rPr>
          <w:lang w:val="es-ES"/>
        </w:rPr>
      </w:pPr>
    </w:p>
    <w:p w14:paraId="25F39E6B" w14:textId="77777777" w:rsidR="00DB2DC9" w:rsidRPr="002C0037" w:rsidRDefault="00A3308C" w:rsidP="002C0037">
      <w:pPr>
        <w:keepNext/>
        <w:pBdr>
          <w:bottom w:val="single" w:sz="8" w:space="2" w:color="18482E"/>
        </w:pBdr>
        <w:spacing w:before="100" w:after="0"/>
        <w:rPr>
          <w:b/>
          <w:color w:val="18482E"/>
          <w:sz w:val="24"/>
          <w:lang w:val="es-ES"/>
        </w:rPr>
      </w:pPr>
      <w:r w:rsidRPr="002C0037">
        <w:rPr>
          <w:b/>
          <w:color w:val="18482E"/>
          <w:sz w:val="24"/>
          <w:lang w:val="es-ES"/>
        </w:rPr>
        <w:t>3.3. Resumen del presupuesto</w:t>
      </w:r>
    </w:p>
    <w:p w14:paraId="673E01F3" w14:textId="77777777" w:rsidR="00C56DFC" w:rsidRDefault="00C56DFC"/>
    <w:tbl>
      <w:tblPr>
        <w:tblW w:w="0" w:type="auto"/>
        <w:jc w:val="center"/>
        <w:tblLayout w:type="fixed"/>
        <w:tblLook w:val="04A0" w:firstRow="1" w:lastRow="0" w:firstColumn="1" w:lastColumn="0" w:noHBand="0" w:noVBand="1"/>
      </w:tblPr>
      <w:tblGrid>
        <w:gridCol w:w="7483"/>
        <w:gridCol w:w="2551"/>
      </w:tblGrid>
      <w:tr w:rsidR="00DB2DC9" w14:paraId="79C95E89" w14:textId="77777777" w:rsidTr="00C56DFC">
        <w:trPr>
          <w:cantSplit/>
          <w:tblHeader/>
          <w:jc w:val="center"/>
        </w:trPr>
        <w:tc>
          <w:tcPr>
            <w:tcW w:w="7483"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E113D53" w14:textId="77777777" w:rsidR="00DB2DC9" w:rsidRDefault="00A3308C">
            <w:pPr>
              <w:keepNext/>
              <w:spacing w:after="0"/>
              <w:jc w:val="center"/>
            </w:pPr>
            <w:r>
              <w:rPr>
                <w:b/>
                <w:color w:val="18482E"/>
                <w:sz w:val="17"/>
              </w:rPr>
              <w:t>Concepto</w:t>
            </w:r>
          </w:p>
        </w:tc>
        <w:tc>
          <w:tcPr>
            <w:tcW w:w="255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66A5EF3" w14:textId="77777777" w:rsidR="00DB2DC9" w:rsidRDefault="00A3308C">
            <w:pPr>
              <w:keepNext/>
              <w:spacing w:after="0"/>
              <w:jc w:val="center"/>
            </w:pPr>
            <w:r>
              <w:rPr>
                <w:b/>
                <w:color w:val="18482E"/>
                <w:sz w:val="17"/>
              </w:rPr>
              <w:t>Importe</w:t>
            </w:r>
          </w:p>
        </w:tc>
      </w:tr>
      <w:tr w:rsidR="00DB2DC9" w14:paraId="6A584B8B" w14:textId="77777777" w:rsidTr="00C56DFC">
        <w:trPr>
          <w:cantSplit/>
          <w:trHeight w:val="338"/>
          <w:jc w:val="center"/>
        </w:trPr>
        <w:tc>
          <w:tcPr>
            <w:tcW w:w="7483"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3D3CB697" w14:textId="77777777" w:rsidR="00DB2DC9" w:rsidRPr="00497C72" w:rsidRDefault="00A3308C">
            <w:pPr>
              <w:keepNext/>
              <w:spacing w:after="0"/>
              <w:rPr>
                <w:lang w:val="es-ES"/>
              </w:rPr>
            </w:pPr>
            <w:r w:rsidRPr="00497C72">
              <w:rPr>
                <w:color w:val="18482E"/>
                <w:sz w:val="17"/>
                <w:lang w:val="es-ES"/>
              </w:rPr>
              <w:t>Inversión total de la operación (IVA incluido)</w:t>
            </w:r>
          </w:p>
        </w:tc>
        <w:tc>
          <w:tcPr>
            <w:tcW w:w="25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D358C68" w14:textId="77777777" w:rsidR="00DB2DC9" w:rsidRDefault="00A3308C">
            <w:pPr>
              <w:keepNext/>
              <w:spacing w:after="0"/>
            </w:pPr>
            <w:r>
              <w:rPr>
                <w:sz w:val="17"/>
              </w:rPr>
              <w:t>€</w:t>
            </w:r>
          </w:p>
        </w:tc>
      </w:tr>
      <w:tr w:rsidR="00DB2DC9" w14:paraId="29BB9D81" w14:textId="77777777" w:rsidTr="00C56DFC">
        <w:trPr>
          <w:cantSplit/>
          <w:trHeight w:val="301"/>
          <w:jc w:val="center"/>
        </w:trPr>
        <w:tc>
          <w:tcPr>
            <w:tcW w:w="7483"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58570490" w14:textId="77777777" w:rsidR="00DB2DC9" w:rsidRPr="00497C72" w:rsidRDefault="00A3308C">
            <w:pPr>
              <w:keepNext/>
              <w:spacing w:after="0"/>
              <w:rPr>
                <w:lang w:val="es-ES"/>
              </w:rPr>
            </w:pPr>
            <w:r w:rsidRPr="00497C72">
              <w:rPr>
                <w:color w:val="18482E"/>
                <w:sz w:val="17"/>
                <w:lang w:val="es-ES"/>
              </w:rPr>
              <w:t>Gastos no subvencionables o financiados fuera de LEADER</w:t>
            </w:r>
          </w:p>
        </w:tc>
        <w:tc>
          <w:tcPr>
            <w:tcW w:w="25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D56E5D3" w14:textId="77777777" w:rsidR="00DB2DC9" w:rsidRDefault="00A3308C">
            <w:pPr>
              <w:keepNext/>
              <w:spacing w:after="0"/>
            </w:pPr>
            <w:r>
              <w:rPr>
                <w:sz w:val="17"/>
              </w:rPr>
              <w:t>€</w:t>
            </w:r>
          </w:p>
        </w:tc>
      </w:tr>
      <w:tr w:rsidR="00DB2DC9" w14:paraId="4E69DA9E" w14:textId="77777777" w:rsidTr="00C56DFC">
        <w:trPr>
          <w:cantSplit/>
          <w:trHeight w:val="307"/>
          <w:jc w:val="center"/>
        </w:trPr>
        <w:tc>
          <w:tcPr>
            <w:tcW w:w="7483"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1D962D24" w14:textId="77777777" w:rsidR="00DB2DC9" w:rsidRPr="00497C72" w:rsidRDefault="00A3308C">
            <w:pPr>
              <w:keepNext/>
              <w:spacing w:after="0"/>
              <w:rPr>
                <w:lang w:val="es-ES"/>
              </w:rPr>
            </w:pPr>
            <w:r w:rsidRPr="00497C72">
              <w:rPr>
                <w:color w:val="18482E"/>
                <w:sz w:val="17"/>
                <w:lang w:val="es-ES"/>
              </w:rPr>
              <w:t>Inversión subvencionable solicitada (IVA incluido cuando proceda)</w:t>
            </w:r>
          </w:p>
        </w:tc>
        <w:tc>
          <w:tcPr>
            <w:tcW w:w="25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54E784D" w14:textId="77777777" w:rsidR="00DB2DC9" w:rsidRDefault="00A3308C">
            <w:pPr>
              <w:keepNext/>
              <w:spacing w:after="0"/>
            </w:pPr>
            <w:r>
              <w:rPr>
                <w:sz w:val="17"/>
              </w:rPr>
              <w:t>€</w:t>
            </w:r>
          </w:p>
        </w:tc>
      </w:tr>
      <w:tr w:rsidR="002C0037" w14:paraId="522197C3" w14:textId="77777777" w:rsidTr="00C56DFC">
        <w:trPr>
          <w:cantSplit/>
          <w:trHeight w:val="299"/>
          <w:jc w:val="center"/>
        </w:trPr>
        <w:tc>
          <w:tcPr>
            <w:tcW w:w="7483"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7090420F" w14:textId="77777777" w:rsidR="002C0037" w:rsidRPr="002C0037" w:rsidRDefault="002C0037" w:rsidP="002C0037">
            <w:pPr>
              <w:keepNext/>
              <w:spacing w:after="0"/>
              <w:rPr>
                <w:color w:val="18482E"/>
                <w:sz w:val="17"/>
                <w:lang w:val="es-ES"/>
              </w:rPr>
            </w:pPr>
            <w:r w:rsidRPr="002C0037">
              <w:rPr>
                <w:color w:val="18482E"/>
                <w:sz w:val="17"/>
                <w:lang w:val="es-ES"/>
              </w:rPr>
              <w:t>Ayuda LEADER solicitada</w:t>
            </w:r>
          </w:p>
        </w:tc>
        <w:tc>
          <w:tcPr>
            <w:tcW w:w="255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94333A8" w14:textId="77777777" w:rsidR="002C0037" w:rsidRPr="002C0037" w:rsidRDefault="002C0037" w:rsidP="002C0037">
            <w:pPr>
              <w:keepNext/>
              <w:spacing w:after="0"/>
              <w:rPr>
                <w:sz w:val="17"/>
              </w:rPr>
            </w:pPr>
            <w:r>
              <w:rPr>
                <w:sz w:val="17"/>
              </w:rPr>
              <w:t>€</w:t>
            </w:r>
          </w:p>
        </w:tc>
      </w:tr>
    </w:tbl>
    <w:p w14:paraId="35E58631" w14:textId="77777777" w:rsidR="002C0037" w:rsidRDefault="002C0037" w:rsidP="002C0037">
      <w:pPr>
        <w:keepNext/>
        <w:pBdr>
          <w:bottom w:val="single" w:sz="8" w:space="2" w:color="18482E"/>
        </w:pBdr>
        <w:spacing w:before="100" w:after="0"/>
        <w:rPr>
          <w:b/>
          <w:color w:val="18482E"/>
          <w:sz w:val="24"/>
          <w:lang w:val="es-ES"/>
        </w:rPr>
      </w:pPr>
    </w:p>
    <w:p w14:paraId="2A3CF453" w14:textId="486DC32E" w:rsidR="002C0037" w:rsidRPr="002C0037" w:rsidRDefault="002C0037" w:rsidP="002C0037">
      <w:pPr>
        <w:keepNext/>
        <w:pBdr>
          <w:bottom w:val="single" w:sz="8" w:space="2" w:color="18482E"/>
        </w:pBdr>
        <w:spacing w:before="100" w:after="0"/>
        <w:rPr>
          <w:b/>
          <w:color w:val="18482E"/>
          <w:sz w:val="24"/>
          <w:lang w:val="es-ES"/>
        </w:rPr>
      </w:pPr>
      <w:r w:rsidRPr="002C0037">
        <w:rPr>
          <w:b/>
          <w:color w:val="18482E"/>
          <w:sz w:val="24"/>
          <w:lang w:val="es-ES"/>
        </w:rPr>
        <w:t>3.4. Contratación y moderación de costes</w:t>
      </w:r>
    </w:p>
    <w:p w14:paraId="7F75D124" w14:textId="77777777" w:rsidR="002C0037" w:rsidRDefault="002C0037" w:rsidP="002C0037">
      <w:pPr>
        <w:keepNext/>
        <w:spacing w:after="20"/>
        <w:jc w:val="right"/>
      </w:pPr>
      <w:hyperlink w:anchor="ej_economico" w:history="1">
        <w:r w:rsidRPr="002C0037">
          <w:rPr>
            <w:b/>
            <w:color w:val="18482E"/>
            <w:sz w:val="15"/>
            <w:bdr w:val="single" w:sz="6" w:space="2" w:color="8BA99A"/>
            <w:shd w:val="clear" w:color="auto" w:fill="EAF3EC"/>
            <w:lang w:val="es-ES"/>
          </w:rPr>
          <w:t xml:space="preserve">  VER ORIENTACIÓN Y EJEMPLO  </w:t>
        </w:r>
      </w:hyperlink>
    </w:p>
    <w:p w14:paraId="2D5045FF" w14:textId="77777777" w:rsidR="002C0037" w:rsidRPr="002C0037" w:rsidRDefault="002C0037" w:rsidP="002C0037">
      <w:pPr>
        <w:keepNext/>
        <w:spacing w:after="20"/>
        <w:jc w:val="right"/>
        <w:rPr>
          <w:lang w:val="es-ES"/>
        </w:rPr>
      </w:pPr>
    </w:p>
    <w:tbl>
      <w:tblPr>
        <w:tblW w:w="0" w:type="auto"/>
        <w:jc w:val="center"/>
        <w:tblLook w:val="04A0" w:firstRow="1" w:lastRow="0" w:firstColumn="1" w:lastColumn="0" w:noHBand="0" w:noVBand="1"/>
      </w:tblPr>
      <w:tblGrid>
        <w:gridCol w:w="10246"/>
      </w:tblGrid>
      <w:tr w:rsidR="002C0037" w:rsidRPr="00497C72" w14:paraId="28BDAF7A" w14:textId="77777777" w:rsidTr="00743513">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65E54CBC" w14:textId="77777777" w:rsidR="002C0037" w:rsidRPr="00497C72" w:rsidRDefault="002C0037" w:rsidP="00743513">
            <w:pPr>
              <w:keepNext/>
              <w:spacing w:after="0"/>
              <w:rPr>
                <w:lang w:val="es-ES"/>
              </w:rPr>
            </w:pPr>
            <w:r w:rsidRPr="00497C72">
              <w:rPr>
                <w:b/>
                <w:color w:val="000000"/>
                <w:lang w:val="es-ES"/>
              </w:rPr>
              <w:t>Instrucciones:</w:t>
            </w:r>
            <w:r w:rsidRPr="00497C72">
              <w:rPr>
                <w:color w:val="000000"/>
                <w:lang w:val="es-ES"/>
              </w:rPr>
              <w:t xml:space="preserve"> relacione los contratos previstos y su correspondencia con las operaciones y partidas del presupuesto. La moderación se acreditará en la fase de pago mediante al menos tres ofertas comparables o, si no se reciben, mediante el informe detallado exigido por el artículo 11.6 de la convocatoria.</w:t>
            </w:r>
          </w:p>
        </w:tc>
      </w:tr>
    </w:tbl>
    <w:p w14:paraId="1001935F" w14:textId="77777777" w:rsidR="002C0037" w:rsidRPr="00497C72" w:rsidRDefault="002C0037" w:rsidP="002C0037">
      <w:pPr>
        <w:spacing w:after="0"/>
        <w:rPr>
          <w:lang w:val="es-ES"/>
        </w:rPr>
      </w:pPr>
    </w:p>
    <w:tbl>
      <w:tblPr>
        <w:tblW w:w="0" w:type="auto"/>
        <w:jc w:val="center"/>
        <w:tblLayout w:type="fixed"/>
        <w:tblLook w:val="04A0" w:firstRow="1" w:lastRow="0" w:firstColumn="1" w:lastColumn="0" w:noHBand="0" w:noVBand="1"/>
      </w:tblPr>
      <w:tblGrid>
        <w:gridCol w:w="2418"/>
        <w:gridCol w:w="1928"/>
        <w:gridCol w:w="1757"/>
        <w:gridCol w:w="1928"/>
        <w:gridCol w:w="2154"/>
      </w:tblGrid>
      <w:tr w:rsidR="002C0037" w14:paraId="13ED8398" w14:textId="77777777" w:rsidTr="002C0037">
        <w:trPr>
          <w:cantSplit/>
          <w:tblHeader/>
          <w:jc w:val="center"/>
        </w:trPr>
        <w:tc>
          <w:tcPr>
            <w:tcW w:w="241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277F51E5" w14:textId="77777777" w:rsidR="002C0037" w:rsidRDefault="002C0037" w:rsidP="00743513">
            <w:pPr>
              <w:spacing w:after="0"/>
              <w:jc w:val="center"/>
            </w:pPr>
            <w:r>
              <w:rPr>
                <w:b/>
                <w:color w:val="18482E"/>
                <w:sz w:val="16"/>
              </w:rPr>
              <w:t>Objeto del contrato</w:t>
            </w:r>
          </w:p>
        </w:tc>
        <w:tc>
          <w:tcPr>
            <w:tcW w:w="192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A758260" w14:textId="77777777" w:rsidR="002C0037" w:rsidRDefault="002C0037" w:rsidP="00743513">
            <w:pPr>
              <w:spacing w:after="0"/>
              <w:jc w:val="center"/>
            </w:pPr>
            <w:r>
              <w:rPr>
                <w:b/>
                <w:color w:val="18482E"/>
                <w:sz w:val="16"/>
              </w:rPr>
              <w:t>Operaciones / partidas</w:t>
            </w:r>
          </w:p>
        </w:tc>
        <w:tc>
          <w:tcPr>
            <w:tcW w:w="1757"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91781F3" w14:textId="77777777" w:rsidR="002C0037" w:rsidRDefault="002C0037" w:rsidP="00743513">
            <w:pPr>
              <w:spacing w:after="0"/>
              <w:jc w:val="center"/>
            </w:pPr>
            <w:r>
              <w:rPr>
                <w:b/>
                <w:color w:val="18482E"/>
                <w:sz w:val="16"/>
              </w:rPr>
              <w:t>Tipo y valor estimado</w:t>
            </w:r>
          </w:p>
        </w:tc>
        <w:tc>
          <w:tcPr>
            <w:tcW w:w="192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5E148C1" w14:textId="77777777" w:rsidR="002C0037" w:rsidRDefault="002C0037" w:rsidP="00743513">
            <w:pPr>
              <w:spacing w:after="0"/>
              <w:jc w:val="center"/>
            </w:pPr>
            <w:r>
              <w:rPr>
                <w:b/>
                <w:color w:val="18482E"/>
                <w:sz w:val="16"/>
              </w:rPr>
              <w:t>Procedimiento previsto</w:t>
            </w:r>
          </w:p>
        </w:tc>
        <w:tc>
          <w:tcPr>
            <w:tcW w:w="215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EB0E928" w14:textId="77777777" w:rsidR="002C0037" w:rsidRDefault="002C0037" w:rsidP="00743513">
            <w:pPr>
              <w:spacing w:after="0"/>
              <w:jc w:val="center"/>
            </w:pPr>
            <w:r>
              <w:rPr>
                <w:b/>
                <w:color w:val="18482E"/>
                <w:sz w:val="16"/>
              </w:rPr>
              <w:t>Moderación de costes / evidencia</w:t>
            </w:r>
          </w:p>
        </w:tc>
      </w:tr>
      <w:tr w:rsidR="002C0037" w:rsidRPr="00497C72" w14:paraId="510C92EB" w14:textId="77777777" w:rsidTr="002C0037">
        <w:trPr>
          <w:cantSplit/>
          <w:trHeight w:val="878"/>
          <w:jc w:val="center"/>
        </w:trPr>
        <w:tc>
          <w:tcPr>
            <w:tcW w:w="2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9DE0C9A" w14:textId="77777777" w:rsidR="002C0037" w:rsidRDefault="002C0037" w:rsidP="00743513">
            <w:pPr>
              <w:spacing w:after="0"/>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6963421" w14:textId="77777777" w:rsidR="002C0037" w:rsidRDefault="002C0037" w:rsidP="00743513">
            <w:pPr>
              <w:spacing w:after="0"/>
            </w:pPr>
          </w:p>
        </w:tc>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B5ABB10" w14:textId="77777777" w:rsidR="002C0037" w:rsidRDefault="002C0037" w:rsidP="00743513">
            <w:pPr>
              <w:spacing w:after="0"/>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2C7565D" w14:textId="77777777" w:rsidR="002C0037" w:rsidRDefault="002C0037" w:rsidP="00743513">
            <w:pPr>
              <w:spacing w:after="0"/>
            </w:pPr>
          </w:p>
        </w:tc>
        <w:tc>
          <w:tcPr>
            <w:tcW w:w="215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44909E0" w14:textId="77777777" w:rsidR="002C0037" w:rsidRPr="00497C72" w:rsidRDefault="002C0037" w:rsidP="00743513">
            <w:pPr>
              <w:spacing w:after="0"/>
              <w:rPr>
                <w:lang w:val="es-ES"/>
              </w:rPr>
            </w:pPr>
            <w:r w:rsidRPr="00497C72">
              <w:rPr>
                <w:sz w:val="16"/>
                <w:lang w:val="es-ES"/>
              </w:rPr>
              <w:t>3 ofertas comparables / informe art. 11.6 / otro método admitido</w:t>
            </w:r>
          </w:p>
        </w:tc>
      </w:tr>
      <w:tr w:rsidR="00471D7C" w:rsidRPr="00497C72" w14:paraId="3764DB1E" w14:textId="77777777" w:rsidTr="002C0037">
        <w:trPr>
          <w:cantSplit/>
          <w:trHeight w:val="878"/>
          <w:jc w:val="center"/>
        </w:trPr>
        <w:tc>
          <w:tcPr>
            <w:tcW w:w="2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A6D1237" w14:textId="77777777" w:rsidR="00471D7C" w:rsidRPr="00497C72" w:rsidRDefault="00471D7C" w:rsidP="00471D7C">
            <w:pPr>
              <w:spacing w:after="0"/>
              <w:rPr>
                <w:lang w:val="es-ES"/>
              </w:rPr>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560C7CE" w14:textId="77777777" w:rsidR="00471D7C" w:rsidRPr="00497C72" w:rsidRDefault="00471D7C" w:rsidP="00471D7C">
            <w:pPr>
              <w:spacing w:after="0"/>
              <w:rPr>
                <w:lang w:val="es-ES"/>
              </w:rPr>
            </w:pPr>
          </w:p>
        </w:tc>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CDE2565" w14:textId="77777777" w:rsidR="00471D7C" w:rsidRPr="00497C72" w:rsidRDefault="00471D7C" w:rsidP="00471D7C">
            <w:pPr>
              <w:spacing w:after="0"/>
              <w:rPr>
                <w:lang w:val="es-ES"/>
              </w:rPr>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14D5B67" w14:textId="77777777" w:rsidR="00471D7C" w:rsidRPr="00497C72" w:rsidRDefault="00471D7C" w:rsidP="00471D7C">
            <w:pPr>
              <w:spacing w:after="0"/>
              <w:rPr>
                <w:lang w:val="es-ES"/>
              </w:rPr>
            </w:pPr>
          </w:p>
        </w:tc>
        <w:tc>
          <w:tcPr>
            <w:tcW w:w="215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FB82B60" w14:textId="34F0FCDD" w:rsidR="00471D7C" w:rsidRPr="00497C72" w:rsidRDefault="00471D7C" w:rsidP="00471D7C">
            <w:pPr>
              <w:spacing w:after="0"/>
              <w:rPr>
                <w:lang w:val="es-ES"/>
              </w:rPr>
            </w:pPr>
            <w:r w:rsidRPr="00497C72">
              <w:rPr>
                <w:sz w:val="16"/>
                <w:lang w:val="es-ES"/>
              </w:rPr>
              <w:t>3 ofertas comparables / informe art. 11.6 / otro método admitido</w:t>
            </w:r>
          </w:p>
        </w:tc>
      </w:tr>
      <w:tr w:rsidR="00471D7C" w:rsidRPr="00497C72" w14:paraId="289E2BE2" w14:textId="77777777" w:rsidTr="002C0037">
        <w:trPr>
          <w:cantSplit/>
          <w:trHeight w:val="878"/>
          <w:jc w:val="center"/>
        </w:trPr>
        <w:tc>
          <w:tcPr>
            <w:tcW w:w="2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336CE30" w14:textId="77777777" w:rsidR="00471D7C" w:rsidRPr="00497C72" w:rsidRDefault="00471D7C" w:rsidP="00471D7C">
            <w:pPr>
              <w:spacing w:after="0"/>
              <w:rPr>
                <w:lang w:val="es-ES"/>
              </w:rPr>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890DB6E" w14:textId="77777777" w:rsidR="00471D7C" w:rsidRPr="00497C72" w:rsidRDefault="00471D7C" w:rsidP="00471D7C">
            <w:pPr>
              <w:spacing w:after="0"/>
              <w:rPr>
                <w:lang w:val="es-ES"/>
              </w:rPr>
            </w:pPr>
          </w:p>
        </w:tc>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83EFC8D" w14:textId="77777777" w:rsidR="00471D7C" w:rsidRPr="00497C72" w:rsidRDefault="00471D7C" w:rsidP="00471D7C">
            <w:pPr>
              <w:spacing w:after="0"/>
              <w:rPr>
                <w:lang w:val="es-ES"/>
              </w:rPr>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36B9526" w14:textId="77777777" w:rsidR="00471D7C" w:rsidRPr="00497C72" w:rsidRDefault="00471D7C" w:rsidP="00471D7C">
            <w:pPr>
              <w:spacing w:after="0"/>
              <w:rPr>
                <w:lang w:val="es-ES"/>
              </w:rPr>
            </w:pPr>
          </w:p>
        </w:tc>
        <w:tc>
          <w:tcPr>
            <w:tcW w:w="215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145AA2C" w14:textId="1C216D59" w:rsidR="00471D7C" w:rsidRPr="00497C72" w:rsidRDefault="00471D7C" w:rsidP="00471D7C">
            <w:pPr>
              <w:spacing w:after="0"/>
              <w:rPr>
                <w:lang w:val="es-ES"/>
              </w:rPr>
            </w:pPr>
            <w:r w:rsidRPr="00497C72">
              <w:rPr>
                <w:sz w:val="16"/>
                <w:lang w:val="es-ES"/>
              </w:rPr>
              <w:t>3 ofertas comparables / informe art. 11.6 / otro método admitido</w:t>
            </w:r>
          </w:p>
        </w:tc>
      </w:tr>
      <w:tr w:rsidR="00471D7C" w:rsidRPr="00497C72" w14:paraId="476BD759" w14:textId="77777777" w:rsidTr="002C0037">
        <w:trPr>
          <w:cantSplit/>
          <w:trHeight w:val="878"/>
          <w:jc w:val="center"/>
        </w:trPr>
        <w:tc>
          <w:tcPr>
            <w:tcW w:w="241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7064508" w14:textId="77777777" w:rsidR="00471D7C" w:rsidRPr="00497C72" w:rsidRDefault="00471D7C" w:rsidP="00471D7C">
            <w:pPr>
              <w:spacing w:after="0"/>
              <w:rPr>
                <w:lang w:val="es-ES"/>
              </w:rPr>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6932C22" w14:textId="77777777" w:rsidR="00471D7C" w:rsidRPr="00497C72" w:rsidRDefault="00471D7C" w:rsidP="00471D7C">
            <w:pPr>
              <w:spacing w:after="0"/>
              <w:rPr>
                <w:lang w:val="es-ES"/>
              </w:rPr>
            </w:pPr>
          </w:p>
        </w:tc>
        <w:tc>
          <w:tcPr>
            <w:tcW w:w="1757"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710E13A" w14:textId="77777777" w:rsidR="00471D7C" w:rsidRPr="00497C72" w:rsidRDefault="00471D7C" w:rsidP="00471D7C">
            <w:pPr>
              <w:spacing w:after="0"/>
              <w:rPr>
                <w:lang w:val="es-ES"/>
              </w:rPr>
            </w:pPr>
          </w:p>
        </w:tc>
        <w:tc>
          <w:tcPr>
            <w:tcW w:w="192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D9D55D8" w14:textId="77777777" w:rsidR="00471D7C" w:rsidRPr="00497C72" w:rsidRDefault="00471D7C" w:rsidP="00471D7C">
            <w:pPr>
              <w:spacing w:after="0"/>
              <w:rPr>
                <w:lang w:val="es-ES"/>
              </w:rPr>
            </w:pPr>
          </w:p>
        </w:tc>
        <w:tc>
          <w:tcPr>
            <w:tcW w:w="215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7F32F55" w14:textId="496CB89D" w:rsidR="00471D7C" w:rsidRPr="00497C72" w:rsidRDefault="00471D7C" w:rsidP="00471D7C">
            <w:pPr>
              <w:spacing w:after="0"/>
              <w:rPr>
                <w:lang w:val="es-ES"/>
              </w:rPr>
            </w:pPr>
            <w:r w:rsidRPr="00497C72">
              <w:rPr>
                <w:sz w:val="16"/>
                <w:lang w:val="es-ES"/>
              </w:rPr>
              <w:t>3 ofertas comparables / informe art. 11.6 / otro método admitido</w:t>
            </w:r>
          </w:p>
        </w:tc>
      </w:tr>
    </w:tbl>
    <w:p w14:paraId="0F315AC2" w14:textId="77777777" w:rsidR="002C0037" w:rsidRPr="00497C72" w:rsidRDefault="002C0037" w:rsidP="002C0037">
      <w:pPr>
        <w:spacing w:after="0"/>
        <w:rPr>
          <w:lang w:val="es-ES"/>
        </w:rPr>
      </w:pPr>
    </w:p>
    <w:p w14:paraId="73738DC1" w14:textId="4172E9BF" w:rsidR="002C0037" w:rsidRDefault="002C0037" w:rsidP="002C0037">
      <w:pPr>
        <w:keepNext/>
        <w:spacing w:before="100" w:after="60"/>
      </w:pPr>
      <w:r>
        <w:rPr>
          <w:b/>
          <w:color w:val="18482E"/>
          <w:sz w:val="20"/>
        </w:rPr>
        <w:lastRenderedPageBreak/>
        <w:t>Características de los contratos</w:t>
      </w:r>
    </w:p>
    <w:tbl>
      <w:tblPr>
        <w:tblW w:w="0" w:type="auto"/>
        <w:jc w:val="center"/>
        <w:tblLook w:val="04A0" w:firstRow="1" w:lastRow="0" w:firstColumn="1" w:lastColumn="0" w:noHBand="0" w:noVBand="1"/>
      </w:tblPr>
      <w:tblGrid>
        <w:gridCol w:w="10250"/>
      </w:tblGrid>
      <w:tr w:rsidR="002C0037" w:rsidRPr="00497C72" w14:paraId="2E538FC2" w14:textId="77777777" w:rsidTr="0016216A">
        <w:trPr>
          <w:trHeight w:val="3722"/>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738772FF" w14:textId="77777777" w:rsidR="002C0037" w:rsidRPr="00497C72" w:rsidRDefault="002C0037" w:rsidP="0016216A">
            <w:pPr>
              <w:spacing w:after="0"/>
              <w:rPr>
                <w:lang w:val="es-ES"/>
              </w:rPr>
            </w:pPr>
            <w:r w:rsidRPr="00497C72">
              <w:rPr>
                <w:i/>
                <w:color w:val="7F7F7F"/>
                <w:lang w:val="es-ES"/>
              </w:rPr>
              <w:t>Justifique, si procede, la división en lotes, la ausencia de fraccionamiento, la relación entre contratos, operaciones y partidas, y el tratamiento de las mejoras como criterio de adjudicación.</w:t>
            </w:r>
          </w:p>
        </w:tc>
      </w:tr>
    </w:tbl>
    <w:p w14:paraId="0C43385F" w14:textId="77777777" w:rsidR="002C0037" w:rsidRDefault="002C0037">
      <w:pPr>
        <w:rPr>
          <w:lang w:val="es-ES"/>
        </w:rPr>
      </w:pPr>
    </w:p>
    <w:p w14:paraId="060D9557" w14:textId="77777777" w:rsidR="002C0037" w:rsidRPr="002C0037" w:rsidRDefault="002C0037" w:rsidP="002C0037">
      <w:pPr>
        <w:keepNext/>
        <w:pBdr>
          <w:bottom w:val="single" w:sz="8" w:space="2" w:color="18482E"/>
        </w:pBdr>
        <w:spacing w:before="100" w:after="0"/>
        <w:rPr>
          <w:b/>
          <w:color w:val="18482E"/>
          <w:sz w:val="24"/>
          <w:lang w:val="es-ES"/>
        </w:rPr>
      </w:pPr>
      <w:r w:rsidRPr="002C0037">
        <w:rPr>
          <w:b/>
          <w:color w:val="18482E"/>
          <w:sz w:val="24"/>
          <w:lang w:val="es-ES"/>
        </w:rPr>
        <w:t>3.5. Financiación, otras ayudas y tesorería</w:t>
      </w:r>
    </w:p>
    <w:p w14:paraId="5226E07A" w14:textId="77777777" w:rsidR="002C0037" w:rsidRPr="002C0037" w:rsidRDefault="002C0037" w:rsidP="002C0037">
      <w:pPr>
        <w:keepNext/>
        <w:spacing w:after="20"/>
        <w:jc w:val="right"/>
        <w:rPr>
          <w:lang w:val="es-ES"/>
        </w:rPr>
      </w:pPr>
      <w:hyperlink w:anchor="ej_economico" w:history="1">
        <w:r w:rsidRPr="002C0037">
          <w:rPr>
            <w:b/>
            <w:color w:val="18482E"/>
            <w:sz w:val="15"/>
            <w:bdr w:val="single" w:sz="6" w:space="2" w:color="8BA99A"/>
            <w:shd w:val="clear" w:color="auto" w:fill="EAF3EC"/>
            <w:lang w:val="es-ES"/>
          </w:rPr>
          <w:t xml:space="preserve">  VER ORIENTACIÓN Y EJEMPLO  </w:t>
        </w:r>
      </w:hyperlink>
    </w:p>
    <w:p w14:paraId="5C2ABC69" w14:textId="77777777" w:rsidR="002C0037" w:rsidRDefault="002C0037"/>
    <w:tbl>
      <w:tblPr>
        <w:tblW w:w="0" w:type="auto"/>
        <w:jc w:val="center"/>
        <w:tblLayout w:type="fixed"/>
        <w:tblLook w:val="04A0" w:firstRow="1" w:lastRow="0" w:firstColumn="1" w:lastColumn="0" w:noHBand="0" w:noVBand="1"/>
      </w:tblPr>
      <w:tblGrid>
        <w:gridCol w:w="1552"/>
        <w:gridCol w:w="1842"/>
        <w:gridCol w:w="1701"/>
        <w:gridCol w:w="5004"/>
      </w:tblGrid>
      <w:tr w:rsidR="002C0037" w14:paraId="4A7D5774" w14:textId="77777777" w:rsidTr="002C0037">
        <w:trPr>
          <w:cantSplit/>
          <w:tblHeader/>
          <w:jc w:val="center"/>
        </w:trPr>
        <w:tc>
          <w:tcPr>
            <w:tcW w:w="155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87E992A" w14:textId="77777777" w:rsidR="002C0037" w:rsidRDefault="002C0037" w:rsidP="00C5593D">
            <w:pPr>
              <w:spacing w:after="0"/>
              <w:jc w:val="center"/>
            </w:pPr>
            <w:r>
              <w:rPr>
                <w:b/>
                <w:color w:val="18482E"/>
                <w:sz w:val="17"/>
              </w:rPr>
              <w:t>Fuente</w:t>
            </w:r>
          </w:p>
        </w:tc>
        <w:tc>
          <w:tcPr>
            <w:tcW w:w="184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BC6A8DC" w14:textId="77777777" w:rsidR="002C0037" w:rsidRDefault="002C0037" w:rsidP="00C5593D">
            <w:pPr>
              <w:spacing w:after="0"/>
              <w:jc w:val="center"/>
            </w:pPr>
            <w:r>
              <w:rPr>
                <w:b/>
                <w:color w:val="18482E"/>
                <w:sz w:val="17"/>
              </w:rPr>
              <w:t>Importe</w:t>
            </w:r>
          </w:p>
        </w:tc>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F490080" w14:textId="77777777" w:rsidR="002C0037" w:rsidRDefault="002C0037" w:rsidP="00C5593D">
            <w:pPr>
              <w:spacing w:after="0"/>
              <w:jc w:val="center"/>
            </w:pPr>
            <w:r>
              <w:rPr>
                <w:b/>
                <w:color w:val="18482E"/>
                <w:sz w:val="17"/>
              </w:rPr>
              <w:t>Estado / anualidad</w:t>
            </w:r>
          </w:p>
        </w:tc>
        <w:tc>
          <w:tcPr>
            <w:tcW w:w="500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EA4FCA6" w14:textId="77777777" w:rsidR="002C0037" w:rsidRDefault="002C0037" w:rsidP="00C5593D">
            <w:pPr>
              <w:spacing w:after="0"/>
              <w:jc w:val="center"/>
            </w:pPr>
            <w:r>
              <w:rPr>
                <w:b/>
                <w:color w:val="18482E"/>
                <w:sz w:val="17"/>
              </w:rPr>
              <w:t>Operaciones o costes financiados</w:t>
            </w:r>
          </w:p>
        </w:tc>
      </w:tr>
      <w:tr w:rsidR="002C0037" w14:paraId="46871F62" w14:textId="77777777" w:rsidTr="002C0037">
        <w:trPr>
          <w:cantSplit/>
          <w:trHeight w:val="567"/>
          <w:jc w:val="center"/>
        </w:trPr>
        <w:tc>
          <w:tcPr>
            <w:tcW w:w="1552"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590CD64" w14:textId="77777777" w:rsidR="002C0037" w:rsidRPr="00471D7C" w:rsidRDefault="002C0037" w:rsidP="00C5593D">
            <w:pPr>
              <w:spacing w:after="0"/>
              <w:rPr>
                <w:sz w:val="20"/>
                <w:szCs w:val="20"/>
              </w:rPr>
            </w:pPr>
            <w:r w:rsidRPr="00471D7C">
              <w:rPr>
                <w:color w:val="18482E"/>
                <w:sz w:val="20"/>
                <w:szCs w:val="20"/>
              </w:rPr>
              <w:t>Ayuda LEADER solicitada</w:t>
            </w:r>
          </w:p>
        </w:tc>
        <w:tc>
          <w:tcPr>
            <w:tcW w:w="184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F243D68" w14:textId="77777777" w:rsidR="002C0037" w:rsidRDefault="002C0037" w:rsidP="00C5593D">
            <w:pPr>
              <w:spacing w:after="0"/>
            </w:pPr>
            <w:r>
              <w:rPr>
                <w:sz w:val="17"/>
              </w:rPr>
              <w:t>€</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C54B4F2" w14:textId="77777777" w:rsidR="002C0037" w:rsidRDefault="002C0037" w:rsidP="00C5593D">
            <w:pPr>
              <w:spacing w:after="0"/>
            </w:pPr>
          </w:p>
        </w:tc>
        <w:tc>
          <w:tcPr>
            <w:tcW w:w="500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8AE6C8D" w14:textId="77777777" w:rsidR="002C0037" w:rsidRDefault="002C0037" w:rsidP="00C5593D">
            <w:pPr>
              <w:spacing w:after="0"/>
            </w:pPr>
          </w:p>
        </w:tc>
      </w:tr>
      <w:tr w:rsidR="002C0037" w14:paraId="139F1863" w14:textId="77777777" w:rsidTr="002C0037">
        <w:trPr>
          <w:cantSplit/>
          <w:trHeight w:val="567"/>
          <w:jc w:val="center"/>
        </w:trPr>
        <w:tc>
          <w:tcPr>
            <w:tcW w:w="1552"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8CBDB5A" w14:textId="77777777" w:rsidR="002C0037" w:rsidRPr="00471D7C" w:rsidRDefault="002C0037" w:rsidP="00C5593D">
            <w:pPr>
              <w:spacing w:after="0"/>
              <w:rPr>
                <w:sz w:val="20"/>
                <w:szCs w:val="20"/>
              </w:rPr>
            </w:pPr>
            <w:r w:rsidRPr="00471D7C">
              <w:rPr>
                <w:color w:val="18482E"/>
                <w:sz w:val="20"/>
                <w:szCs w:val="20"/>
              </w:rPr>
              <w:t>Fondos propios</w:t>
            </w:r>
          </w:p>
        </w:tc>
        <w:tc>
          <w:tcPr>
            <w:tcW w:w="184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FAAE2FC" w14:textId="77777777" w:rsidR="002C0037" w:rsidRDefault="002C0037" w:rsidP="00C5593D">
            <w:pPr>
              <w:spacing w:after="0"/>
            </w:pPr>
            <w:r>
              <w:rPr>
                <w:sz w:val="17"/>
              </w:rPr>
              <w:t>€</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9D2CED6" w14:textId="77777777" w:rsidR="002C0037" w:rsidRDefault="002C0037" w:rsidP="00C5593D">
            <w:pPr>
              <w:spacing w:after="0"/>
            </w:pPr>
          </w:p>
        </w:tc>
        <w:tc>
          <w:tcPr>
            <w:tcW w:w="500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755DA28" w14:textId="77777777" w:rsidR="002C0037" w:rsidRDefault="002C0037" w:rsidP="00C5593D">
            <w:pPr>
              <w:spacing w:after="0"/>
            </w:pPr>
          </w:p>
        </w:tc>
      </w:tr>
      <w:tr w:rsidR="002C0037" w14:paraId="617B3275" w14:textId="77777777" w:rsidTr="002C0037">
        <w:trPr>
          <w:cantSplit/>
          <w:trHeight w:val="567"/>
          <w:jc w:val="center"/>
        </w:trPr>
        <w:tc>
          <w:tcPr>
            <w:tcW w:w="1552"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59773800" w14:textId="77777777" w:rsidR="002C0037" w:rsidRPr="00471D7C" w:rsidRDefault="002C0037" w:rsidP="00C5593D">
            <w:pPr>
              <w:spacing w:after="0"/>
              <w:rPr>
                <w:sz w:val="20"/>
                <w:szCs w:val="20"/>
              </w:rPr>
            </w:pPr>
            <w:r w:rsidRPr="00471D7C">
              <w:rPr>
                <w:color w:val="18482E"/>
                <w:sz w:val="20"/>
                <w:szCs w:val="20"/>
              </w:rPr>
              <w:t>Otra ayuda pública</w:t>
            </w:r>
          </w:p>
        </w:tc>
        <w:tc>
          <w:tcPr>
            <w:tcW w:w="184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DAC2E04" w14:textId="77777777" w:rsidR="002C0037" w:rsidRDefault="002C0037" w:rsidP="00C5593D">
            <w:pPr>
              <w:spacing w:after="0"/>
            </w:pPr>
            <w:r>
              <w:rPr>
                <w:sz w:val="17"/>
              </w:rPr>
              <w:t>€</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16E3D5F" w14:textId="77777777" w:rsidR="002C0037" w:rsidRDefault="002C0037" w:rsidP="00C5593D">
            <w:pPr>
              <w:spacing w:after="0"/>
            </w:pPr>
            <w:r>
              <w:rPr>
                <w:sz w:val="17"/>
              </w:rPr>
              <w:t>Solicitada / concedida</w:t>
            </w:r>
          </w:p>
        </w:tc>
        <w:tc>
          <w:tcPr>
            <w:tcW w:w="500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D355142" w14:textId="77777777" w:rsidR="002C0037" w:rsidRDefault="002C0037" w:rsidP="00C5593D">
            <w:pPr>
              <w:spacing w:after="0"/>
            </w:pPr>
          </w:p>
        </w:tc>
      </w:tr>
      <w:tr w:rsidR="002C0037" w14:paraId="13A0BCF4" w14:textId="77777777" w:rsidTr="002C0037">
        <w:trPr>
          <w:cantSplit/>
          <w:trHeight w:val="567"/>
          <w:jc w:val="center"/>
        </w:trPr>
        <w:tc>
          <w:tcPr>
            <w:tcW w:w="1552"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4E4B9868" w14:textId="77777777" w:rsidR="002C0037" w:rsidRPr="00471D7C" w:rsidRDefault="002C0037" w:rsidP="00C5593D">
            <w:pPr>
              <w:spacing w:after="0"/>
              <w:rPr>
                <w:sz w:val="20"/>
                <w:szCs w:val="20"/>
              </w:rPr>
            </w:pPr>
            <w:r w:rsidRPr="00471D7C">
              <w:rPr>
                <w:color w:val="18482E"/>
                <w:sz w:val="20"/>
                <w:szCs w:val="20"/>
              </w:rPr>
              <w:t>Otros recursos</w:t>
            </w:r>
          </w:p>
        </w:tc>
        <w:tc>
          <w:tcPr>
            <w:tcW w:w="184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522A8D2" w14:textId="77777777" w:rsidR="002C0037" w:rsidRDefault="002C0037" w:rsidP="00C5593D">
            <w:pPr>
              <w:spacing w:after="0"/>
            </w:pPr>
            <w:r>
              <w:rPr>
                <w:sz w:val="17"/>
              </w:rPr>
              <w:t>€</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DB34E5D" w14:textId="77777777" w:rsidR="002C0037" w:rsidRDefault="002C0037" w:rsidP="00C5593D">
            <w:pPr>
              <w:spacing w:after="0"/>
            </w:pPr>
          </w:p>
        </w:tc>
        <w:tc>
          <w:tcPr>
            <w:tcW w:w="500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2D229F7" w14:textId="77777777" w:rsidR="002C0037" w:rsidRDefault="002C0037" w:rsidP="00C5593D">
            <w:pPr>
              <w:spacing w:after="0"/>
            </w:pPr>
          </w:p>
        </w:tc>
      </w:tr>
      <w:tr w:rsidR="002C0037" w14:paraId="3359B430" w14:textId="77777777" w:rsidTr="002C0037">
        <w:trPr>
          <w:cantSplit/>
          <w:trHeight w:val="567"/>
          <w:jc w:val="center"/>
        </w:trPr>
        <w:tc>
          <w:tcPr>
            <w:tcW w:w="1552" w:type="dxa"/>
            <w:tcBorders>
              <w:top w:val="single" w:sz="6" w:space="0" w:color="9CB9A6"/>
              <w:left w:val="single" w:sz="6" w:space="0" w:color="9CB9A6"/>
              <w:bottom w:val="single" w:sz="6" w:space="0" w:color="9CB9A6"/>
              <w:right w:val="single" w:sz="6" w:space="0" w:color="9CB9A6"/>
            </w:tcBorders>
            <w:shd w:val="clear" w:color="auto" w:fill="EAF3EC"/>
            <w:tcMar>
              <w:top w:w="55" w:type="dxa"/>
              <w:left w:w="65" w:type="dxa"/>
              <w:bottom w:w="55" w:type="dxa"/>
              <w:right w:w="65" w:type="dxa"/>
            </w:tcMar>
            <w:vAlign w:val="center"/>
          </w:tcPr>
          <w:p w14:paraId="187D966A" w14:textId="77777777" w:rsidR="002C0037" w:rsidRPr="00471D7C" w:rsidRDefault="002C0037" w:rsidP="00C5593D">
            <w:pPr>
              <w:spacing w:after="0"/>
              <w:rPr>
                <w:sz w:val="20"/>
                <w:szCs w:val="20"/>
              </w:rPr>
            </w:pPr>
            <w:r w:rsidRPr="00471D7C">
              <w:rPr>
                <w:color w:val="18482E"/>
                <w:sz w:val="20"/>
                <w:szCs w:val="20"/>
              </w:rPr>
              <w:t>TOTAL</w:t>
            </w:r>
          </w:p>
        </w:tc>
        <w:tc>
          <w:tcPr>
            <w:tcW w:w="184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50015B5" w14:textId="77777777" w:rsidR="002C0037" w:rsidRDefault="002C0037" w:rsidP="00C5593D">
            <w:pPr>
              <w:spacing w:after="0"/>
            </w:pPr>
            <w:r>
              <w:rPr>
                <w:sz w:val="17"/>
              </w:rPr>
              <w:t>€</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F4D993F" w14:textId="77777777" w:rsidR="002C0037" w:rsidRDefault="002C0037" w:rsidP="00C5593D">
            <w:pPr>
              <w:spacing w:after="0"/>
            </w:pPr>
          </w:p>
        </w:tc>
        <w:tc>
          <w:tcPr>
            <w:tcW w:w="500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EFCCD38" w14:textId="77777777" w:rsidR="002C0037" w:rsidRDefault="002C0037" w:rsidP="00C5593D">
            <w:pPr>
              <w:spacing w:after="0"/>
            </w:pPr>
          </w:p>
        </w:tc>
      </w:tr>
    </w:tbl>
    <w:p w14:paraId="13625CEC" w14:textId="77777777" w:rsidR="002C0037" w:rsidRDefault="002C0037" w:rsidP="002C0037">
      <w:pPr>
        <w:spacing w:after="0"/>
      </w:pPr>
    </w:p>
    <w:tbl>
      <w:tblPr>
        <w:tblW w:w="0" w:type="auto"/>
        <w:jc w:val="center"/>
        <w:tblLayout w:type="fixed"/>
        <w:tblLook w:val="04A0" w:firstRow="1" w:lastRow="0" w:firstColumn="1" w:lastColumn="0" w:noHBand="0" w:noVBand="1"/>
      </w:tblPr>
      <w:tblGrid>
        <w:gridCol w:w="3005"/>
        <w:gridCol w:w="7030"/>
      </w:tblGrid>
      <w:tr w:rsidR="002C0037" w:rsidRPr="00497C72" w14:paraId="01851E50" w14:textId="77777777" w:rsidTr="00C5593D">
        <w:trPr>
          <w:cantSplit/>
          <w:jc w:val="center"/>
        </w:trPr>
        <w:tc>
          <w:tcPr>
            <w:tcW w:w="300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3F938826" w14:textId="77777777" w:rsidR="002C0037" w:rsidRDefault="002C0037" w:rsidP="00C5593D">
            <w:pPr>
              <w:spacing w:after="0"/>
            </w:pPr>
            <w:r>
              <w:rPr>
                <w:color w:val="18482E"/>
                <w:sz w:val="17"/>
              </w:rPr>
              <w:t>Anticipo de la ayuda</w:t>
            </w:r>
          </w:p>
        </w:tc>
        <w:tc>
          <w:tcPr>
            <w:tcW w:w="7030"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19DAFF69" w14:textId="77777777" w:rsidR="002C0037" w:rsidRPr="00497C72" w:rsidRDefault="002C0037" w:rsidP="00C5593D">
            <w:pPr>
              <w:spacing w:after="0"/>
              <w:rPr>
                <w:lang w:val="es-ES"/>
              </w:rPr>
            </w:pPr>
            <w:r w:rsidRPr="00497C72">
              <w:rPr>
                <w:i/>
                <w:color w:val="7F7F7F"/>
                <w:sz w:val="17"/>
                <w:lang w:val="es-ES"/>
              </w:rPr>
              <w:t>Se solicitará / no se solicitará / no se sabe. Importe previsto: ________ €. Solo puede solicitarse en anualidades distintas de la última y el total no puede superar el 50% de la ayuda concedida.</w:t>
            </w:r>
          </w:p>
        </w:tc>
      </w:tr>
      <w:tr w:rsidR="002C0037" w:rsidRPr="00497C72" w14:paraId="23E0BBF4" w14:textId="77777777" w:rsidTr="002C0037">
        <w:trPr>
          <w:cantSplit/>
          <w:trHeight w:val="744"/>
          <w:jc w:val="center"/>
        </w:trPr>
        <w:tc>
          <w:tcPr>
            <w:tcW w:w="300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AE89B42" w14:textId="77777777" w:rsidR="002C0037" w:rsidRDefault="002C0037" w:rsidP="00C5593D">
            <w:pPr>
              <w:spacing w:after="0"/>
            </w:pPr>
            <w:r>
              <w:rPr>
                <w:color w:val="18482E"/>
                <w:sz w:val="17"/>
              </w:rPr>
              <w:t>Capacidad de tesorería</w:t>
            </w:r>
          </w:p>
        </w:tc>
        <w:tc>
          <w:tcPr>
            <w:tcW w:w="7030"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789915A8" w14:textId="77777777" w:rsidR="002C0037" w:rsidRPr="00497C72" w:rsidRDefault="002C0037" w:rsidP="00C5593D">
            <w:pPr>
              <w:spacing w:after="0"/>
              <w:rPr>
                <w:lang w:val="es-ES"/>
              </w:rPr>
            </w:pPr>
            <w:r w:rsidRPr="00497C72">
              <w:rPr>
                <w:i/>
                <w:color w:val="7F7F7F"/>
                <w:sz w:val="17"/>
                <w:lang w:val="es-ES"/>
              </w:rPr>
              <w:t>Explique cómo se atenderán los pagos y posibles desfases de cobro.</w:t>
            </w:r>
          </w:p>
        </w:tc>
      </w:tr>
      <w:tr w:rsidR="002C0037" w:rsidRPr="00497C72" w14:paraId="3FAE1B56" w14:textId="77777777" w:rsidTr="002C0037">
        <w:trPr>
          <w:cantSplit/>
          <w:trHeight w:val="1366"/>
          <w:jc w:val="center"/>
        </w:trPr>
        <w:tc>
          <w:tcPr>
            <w:tcW w:w="3005"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7F974518" w14:textId="77777777" w:rsidR="002C0037" w:rsidRDefault="002C0037" w:rsidP="00C5593D">
            <w:pPr>
              <w:spacing w:after="0"/>
            </w:pPr>
            <w:r>
              <w:rPr>
                <w:color w:val="18482E"/>
                <w:sz w:val="17"/>
              </w:rPr>
              <w:t>Prevención de doble financiación</w:t>
            </w:r>
          </w:p>
        </w:tc>
        <w:tc>
          <w:tcPr>
            <w:tcW w:w="7030"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6942B888" w14:textId="77777777" w:rsidR="002C0037" w:rsidRPr="00497C72" w:rsidRDefault="002C0037" w:rsidP="00C5593D">
            <w:pPr>
              <w:spacing w:after="0"/>
              <w:rPr>
                <w:lang w:val="es-ES"/>
              </w:rPr>
            </w:pPr>
            <w:r w:rsidRPr="00497C72">
              <w:rPr>
                <w:i/>
                <w:color w:val="7F7F7F"/>
                <w:sz w:val="17"/>
                <w:lang w:val="es-ES"/>
              </w:rPr>
              <w:t>Indique cómo se separarán operaciones, costes, facturas y fuentes cuando exista más de una financiación.</w:t>
            </w:r>
          </w:p>
        </w:tc>
      </w:tr>
    </w:tbl>
    <w:p w14:paraId="6FF2217B" w14:textId="77777777" w:rsidR="002C0037" w:rsidRDefault="002C0037">
      <w:pPr>
        <w:rPr>
          <w:lang w:val="es-ES"/>
        </w:rPr>
      </w:pPr>
    </w:p>
    <w:p w14:paraId="62BD9F5F" w14:textId="77777777" w:rsidR="002C0037" w:rsidRDefault="002C0037">
      <w:pPr>
        <w:rPr>
          <w:lang w:val="es-ES"/>
        </w:rPr>
      </w:pPr>
    </w:p>
    <w:p w14:paraId="2090F6D3" w14:textId="77777777" w:rsidR="002C0037" w:rsidRDefault="002C0037">
      <w:pPr>
        <w:rPr>
          <w:lang w:val="es-ES"/>
        </w:rPr>
      </w:pPr>
    </w:p>
    <w:p w14:paraId="330B2E07" w14:textId="77777777" w:rsidR="002C0037" w:rsidRPr="002C0037" w:rsidRDefault="002C0037">
      <w:pPr>
        <w:rPr>
          <w:lang w:val="es-ES"/>
        </w:rPr>
      </w:pPr>
    </w:p>
    <w:p w14:paraId="6A54335C" w14:textId="77777777" w:rsidR="002C0037" w:rsidRPr="002C0037" w:rsidRDefault="002C0037">
      <w:pPr>
        <w:rPr>
          <w:lang w:val="es-ES"/>
        </w:rPr>
      </w:pPr>
    </w:p>
    <w:p w14:paraId="1309C83A" w14:textId="77777777" w:rsidR="002C0037" w:rsidRPr="00497C72" w:rsidRDefault="002C0037" w:rsidP="004B176D">
      <w:pPr>
        <w:keepNext/>
        <w:pBdr>
          <w:bottom w:val="single" w:sz="8" w:space="2" w:color="18482E"/>
        </w:pBdr>
        <w:spacing w:before="100" w:after="0"/>
        <w:rPr>
          <w:lang w:val="es-ES"/>
        </w:rPr>
      </w:pPr>
      <w:bookmarkStart w:id="14" w:name="ap_ej_economico_37795"/>
      <w:r w:rsidRPr="00497C72">
        <w:rPr>
          <w:b/>
          <w:color w:val="18482E"/>
          <w:sz w:val="24"/>
          <w:lang w:val="es-ES"/>
        </w:rPr>
        <w:t>3.6. Cronograma de ejecución y distribución por anualidades</w:t>
      </w:r>
      <w:bookmarkEnd w:id="14"/>
    </w:p>
    <w:p w14:paraId="7953129D" w14:textId="77777777" w:rsidR="002C0037" w:rsidRDefault="002C0037" w:rsidP="002C0037">
      <w:pPr>
        <w:keepNext/>
        <w:spacing w:after="20"/>
        <w:jc w:val="right"/>
      </w:pPr>
      <w:hyperlink w:anchor="ej_economico"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p w14:paraId="525D7333" w14:textId="77777777" w:rsidR="004B176D" w:rsidRDefault="004B176D"/>
    <w:tbl>
      <w:tblPr>
        <w:tblW w:w="0" w:type="auto"/>
        <w:jc w:val="center"/>
        <w:tblLook w:val="04A0" w:firstRow="1" w:lastRow="0" w:firstColumn="1" w:lastColumn="0" w:noHBand="0" w:noVBand="1"/>
      </w:tblPr>
      <w:tblGrid>
        <w:gridCol w:w="10246"/>
      </w:tblGrid>
      <w:tr w:rsidR="002C0037" w:rsidRPr="00497C72" w14:paraId="65084403" w14:textId="77777777" w:rsidTr="00743513">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02FDFE0F" w14:textId="77777777" w:rsidR="002C0037" w:rsidRPr="00497C72" w:rsidRDefault="002C0037" w:rsidP="00743513">
            <w:pPr>
              <w:keepNext/>
              <w:spacing w:after="0"/>
              <w:rPr>
                <w:lang w:val="es-ES"/>
              </w:rPr>
            </w:pPr>
            <w:r w:rsidRPr="00497C72">
              <w:rPr>
                <w:b/>
                <w:color w:val="000000"/>
                <w:lang w:val="es-ES"/>
              </w:rPr>
              <w:t>Instrucciones:</w:t>
            </w:r>
            <w:r w:rsidRPr="00497C72">
              <w:rPr>
                <w:color w:val="000000"/>
                <w:lang w:val="es-ES"/>
              </w:rPr>
              <w:t xml:space="preserve"> el cronograma debe ser realista y coherente con las operaciones, el presupuesto, la contratación y las fechas de justificación. Con carácter general, la convocatoria fija el 15 de octubre de 2026 y el 15 de septiembre para las anualidades posteriores, salvo fechas distintas en la resolución de concesión.</w:t>
            </w:r>
          </w:p>
        </w:tc>
      </w:tr>
    </w:tbl>
    <w:p w14:paraId="09261AA3" w14:textId="77777777" w:rsidR="002C0037" w:rsidRPr="00497C72" w:rsidRDefault="002C0037" w:rsidP="002C0037">
      <w:pPr>
        <w:spacing w:after="0"/>
        <w:rPr>
          <w:lang w:val="es-ES"/>
        </w:rPr>
      </w:pPr>
    </w:p>
    <w:p w14:paraId="15D886C8" w14:textId="77777777" w:rsidR="002C0037" w:rsidRDefault="002C0037" w:rsidP="002C0037">
      <w:pPr>
        <w:keepNext/>
        <w:spacing w:before="100" w:after="60"/>
      </w:pPr>
      <w:r>
        <w:rPr>
          <w:b/>
          <w:color w:val="18482E"/>
          <w:sz w:val="20"/>
        </w:rPr>
        <w:t>Cronograma de hitos</w:t>
      </w:r>
    </w:p>
    <w:tbl>
      <w:tblPr>
        <w:tblW w:w="0" w:type="auto"/>
        <w:jc w:val="center"/>
        <w:tblLayout w:type="fixed"/>
        <w:tblLook w:val="04A0" w:firstRow="1" w:lastRow="0" w:firstColumn="1" w:lastColumn="0" w:noHBand="0" w:noVBand="1"/>
      </w:tblPr>
      <w:tblGrid>
        <w:gridCol w:w="2268"/>
        <w:gridCol w:w="1701"/>
        <w:gridCol w:w="1361"/>
        <w:gridCol w:w="1361"/>
        <w:gridCol w:w="964"/>
        <w:gridCol w:w="2438"/>
      </w:tblGrid>
      <w:tr w:rsidR="002C0037" w14:paraId="0CBC6E28" w14:textId="77777777" w:rsidTr="00743513">
        <w:trPr>
          <w:cantSplit/>
          <w:tblHeader/>
          <w:jc w:val="center"/>
        </w:trPr>
        <w:tc>
          <w:tcPr>
            <w:tcW w:w="226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2EB75689" w14:textId="77777777" w:rsidR="002C0037" w:rsidRDefault="002C0037" w:rsidP="00743513">
            <w:pPr>
              <w:spacing w:after="0"/>
              <w:jc w:val="center"/>
            </w:pPr>
            <w:r>
              <w:rPr>
                <w:b/>
                <w:color w:val="18482E"/>
                <w:sz w:val="16"/>
              </w:rPr>
              <w:t>Hito</w:t>
            </w:r>
          </w:p>
        </w:tc>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A7FA23B" w14:textId="77777777" w:rsidR="002C0037" w:rsidRDefault="002C0037" w:rsidP="00743513">
            <w:pPr>
              <w:spacing w:after="0"/>
              <w:jc w:val="center"/>
            </w:pPr>
            <w:r>
              <w:rPr>
                <w:b/>
                <w:color w:val="18482E"/>
                <w:sz w:val="16"/>
              </w:rPr>
              <w:t>Operaciones afectadas</w:t>
            </w:r>
          </w:p>
        </w:tc>
        <w:tc>
          <w:tcPr>
            <w:tcW w:w="136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D7F90D2" w14:textId="77777777" w:rsidR="002C0037" w:rsidRDefault="002C0037" w:rsidP="00743513">
            <w:pPr>
              <w:spacing w:after="0"/>
              <w:jc w:val="center"/>
            </w:pPr>
            <w:r>
              <w:rPr>
                <w:b/>
                <w:color w:val="18482E"/>
                <w:sz w:val="16"/>
              </w:rPr>
              <w:t>Inicio previsto</w:t>
            </w:r>
          </w:p>
        </w:tc>
        <w:tc>
          <w:tcPr>
            <w:tcW w:w="136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1E38488" w14:textId="77777777" w:rsidR="002C0037" w:rsidRDefault="002C0037" w:rsidP="00743513">
            <w:pPr>
              <w:spacing w:after="0"/>
              <w:jc w:val="center"/>
            </w:pPr>
            <w:r>
              <w:rPr>
                <w:b/>
                <w:color w:val="18482E"/>
                <w:sz w:val="16"/>
              </w:rPr>
              <w:t>Fin previsto</w:t>
            </w:r>
          </w:p>
        </w:tc>
        <w:tc>
          <w:tcPr>
            <w:tcW w:w="96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06030BE" w14:textId="77777777" w:rsidR="002C0037" w:rsidRDefault="002C0037" w:rsidP="00743513">
            <w:pPr>
              <w:spacing w:after="0"/>
              <w:jc w:val="center"/>
            </w:pPr>
            <w:r>
              <w:rPr>
                <w:b/>
                <w:color w:val="18482E"/>
                <w:sz w:val="16"/>
              </w:rPr>
              <w:t>Anualidad</w:t>
            </w:r>
          </w:p>
        </w:tc>
        <w:tc>
          <w:tcPr>
            <w:tcW w:w="243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53AD2FA" w14:textId="77777777" w:rsidR="002C0037" w:rsidRDefault="002C0037" w:rsidP="00743513">
            <w:pPr>
              <w:spacing w:after="0"/>
              <w:jc w:val="center"/>
            </w:pPr>
            <w:r>
              <w:rPr>
                <w:b/>
                <w:color w:val="18482E"/>
                <w:sz w:val="16"/>
              </w:rPr>
              <w:t>Evidencia / resultado</w:t>
            </w:r>
          </w:p>
        </w:tc>
      </w:tr>
      <w:tr w:rsidR="002C0037" w14:paraId="5443C7F2" w14:textId="77777777" w:rsidTr="00743513">
        <w:trPr>
          <w:cantSplit/>
          <w:trHeight w:val="510"/>
          <w:jc w:val="center"/>
        </w:trPr>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3DAA3E3" w14:textId="77777777" w:rsidR="002C0037" w:rsidRDefault="002C0037" w:rsidP="00743513">
            <w:pPr>
              <w:spacing w:after="0"/>
            </w:pPr>
            <w:r>
              <w:rPr>
                <w:sz w:val="16"/>
              </w:rPr>
              <w:t>Aprobación de documentación técnica</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5CE0D82"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E93076"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8F4D87E" w14:textId="77777777" w:rsidR="002C0037" w:rsidRDefault="002C0037" w:rsidP="00743513">
            <w:pPr>
              <w:spacing w:after="0"/>
            </w:pPr>
          </w:p>
        </w:tc>
        <w:tc>
          <w:tcPr>
            <w:tcW w:w="96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4220109" w14:textId="77777777" w:rsidR="002C0037" w:rsidRDefault="002C0037" w:rsidP="00743513">
            <w:pPr>
              <w:spacing w:after="0"/>
            </w:pPr>
          </w:p>
        </w:tc>
        <w:tc>
          <w:tcPr>
            <w:tcW w:w="243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78E9701" w14:textId="77777777" w:rsidR="002C0037" w:rsidRDefault="002C0037" w:rsidP="00743513">
            <w:pPr>
              <w:spacing w:after="0"/>
            </w:pPr>
          </w:p>
        </w:tc>
      </w:tr>
      <w:tr w:rsidR="002C0037" w14:paraId="4ABBAB61" w14:textId="77777777" w:rsidTr="00743513">
        <w:trPr>
          <w:cantSplit/>
          <w:trHeight w:val="510"/>
          <w:jc w:val="center"/>
        </w:trPr>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75A6CCD" w14:textId="77777777" w:rsidR="002C0037" w:rsidRDefault="002C0037" w:rsidP="00743513">
            <w:pPr>
              <w:spacing w:after="0"/>
            </w:pPr>
            <w:r>
              <w:rPr>
                <w:sz w:val="16"/>
              </w:rPr>
              <w:t>Obtención de permisos / autorizaciones</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30CBECC"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B009F81"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1F3FA64" w14:textId="77777777" w:rsidR="002C0037" w:rsidRDefault="002C0037" w:rsidP="00743513">
            <w:pPr>
              <w:spacing w:after="0"/>
            </w:pPr>
          </w:p>
        </w:tc>
        <w:tc>
          <w:tcPr>
            <w:tcW w:w="96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7D9C910" w14:textId="77777777" w:rsidR="002C0037" w:rsidRDefault="002C0037" w:rsidP="00743513">
            <w:pPr>
              <w:spacing w:after="0"/>
            </w:pPr>
          </w:p>
        </w:tc>
        <w:tc>
          <w:tcPr>
            <w:tcW w:w="243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90332AB" w14:textId="77777777" w:rsidR="002C0037" w:rsidRDefault="002C0037" w:rsidP="00743513">
            <w:pPr>
              <w:spacing w:after="0"/>
            </w:pPr>
          </w:p>
        </w:tc>
      </w:tr>
      <w:tr w:rsidR="002C0037" w14:paraId="4AFD69F9" w14:textId="77777777" w:rsidTr="00743513">
        <w:trPr>
          <w:cantSplit/>
          <w:trHeight w:val="510"/>
          <w:jc w:val="center"/>
        </w:trPr>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CAA793D" w14:textId="77777777" w:rsidR="002C0037" w:rsidRDefault="002C0037" w:rsidP="00743513">
            <w:pPr>
              <w:spacing w:after="0"/>
            </w:pPr>
            <w:r>
              <w:rPr>
                <w:sz w:val="16"/>
              </w:rPr>
              <w:t>Licitación y adjudicación</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2F9DA32"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634A37A"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C706E11" w14:textId="77777777" w:rsidR="002C0037" w:rsidRDefault="002C0037" w:rsidP="00743513">
            <w:pPr>
              <w:spacing w:after="0"/>
            </w:pPr>
          </w:p>
        </w:tc>
        <w:tc>
          <w:tcPr>
            <w:tcW w:w="96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03B477C" w14:textId="77777777" w:rsidR="002C0037" w:rsidRDefault="002C0037" w:rsidP="00743513">
            <w:pPr>
              <w:spacing w:after="0"/>
            </w:pPr>
          </w:p>
        </w:tc>
        <w:tc>
          <w:tcPr>
            <w:tcW w:w="243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D323A90" w14:textId="77777777" w:rsidR="002C0037" w:rsidRDefault="002C0037" w:rsidP="00743513">
            <w:pPr>
              <w:spacing w:after="0"/>
            </w:pPr>
          </w:p>
        </w:tc>
      </w:tr>
      <w:tr w:rsidR="002C0037" w14:paraId="4A4B7F9B" w14:textId="77777777" w:rsidTr="00743513">
        <w:trPr>
          <w:cantSplit/>
          <w:trHeight w:val="510"/>
          <w:jc w:val="center"/>
        </w:trPr>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6D7501E" w14:textId="77777777" w:rsidR="002C0037" w:rsidRDefault="002C0037" w:rsidP="00743513">
            <w:pPr>
              <w:spacing w:after="0"/>
            </w:pPr>
            <w:r>
              <w:rPr>
                <w:sz w:val="16"/>
              </w:rPr>
              <w:t>Ejecución material</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D2986DC"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D27786A"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E437A2F" w14:textId="77777777" w:rsidR="002C0037" w:rsidRDefault="002C0037" w:rsidP="00743513">
            <w:pPr>
              <w:spacing w:after="0"/>
            </w:pPr>
          </w:p>
        </w:tc>
        <w:tc>
          <w:tcPr>
            <w:tcW w:w="96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DB34AB2" w14:textId="77777777" w:rsidR="002C0037" w:rsidRDefault="002C0037" w:rsidP="00743513">
            <w:pPr>
              <w:spacing w:after="0"/>
            </w:pPr>
          </w:p>
        </w:tc>
        <w:tc>
          <w:tcPr>
            <w:tcW w:w="243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2455E9D" w14:textId="77777777" w:rsidR="002C0037" w:rsidRDefault="002C0037" w:rsidP="00743513">
            <w:pPr>
              <w:spacing w:after="0"/>
            </w:pPr>
          </w:p>
        </w:tc>
      </w:tr>
      <w:tr w:rsidR="002C0037" w:rsidRPr="00497C72" w14:paraId="1FD3B81D" w14:textId="77777777" w:rsidTr="00743513">
        <w:trPr>
          <w:cantSplit/>
          <w:trHeight w:val="510"/>
          <w:jc w:val="center"/>
        </w:trPr>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D6B3D97" w14:textId="77777777" w:rsidR="002C0037" w:rsidRPr="00497C72" w:rsidRDefault="002C0037" w:rsidP="00743513">
            <w:pPr>
              <w:spacing w:after="0"/>
              <w:rPr>
                <w:lang w:val="es-ES"/>
              </w:rPr>
            </w:pPr>
            <w:r w:rsidRPr="00497C72">
              <w:rPr>
                <w:sz w:val="16"/>
                <w:lang w:val="es-ES"/>
              </w:rPr>
              <w:t>Recepción, legalización y puesta en servicio</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626B35B" w14:textId="77777777" w:rsidR="002C0037" w:rsidRPr="00497C72" w:rsidRDefault="002C0037" w:rsidP="00743513">
            <w:pPr>
              <w:spacing w:after="0"/>
              <w:rPr>
                <w:lang w:val="es-ES"/>
              </w:rPr>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5BB7A4F" w14:textId="77777777" w:rsidR="002C0037" w:rsidRPr="00497C72" w:rsidRDefault="002C0037" w:rsidP="00743513">
            <w:pPr>
              <w:spacing w:after="0"/>
              <w:rPr>
                <w:lang w:val="es-ES"/>
              </w:rPr>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44FF0C7" w14:textId="77777777" w:rsidR="002C0037" w:rsidRPr="00497C72" w:rsidRDefault="002C0037" w:rsidP="00743513">
            <w:pPr>
              <w:spacing w:after="0"/>
              <w:rPr>
                <w:lang w:val="es-ES"/>
              </w:rPr>
            </w:pPr>
          </w:p>
        </w:tc>
        <w:tc>
          <w:tcPr>
            <w:tcW w:w="96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9D4F875" w14:textId="77777777" w:rsidR="002C0037" w:rsidRPr="00497C72" w:rsidRDefault="002C0037" w:rsidP="00743513">
            <w:pPr>
              <w:spacing w:after="0"/>
              <w:rPr>
                <w:lang w:val="es-ES"/>
              </w:rPr>
            </w:pPr>
          </w:p>
        </w:tc>
        <w:tc>
          <w:tcPr>
            <w:tcW w:w="243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A4C6537" w14:textId="77777777" w:rsidR="002C0037" w:rsidRPr="00497C72" w:rsidRDefault="002C0037" w:rsidP="00743513">
            <w:pPr>
              <w:spacing w:after="0"/>
              <w:rPr>
                <w:lang w:val="es-ES"/>
              </w:rPr>
            </w:pPr>
          </w:p>
        </w:tc>
      </w:tr>
      <w:tr w:rsidR="002C0037" w14:paraId="79A0D2C7" w14:textId="77777777" w:rsidTr="00743513">
        <w:trPr>
          <w:cantSplit/>
          <w:trHeight w:val="510"/>
          <w:jc w:val="center"/>
        </w:trPr>
        <w:tc>
          <w:tcPr>
            <w:tcW w:w="226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84AEECE" w14:textId="77777777" w:rsidR="002C0037" w:rsidRDefault="002C0037" w:rsidP="00743513">
            <w:pPr>
              <w:spacing w:after="0"/>
            </w:pPr>
            <w:r>
              <w:rPr>
                <w:sz w:val="16"/>
              </w:rPr>
              <w:t>Solicitud de pago / justificación</w:t>
            </w:r>
          </w:p>
        </w:tc>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DB80624"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7D05A7C" w14:textId="77777777" w:rsidR="002C0037" w:rsidRDefault="002C0037" w:rsidP="00743513">
            <w:pPr>
              <w:spacing w:after="0"/>
            </w:pPr>
          </w:p>
        </w:tc>
        <w:tc>
          <w:tcPr>
            <w:tcW w:w="136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F2C24DC" w14:textId="77777777" w:rsidR="002C0037" w:rsidRDefault="002C0037" w:rsidP="00743513">
            <w:pPr>
              <w:spacing w:after="0"/>
            </w:pPr>
          </w:p>
        </w:tc>
        <w:tc>
          <w:tcPr>
            <w:tcW w:w="96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B8ECF49" w14:textId="77777777" w:rsidR="002C0037" w:rsidRDefault="002C0037" w:rsidP="00743513">
            <w:pPr>
              <w:spacing w:after="0"/>
            </w:pPr>
          </w:p>
        </w:tc>
        <w:tc>
          <w:tcPr>
            <w:tcW w:w="243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0B2E24F" w14:textId="77777777" w:rsidR="002C0037" w:rsidRDefault="002C0037" w:rsidP="00743513">
            <w:pPr>
              <w:spacing w:after="0"/>
            </w:pPr>
          </w:p>
        </w:tc>
      </w:tr>
    </w:tbl>
    <w:p w14:paraId="3BD2F533" w14:textId="0CB077C8" w:rsidR="002C0037" w:rsidRDefault="002C0037" w:rsidP="002C0037"/>
    <w:p w14:paraId="2715769A" w14:textId="77777777" w:rsidR="002C0037" w:rsidRDefault="002C0037" w:rsidP="002C0037">
      <w:pPr>
        <w:keepNext/>
        <w:spacing w:before="100" w:after="60"/>
      </w:pPr>
      <w:r>
        <w:rPr>
          <w:b/>
          <w:color w:val="18482E"/>
          <w:sz w:val="20"/>
        </w:rPr>
        <w:t>Distribución económica por anualidades</w:t>
      </w:r>
    </w:p>
    <w:tbl>
      <w:tblPr>
        <w:tblW w:w="0" w:type="auto"/>
        <w:jc w:val="center"/>
        <w:tblLayout w:type="fixed"/>
        <w:tblLook w:val="04A0" w:firstRow="1" w:lastRow="0" w:firstColumn="1" w:lastColumn="0" w:noHBand="0" w:noVBand="1"/>
      </w:tblPr>
      <w:tblGrid>
        <w:gridCol w:w="1701"/>
        <w:gridCol w:w="2891"/>
        <w:gridCol w:w="2041"/>
        <w:gridCol w:w="2948"/>
      </w:tblGrid>
      <w:tr w:rsidR="002C0037" w14:paraId="2EF352FA" w14:textId="77777777" w:rsidTr="00743513">
        <w:trPr>
          <w:cantSplit/>
          <w:tblHeader/>
          <w:jc w:val="center"/>
        </w:trPr>
        <w:tc>
          <w:tcPr>
            <w:tcW w:w="170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D73B9F3" w14:textId="77777777" w:rsidR="002C0037" w:rsidRDefault="002C0037" w:rsidP="00743513">
            <w:pPr>
              <w:spacing w:after="0"/>
              <w:jc w:val="center"/>
            </w:pPr>
            <w:r>
              <w:rPr>
                <w:b/>
                <w:color w:val="18482E"/>
              </w:rPr>
              <w:t>Ejercicio</w:t>
            </w:r>
          </w:p>
        </w:tc>
        <w:tc>
          <w:tcPr>
            <w:tcW w:w="289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BB18E78" w14:textId="77777777" w:rsidR="002C0037" w:rsidRDefault="002C0037" w:rsidP="00743513">
            <w:pPr>
              <w:spacing w:after="0"/>
              <w:jc w:val="center"/>
            </w:pPr>
            <w:r>
              <w:rPr>
                <w:b/>
                <w:color w:val="18482E"/>
              </w:rPr>
              <w:t>Inversión presentada</w:t>
            </w:r>
          </w:p>
        </w:tc>
        <w:tc>
          <w:tcPr>
            <w:tcW w:w="204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45B380B6" w14:textId="77777777" w:rsidR="002C0037" w:rsidRDefault="002C0037" w:rsidP="00743513">
            <w:pPr>
              <w:spacing w:after="0"/>
              <w:jc w:val="center"/>
            </w:pPr>
            <w:r>
              <w:rPr>
                <w:b/>
                <w:color w:val="18482E"/>
              </w:rPr>
              <w:t xml:space="preserve">% </w:t>
            </w:r>
            <w:proofErr w:type="gramStart"/>
            <w:r>
              <w:rPr>
                <w:b/>
                <w:color w:val="18482E"/>
              </w:rPr>
              <w:t>del</w:t>
            </w:r>
            <w:proofErr w:type="gramEnd"/>
            <w:r>
              <w:rPr>
                <w:b/>
                <w:color w:val="18482E"/>
              </w:rPr>
              <w:t xml:space="preserve"> total</w:t>
            </w:r>
          </w:p>
        </w:tc>
        <w:tc>
          <w:tcPr>
            <w:tcW w:w="2948"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125DAE45" w14:textId="77777777" w:rsidR="002C0037" w:rsidRDefault="002C0037" w:rsidP="00743513">
            <w:pPr>
              <w:spacing w:after="0"/>
              <w:jc w:val="center"/>
            </w:pPr>
            <w:r>
              <w:rPr>
                <w:b/>
                <w:color w:val="18482E"/>
              </w:rPr>
              <w:t>Ayuda solicitada</w:t>
            </w:r>
          </w:p>
        </w:tc>
      </w:tr>
      <w:tr w:rsidR="002C0037" w14:paraId="33B314AC" w14:textId="77777777" w:rsidTr="00743513">
        <w:trPr>
          <w:cantSplit/>
          <w:trHeight w:val="453"/>
          <w:jc w:val="center"/>
        </w:trPr>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7C3065B" w14:textId="77777777" w:rsidR="002C0037" w:rsidRDefault="002C0037" w:rsidP="00743513">
            <w:pPr>
              <w:spacing w:after="0"/>
            </w:pPr>
            <w:r>
              <w:t>2026</w:t>
            </w:r>
          </w:p>
        </w:tc>
        <w:tc>
          <w:tcPr>
            <w:tcW w:w="289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FD79A1E" w14:textId="77777777" w:rsidR="002C0037" w:rsidRDefault="002C0037" w:rsidP="00743513">
            <w:pPr>
              <w:spacing w:after="0"/>
            </w:pPr>
            <w:r>
              <w:t>€</w:t>
            </w:r>
          </w:p>
        </w:tc>
        <w:tc>
          <w:tcPr>
            <w:tcW w:w="204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D402832" w14:textId="77777777" w:rsidR="002C0037" w:rsidRDefault="002C0037" w:rsidP="00743513">
            <w:pPr>
              <w:spacing w:after="0"/>
            </w:pPr>
            <w:r>
              <w:t>%</w:t>
            </w:r>
          </w:p>
        </w:tc>
        <w:tc>
          <w:tcPr>
            <w:tcW w:w="294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152E1F4" w14:textId="77777777" w:rsidR="002C0037" w:rsidRDefault="002C0037" w:rsidP="00743513">
            <w:pPr>
              <w:spacing w:after="0"/>
            </w:pPr>
            <w:r>
              <w:t>€</w:t>
            </w:r>
          </w:p>
        </w:tc>
      </w:tr>
      <w:tr w:rsidR="002C0037" w14:paraId="3C1BF003" w14:textId="77777777" w:rsidTr="00743513">
        <w:trPr>
          <w:cantSplit/>
          <w:trHeight w:val="453"/>
          <w:jc w:val="center"/>
        </w:trPr>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82CEBD0" w14:textId="77777777" w:rsidR="002C0037" w:rsidRDefault="002C0037" w:rsidP="00743513">
            <w:pPr>
              <w:spacing w:after="0"/>
            </w:pPr>
            <w:r>
              <w:t>2027</w:t>
            </w:r>
          </w:p>
        </w:tc>
        <w:tc>
          <w:tcPr>
            <w:tcW w:w="289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E5F88E4" w14:textId="77777777" w:rsidR="002C0037" w:rsidRDefault="002C0037" w:rsidP="00743513">
            <w:pPr>
              <w:spacing w:after="0"/>
            </w:pPr>
            <w:r>
              <w:t>€</w:t>
            </w:r>
          </w:p>
        </w:tc>
        <w:tc>
          <w:tcPr>
            <w:tcW w:w="204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2137642" w14:textId="77777777" w:rsidR="002C0037" w:rsidRDefault="002C0037" w:rsidP="00743513">
            <w:pPr>
              <w:spacing w:after="0"/>
            </w:pPr>
            <w:r>
              <w:t>%</w:t>
            </w:r>
          </w:p>
        </w:tc>
        <w:tc>
          <w:tcPr>
            <w:tcW w:w="294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FAC9D51" w14:textId="77777777" w:rsidR="002C0037" w:rsidRDefault="002C0037" w:rsidP="00743513">
            <w:pPr>
              <w:spacing w:after="0"/>
            </w:pPr>
            <w:r>
              <w:t>€</w:t>
            </w:r>
          </w:p>
        </w:tc>
      </w:tr>
      <w:tr w:rsidR="002C0037" w14:paraId="1F7C12E6" w14:textId="77777777" w:rsidTr="00743513">
        <w:trPr>
          <w:cantSplit/>
          <w:trHeight w:val="453"/>
          <w:jc w:val="center"/>
        </w:trPr>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6D376CA" w14:textId="77777777" w:rsidR="002C0037" w:rsidRDefault="002C0037" w:rsidP="00743513">
            <w:pPr>
              <w:spacing w:after="0"/>
            </w:pPr>
            <w:r>
              <w:t>2028</w:t>
            </w:r>
          </w:p>
        </w:tc>
        <w:tc>
          <w:tcPr>
            <w:tcW w:w="289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980D2BD" w14:textId="77777777" w:rsidR="002C0037" w:rsidRDefault="002C0037" w:rsidP="00743513">
            <w:pPr>
              <w:spacing w:after="0"/>
            </w:pPr>
            <w:r>
              <w:t>€</w:t>
            </w:r>
          </w:p>
        </w:tc>
        <w:tc>
          <w:tcPr>
            <w:tcW w:w="204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E216EB4" w14:textId="77777777" w:rsidR="002C0037" w:rsidRDefault="002C0037" w:rsidP="00743513">
            <w:pPr>
              <w:spacing w:after="0"/>
            </w:pPr>
            <w:r>
              <w:t>%</w:t>
            </w:r>
          </w:p>
        </w:tc>
        <w:tc>
          <w:tcPr>
            <w:tcW w:w="294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3A0EBA0" w14:textId="77777777" w:rsidR="002C0037" w:rsidRDefault="002C0037" w:rsidP="00743513">
            <w:pPr>
              <w:spacing w:after="0"/>
            </w:pPr>
            <w:r>
              <w:t>€</w:t>
            </w:r>
          </w:p>
        </w:tc>
      </w:tr>
      <w:tr w:rsidR="002C0037" w14:paraId="76F5159B" w14:textId="77777777" w:rsidTr="00743513">
        <w:trPr>
          <w:cantSplit/>
          <w:trHeight w:val="453"/>
          <w:jc w:val="center"/>
        </w:trPr>
        <w:tc>
          <w:tcPr>
            <w:tcW w:w="170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5EDB6C0" w14:textId="77777777" w:rsidR="002C0037" w:rsidRDefault="002C0037" w:rsidP="00743513">
            <w:pPr>
              <w:spacing w:after="0"/>
            </w:pPr>
            <w:r>
              <w:t>TOTAL</w:t>
            </w:r>
          </w:p>
        </w:tc>
        <w:tc>
          <w:tcPr>
            <w:tcW w:w="289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B88E29B" w14:textId="77777777" w:rsidR="002C0037" w:rsidRDefault="002C0037" w:rsidP="00743513">
            <w:pPr>
              <w:spacing w:after="0"/>
            </w:pPr>
            <w:r>
              <w:t>€</w:t>
            </w:r>
          </w:p>
        </w:tc>
        <w:tc>
          <w:tcPr>
            <w:tcW w:w="204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D6A1BB8" w14:textId="77777777" w:rsidR="002C0037" w:rsidRDefault="002C0037" w:rsidP="00743513">
            <w:pPr>
              <w:spacing w:after="0"/>
            </w:pPr>
            <w:r>
              <w:t>100,00%</w:t>
            </w:r>
          </w:p>
        </w:tc>
        <w:tc>
          <w:tcPr>
            <w:tcW w:w="2948"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AB6194B" w14:textId="77777777" w:rsidR="002C0037" w:rsidRDefault="002C0037" w:rsidP="00743513">
            <w:pPr>
              <w:spacing w:after="0"/>
            </w:pPr>
            <w:r>
              <w:t>€</w:t>
            </w:r>
          </w:p>
        </w:tc>
      </w:tr>
    </w:tbl>
    <w:p w14:paraId="334AC077" w14:textId="77777777" w:rsidR="002C0037" w:rsidRDefault="002C0037" w:rsidP="002C0037">
      <w:pPr>
        <w:spacing w:after="0"/>
      </w:pPr>
    </w:p>
    <w:p w14:paraId="56381863" w14:textId="77777777" w:rsidR="002C0037" w:rsidRPr="002C0037" w:rsidRDefault="002C0037" w:rsidP="002C0037">
      <w:pPr>
        <w:keepNext/>
        <w:spacing w:before="100" w:after="60"/>
        <w:rPr>
          <w:b/>
          <w:color w:val="18482E"/>
          <w:sz w:val="20"/>
        </w:rPr>
      </w:pPr>
      <w:r w:rsidRPr="002C0037">
        <w:rPr>
          <w:b/>
          <w:color w:val="18482E"/>
          <w:sz w:val="20"/>
        </w:rPr>
        <w:t xml:space="preserve">Autorización para el reajuste de anualidades:  </w:t>
      </w:r>
    </w:p>
    <w:p w14:paraId="55C65119" w14:textId="6189227E" w:rsidR="002C0037" w:rsidRPr="00497C72" w:rsidRDefault="002A582D" w:rsidP="002C0037">
      <w:pPr>
        <w:spacing w:before="60"/>
        <w:rPr>
          <w:lang w:val="es-ES"/>
        </w:rPr>
      </w:pPr>
      <w:sdt>
        <w:sdtPr>
          <w:rPr>
            <w:b/>
            <w:color w:val="000000"/>
            <w:sz w:val="19"/>
            <w:lang w:val="es-ES"/>
          </w:rPr>
          <w:id w:val="-246195904"/>
          <w14:checkbox>
            <w14:checked w14:val="1"/>
            <w14:checkedState w14:val="2612" w14:font="MS Gothic"/>
            <w14:uncheckedState w14:val="2610" w14:font="MS Gothic"/>
          </w14:checkbox>
        </w:sdtPr>
        <w:sdtContent>
          <w:r>
            <w:rPr>
              <w:rFonts w:ascii="MS Gothic" w:eastAsia="MS Gothic" w:hAnsi="MS Gothic" w:hint="eastAsia"/>
              <w:b/>
              <w:color w:val="000000"/>
              <w:sz w:val="19"/>
              <w:lang w:val="es-ES"/>
            </w:rPr>
            <w:t>☒</w:t>
          </w:r>
        </w:sdtContent>
      </w:sdt>
      <w:r w:rsidR="002C0037" w:rsidRPr="00497C72">
        <w:rPr>
          <w:b/>
          <w:color w:val="000000"/>
          <w:sz w:val="19"/>
          <w:lang w:val="es-ES"/>
        </w:rPr>
        <w:t xml:space="preserve"> AUTORIZA    </w:t>
      </w:r>
      <w:sdt>
        <w:sdtPr>
          <w:rPr>
            <w:b/>
            <w:color w:val="000000"/>
            <w:sz w:val="19"/>
            <w:lang w:val="es-ES"/>
          </w:rPr>
          <w:id w:val="837122870"/>
          <w14:checkbox>
            <w14:checked w14:val="0"/>
            <w14:checkedState w14:val="2612" w14:font="MS Gothic"/>
            <w14:uncheckedState w14:val="2610" w14:font="MS Gothic"/>
          </w14:checkbox>
        </w:sdtPr>
        <w:sdtContent>
          <w:r>
            <w:rPr>
              <w:rFonts w:ascii="MS Gothic" w:eastAsia="MS Gothic" w:hAnsi="MS Gothic" w:hint="eastAsia"/>
              <w:b/>
              <w:color w:val="000000"/>
              <w:sz w:val="19"/>
              <w:lang w:val="es-ES"/>
            </w:rPr>
            <w:t>☐</w:t>
          </w:r>
        </w:sdtContent>
      </w:sdt>
      <w:r w:rsidR="002C0037" w:rsidRPr="00497C72">
        <w:rPr>
          <w:b/>
          <w:color w:val="000000"/>
          <w:sz w:val="19"/>
          <w:lang w:val="es-ES"/>
        </w:rPr>
        <w:t xml:space="preserve"> NO AUTORIZA</w:t>
      </w:r>
    </w:p>
    <w:p w14:paraId="77CFA9C1" w14:textId="34220AF1" w:rsidR="002C0037" w:rsidRPr="002C0037" w:rsidRDefault="002C0037" w:rsidP="002C0037">
      <w:pPr>
        <w:rPr>
          <w:lang w:val="es-ES"/>
        </w:rPr>
      </w:pPr>
      <w:r w:rsidRPr="00497C72">
        <w:rPr>
          <w:i/>
          <w:color w:val="7F7F7F"/>
          <w:sz w:val="17"/>
          <w:lang w:val="es-ES"/>
        </w:rPr>
        <w:t>La autorización se limita al reajuste presupuestario de la ayuda cuando resulte necesario por la disponibilidad de la convocatoria. Las modificaciones de la ejecución deberán tramitarse conforme a las bases, la convocatoria y la resolución de concesión.</w:t>
      </w:r>
    </w:p>
    <w:p w14:paraId="289A2D88" w14:textId="77777777" w:rsidR="002C0037" w:rsidRPr="002C0037" w:rsidRDefault="002C0037">
      <w:pPr>
        <w:rPr>
          <w:lang w:val="es-ES"/>
        </w:rPr>
      </w:pPr>
    </w:p>
    <w:p w14:paraId="32A74442" w14:textId="4870A0CD" w:rsidR="002C0037" w:rsidRDefault="002C0037">
      <w:pPr>
        <w:spacing w:after="200" w:line="276" w:lineRule="auto"/>
        <w:rPr>
          <w:lang w:val="es-ES"/>
        </w:rPr>
      </w:pPr>
      <w:r>
        <w:rPr>
          <w:lang w:val="es-ES"/>
        </w:rPr>
        <w:br w:type="page"/>
      </w:r>
    </w:p>
    <w:p w14:paraId="23D5A427" w14:textId="77777777" w:rsidR="00DB2DC9" w:rsidRPr="00497C72" w:rsidRDefault="00DB2DC9">
      <w:pPr>
        <w:spacing w:after="60"/>
        <w:rPr>
          <w:lang w:val="es-ES"/>
        </w:rPr>
      </w:pPr>
    </w:p>
    <w:tbl>
      <w:tblPr>
        <w:tblW w:w="0" w:type="auto"/>
        <w:jc w:val="center"/>
        <w:tblLook w:val="04A0" w:firstRow="1" w:lastRow="0" w:firstColumn="1" w:lastColumn="0" w:noHBand="0" w:noVBand="1"/>
      </w:tblPr>
      <w:tblGrid>
        <w:gridCol w:w="10246"/>
      </w:tblGrid>
      <w:tr w:rsidR="00DB2DC9" w:rsidRPr="002C0037" w14:paraId="4D05DEA3" w14:textId="77777777">
        <w:trPr>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55F25724" w14:textId="45F557EC" w:rsidR="00DB2DC9" w:rsidRPr="002C0037" w:rsidRDefault="00A3308C">
            <w:pPr>
              <w:keepNext/>
              <w:spacing w:after="0"/>
              <w:rPr>
                <w:b/>
                <w:bCs/>
                <w:color w:val="FFFFFF" w:themeColor="background1"/>
                <w:sz w:val="24"/>
                <w:szCs w:val="24"/>
                <w:lang w:val="es-ES"/>
              </w:rPr>
            </w:pPr>
            <w:bookmarkStart w:id="15" w:name="bolque_cuatro"/>
            <w:bookmarkEnd w:id="15"/>
            <w:r w:rsidRPr="002C0037">
              <w:rPr>
                <w:b/>
                <w:bCs/>
                <w:color w:val="FFFFFF" w:themeColor="background1"/>
                <w:sz w:val="24"/>
                <w:szCs w:val="24"/>
                <w:lang w:val="es-ES"/>
              </w:rPr>
              <w:t>BLOQUE 4. INFORMACIÓN PARA APLICAR LOS CRITERIOS DE VALORACIÓN (CSO)</w:t>
            </w:r>
          </w:p>
        </w:tc>
      </w:tr>
    </w:tbl>
    <w:p w14:paraId="753AF5E4" w14:textId="77777777" w:rsidR="00DB2DC9" w:rsidRPr="00497C72" w:rsidRDefault="00DB2DC9">
      <w:pPr>
        <w:spacing w:after="0"/>
        <w:rPr>
          <w:lang w:val="es-ES"/>
        </w:rPr>
      </w:pPr>
    </w:p>
    <w:tbl>
      <w:tblPr>
        <w:tblW w:w="0" w:type="auto"/>
        <w:jc w:val="center"/>
        <w:tblLook w:val="04A0" w:firstRow="1" w:lastRow="0" w:firstColumn="1" w:lastColumn="0" w:noHBand="0" w:noVBand="1"/>
      </w:tblPr>
      <w:tblGrid>
        <w:gridCol w:w="10246"/>
      </w:tblGrid>
      <w:tr w:rsidR="00DB2DC9" w:rsidRPr="00497C72" w14:paraId="5A02D1F7" w14:textId="77777777">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71F8347F" w14:textId="77777777" w:rsidR="00DB2DC9" w:rsidRPr="00497C72" w:rsidRDefault="00A3308C">
            <w:pPr>
              <w:keepNext/>
              <w:spacing w:after="0"/>
              <w:rPr>
                <w:lang w:val="es-ES"/>
              </w:rPr>
            </w:pPr>
            <w:r w:rsidRPr="00497C72">
              <w:rPr>
                <w:b/>
                <w:color w:val="000000"/>
                <w:lang w:val="es-ES"/>
              </w:rPr>
              <w:t>Instrucciones:</w:t>
            </w:r>
            <w:r w:rsidRPr="00497C72">
              <w:rPr>
                <w:color w:val="000000"/>
                <w:lang w:val="es-ES"/>
              </w:rPr>
              <w:t xml:space="preserve"> complete este bloque conforme a las definiciones del Anexo II de la convocatoria para el Navia-Porcía. No se autopuntúe. Cite los apartados de la memoria y los documentos que acreditan cada circunstancia. Los criterios 1, 2, 3, 4, 5 y 6 son excluyentes en su puntuación, aunque en los criterios 4 y 5 pueden identificarse varias circunstancias que fundamenten la opción aplicable.</w:t>
            </w:r>
          </w:p>
        </w:tc>
      </w:tr>
    </w:tbl>
    <w:p w14:paraId="393DC4E0" w14:textId="77777777" w:rsidR="00DB2DC9" w:rsidRPr="00497C72" w:rsidRDefault="00DB2DC9">
      <w:pPr>
        <w:spacing w:after="0"/>
        <w:rPr>
          <w:lang w:val="es-ES"/>
        </w:rPr>
      </w:pPr>
    </w:p>
    <w:p w14:paraId="11B69E8B" w14:textId="77777777" w:rsidR="00DB2DC9" w:rsidRDefault="00A3308C">
      <w:pPr>
        <w:keepNext/>
        <w:pBdr>
          <w:bottom w:val="single" w:sz="8" w:space="2" w:color="18482E"/>
        </w:pBdr>
        <w:spacing w:before="100" w:after="60"/>
      </w:pPr>
      <w:bookmarkStart w:id="16" w:name="ap_ej_cso_22002"/>
      <w:r>
        <w:rPr>
          <w:b/>
          <w:color w:val="18482E"/>
          <w:sz w:val="24"/>
        </w:rPr>
        <w:t>4.1. Prioridad estratégica de la operación</w:t>
      </w:r>
      <w:bookmarkEnd w:id="16"/>
    </w:p>
    <w:p w14:paraId="25ECF3D1" w14:textId="77777777" w:rsidR="00DB2DC9" w:rsidRDefault="00A3308C">
      <w:pPr>
        <w:keepNext/>
        <w:spacing w:after="20"/>
        <w:jc w:val="right"/>
      </w:pPr>
      <w:hyperlink w:anchor="ej_cso" w:history="1">
        <w:r>
          <w:rPr>
            <w:b/>
            <w:color w:val="18482E"/>
            <w:sz w:val="15"/>
            <w:bdr w:val="single" w:sz="6" w:space="2" w:color="8BA99A"/>
            <w:shd w:val="clear" w:color="auto" w:fill="EAF3EC"/>
          </w:rPr>
          <w:t xml:space="preserve">  VER ORIENTACIÓN Y EJEMPLO  </w:t>
        </w:r>
      </w:hyperlink>
    </w:p>
    <w:tbl>
      <w:tblPr>
        <w:tblW w:w="0" w:type="auto"/>
        <w:jc w:val="center"/>
        <w:tblLook w:val="04A0" w:firstRow="1" w:lastRow="0" w:firstColumn="1" w:lastColumn="0" w:noHBand="0" w:noVBand="1"/>
      </w:tblPr>
      <w:tblGrid>
        <w:gridCol w:w="10246"/>
      </w:tblGrid>
      <w:tr w:rsidR="00DB2DC9" w:rsidRPr="00497C72" w14:paraId="0BC77DDA" w14:textId="77777777">
        <w:trPr>
          <w:tblHeader/>
          <w:jc w:val="center"/>
        </w:trPr>
        <w:tc>
          <w:tcPr>
            <w:tcW w:w="10262" w:type="dxa"/>
            <w:tcBorders>
              <w:top w:val="single" w:sz="6" w:space="0" w:color="9CB9A6"/>
              <w:left w:val="single" w:sz="6" w:space="0" w:color="9CB9A6"/>
              <w:bottom w:val="single" w:sz="6" w:space="0" w:color="9CB9A6"/>
              <w:right w:val="single" w:sz="6" w:space="0" w:color="9CB9A6"/>
            </w:tcBorders>
            <w:shd w:val="clear" w:color="auto" w:fill="EAF3EC"/>
          </w:tcPr>
          <w:p w14:paraId="0E52710B" w14:textId="77777777" w:rsidR="00DB2DC9" w:rsidRPr="00497C72" w:rsidRDefault="00A3308C">
            <w:pPr>
              <w:spacing w:after="0"/>
              <w:jc w:val="center"/>
              <w:rPr>
                <w:lang w:val="es-ES"/>
              </w:rPr>
            </w:pPr>
            <w:r w:rsidRPr="00497C72">
              <w:rPr>
                <w:b/>
                <w:color w:val="18482E"/>
                <w:sz w:val="19"/>
                <w:lang w:val="es-ES"/>
              </w:rPr>
              <w:t>Seleccione una única prioridad principal</w:t>
            </w:r>
          </w:p>
        </w:tc>
      </w:tr>
      <w:tr w:rsidR="00DB2DC9" w:rsidRPr="00497C72" w14:paraId="032364C5"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F33D947" w14:textId="68F9278E" w:rsidR="00DB2DC9" w:rsidRPr="00497C72" w:rsidRDefault="002A582D">
            <w:pPr>
              <w:spacing w:after="0"/>
              <w:rPr>
                <w:lang w:val="es-ES"/>
              </w:rPr>
            </w:pPr>
            <w:sdt>
              <w:sdtPr>
                <w:rPr>
                  <w:color w:val="000000"/>
                  <w:lang w:val="es-ES"/>
                </w:rPr>
                <w:id w:val="1007786981"/>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PRIORIDAD 1: actividad económica y empleo; servicios asistenciales, tercera edad e infancia; movilidad; vivienda; telecomunicaciones y TIC; entorno natural; emisiones y residuos; transición energética; bioeconomía; puesta en valor agrícola o forestal.</w:t>
            </w:r>
          </w:p>
        </w:tc>
      </w:tr>
      <w:tr w:rsidR="00DB2DC9" w:rsidRPr="00497C72" w14:paraId="7003017B"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FDD834C" w14:textId="2403D84C" w:rsidR="00DB2DC9" w:rsidRPr="00497C72" w:rsidRDefault="002A582D">
            <w:pPr>
              <w:spacing w:after="0"/>
              <w:rPr>
                <w:lang w:val="es-ES"/>
              </w:rPr>
            </w:pPr>
            <w:sdt>
              <w:sdtPr>
                <w:rPr>
                  <w:color w:val="000000"/>
                  <w:lang w:val="es-ES"/>
                </w:rPr>
                <w:id w:val="-1602636819"/>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PRIORIDAD 2: servicios e infraestructuras turísticas, culturales, de ocio y otros servicios sociales no incluidos en la prioridad 1.</w:t>
            </w:r>
          </w:p>
        </w:tc>
      </w:tr>
      <w:tr w:rsidR="00DB2DC9" w:rsidRPr="00497C72" w14:paraId="067732B4"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3E5CBACD" w14:textId="325CC857" w:rsidR="00DB2DC9" w:rsidRPr="00497C72" w:rsidRDefault="002A582D">
            <w:pPr>
              <w:spacing w:after="0"/>
              <w:rPr>
                <w:lang w:val="es-ES"/>
              </w:rPr>
            </w:pPr>
            <w:sdt>
              <w:sdtPr>
                <w:rPr>
                  <w:color w:val="000000"/>
                  <w:lang w:val="es-ES"/>
                </w:rPr>
                <w:id w:val="-862895834"/>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PRIORIDAD 3: patrimonio arquitectónico o cultural e infraestructuras físicas de comunicación.</w:t>
            </w:r>
          </w:p>
        </w:tc>
      </w:tr>
      <w:tr w:rsidR="00DB2DC9" w:rsidRPr="00497C72" w14:paraId="3BAE8AB2"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25E0C9E8" w14:textId="71BCE91E" w:rsidR="00DB2DC9" w:rsidRPr="00497C72" w:rsidRDefault="002A582D">
            <w:pPr>
              <w:spacing w:after="0"/>
              <w:rPr>
                <w:lang w:val="es-ES"/>
              </w:rPr>
            </w:pPr>
            <w:sdt>
              <w:sdtPr>
                <w:rPr>
                  <w:color w:val="000000"/>
                  <w:lang w:val="es-ES"/>
                </w:rPr>
                <w:id w:val="-775867685"/>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PRIORIDAD 4: operaciones no incluidas en las prioridades anteriores.</w:t>
            </w:r>
          </w:p>
        </w:tc>
      </w:tr>
    </w:tbl>
    <w:p w14:paraId="320B9818" w14:textId="77777777" w:rsidR="00DB2DC9" w:rsidRPr="00497C72" w:rsidRDefault="00DB2DC9">
      <w:pPr>
        <w:spacing w:after="0"/>
        <w:rPr>
          <w:lang w:val="es-ES"/>
        </w:rPr>
      </w:pPr>
    </w:p>
    <w:p w14:paraId="01D6AADD" w14:textId="77777777" w:rsidR="00DB2DC9" w:rsidRDefault="00A3308C" w:rsidP="00AA49D4">
      <w:pPr>
        <w:keepNext/>
        <w:spacing w:before="100" w:after="60"/>
      </w:pPr>
      <w:r>
        <w:rPr>
          <w:b/>
          <w:color w:val="18482E"/>
          <w:sz w:val="20"/>
        </w:rPr>
        <w:t>Justificación de la prioridad seleccionada</w:t>
      </w:r>
    </w:p>
    <w:tbl>
      <w:tblPr>
        <w:tblW w:w="0" w:type="auto"/>
        <w:jc w:val="center"/>
        <w:tblLook w:val="04A0" w:firstRow="1" w:lastRow="0" w:firstColumn="1" w:lastColumn="0" w:noHBand="0" w:noVBand="1"/>
      </w:tblPr>
      <w:tblGrid>
        <w:gridCol w:w="10250"/>
      </w:tblGrid>
      <w:tr w:rsidR="00DB2DC9" w14:paraId="0816B1B8" w14:textId="77777777">
        <w:trPr>
          <w:trHeight w:val="1587"/>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2365811B" w14:textId="77777777" w:rsidR="00DB2DC9" w:rsidRDefault="00A3308C">
            <w:pPr>
              <w:spacing w:after="0"/>
            </w:pPr>
            <w:r w:rsidRPr="00497C72">
              <w:rPr>
                <w:i/>
                <w:color w:val="7F7F7F"/>
                <w:lang w:val="es-ES"/>
              </w:rPr>
              <w:t xml:space="preserve">Identifique la finalidad principal y explique por qué la prioridad seleccionada es la que se relaciona de forma más directa con la operación. </w:t>
            </w:r>
            <w:r>
              <w:rPr>
                <w:i/>
                <w:color w:val="7F7F7F"/>
              </w:rPr>
              <w:t>Cite las operaciones y partidas principales que la fundamentan.</w:t>
            </w:r>
          </w:p>
        </w:tc>
      </w:tr>
    </w:tbl>
    <w:p w14:paraId="69ACA034" w14:textId="77777777" w:rsidR="00DB2DC9" w:rsidRDefault="00DB2DC9">
      <w:pPr>
        <w:spacing w:after="0"/>
      </w:pPr>
    </w:p>
    <w:p w14:paraId="1E8AEC38" w14:textId="77777777" w:rsidR="00DB2DC9" w:rsidRDefault="00A3308C">
      <w:pPr>
        <w:keepNext/>
        <w:pBdr>
          <w:bottom w:val="single" w:sz="8" w:space="2" w:color="18482E"/>
        </w:pBdr>
        <w:spacing w:before="100" w:after="60"/>
      </w:pPr>
      <w:bookmarkStart w:id="17" w:name="ap_ej_cso_74662"/>
      <w:r>
        <w:rPr>
          <w:b/>
          <w:color w:val="18482E"/>
          <w:sz w:val="24"/>
        </w:rPr>
        <w:t>4.2. Intensidad de la operación</w:t>
      </w:r>
      <w:bookmarkEnd w:id="17"/>
    </w:p>
    <w:p w14:paraId="5294E773" w14:textId="77777777" w:rsidR="00DB2DC9" w:rsidRDefault="00A3308C">
      <w:pPr>
        <w:keepNext/>
        <w:spacing w:after="20"/>
        <w:jc w:val="right"/>
      </w:pPr>
      <w:hyperlink w:anchor="ej_cso" w:history="1">
        <w:r>
          <w:rPr>
            <w:b/>
            <w:color w:val="18482E"/>
            <w:sz w:val="15"/>
            <w:bdr w:val="single" w:sz="6" w:space="2" w:color="8BA99A"/>
            <w:shd w:val="clear" w:color="auto" w:fill="EAF3EC"/>
          </w:rPr>
          <w:t xml:space="preserve">  VER ORIENTACIÓN Y EJEMPLO  </w:t>
        </w:r>
      </w:hyperlink>
    </w:p>
    <w:tbl>
      <w:tblPr>
        <w:tblW w:w="0" w:type="auto"/>
        <w:jc w:val="center"/>
        <w:tblLayout w:type="fixed"/>
        <w:tblLook w:val="04A0" w:firstRow="1" w:lastRow="0" w:firstColumn="1" w:lastColumn="0" w:noHBand="0" w:noVBand="1"/>
      </w:tblPr>
      <w:tblGrid>
        <w:gridCol w:w="5159"/>
        <w:gridCol w:w="4932"/>
      </w:tblGrid>
      <w:tr w:rsidR="00DB2DC9" w14:paraId="06C183D5" w14:textId="77777777">
        <w:trPr>
          <w:cantSplit/>
          <w:tblHeader/>
          <w:jc w:val="center"/>
        </w:trPr>
        <w:tc>
          <w:tcPr>
            <w:tcW w:w="5159"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5800F14" w14:textId="77777777" w:rsidR="00DB2DC9" w:rsidRPr="00497C72" w:rsidRDefault="00A3308C">
            <w:pPr>
              <w:spacing w:after="0"/>
              <w:jc w:val="center"/>
              <w:rPr>
                <w:lang w:val="es-ES"/>
              </w:rPr>
            </w:pPr>
            <w:r w:rsidRPr="00497C72">
              <w:rPr>
                <w:b/>
                <w:color w:val="18482E"/>
                <w:sz w:val="17"/>
                <w:lang w:val="es-ES"/>
              </w:rPr>
              <w:t>Inversión subvencionable total solicitada (IVA incluido cuando sea subvencionable)</w:t>
            </w:r>
          </w:p>
        </w:tc>
        <w:tc>
          <w:tcPr>
            <w:tcW w:w="4932"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CCF461D" w14:textId="77777777" w:rsidR="00DB2DC9" w:rsidRDefault="00A3308C">
            <w:pPr>
              <w:spacing w:after="0"/>
              <w:jc w:val="center"/>
            </w:pPr>
            <w:r>
              <w:rPr>
                <w:b/>
                <w:color w:val="18482E"/>
                <w:sz w:val="17"/>
              </w:rPr>
              <w:t>Tramo aplicable</w:t>
            </w:r>
          </w:p>
        </w:tc>
      </w:tr>
      <w:tr w:rsidR="00DB2DC9" w14:paraId="03CD003A" w14:textId="77777777">
        <w:trPr>
          <w:cantSplit/>
          <w:trHeight w:val="1247"/>
          <w:jc w:val="center"/>
        </w:trPr>
        <w:tc>
          <w:tcPr>
            <w:tcW w:w="5159"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8EB25D2" w14:textId="77777777" w:rsidR="00DB2DC9" w:rsidRDefault="00A3308C">
            <w:pPr>
              <w:spacing w:after="0"/>
            </w:pPr>
            <w:r>
              <w:rPr>
                <w:sz w:val="17"/>
              </w:rPr>
              <w:t>________________ €</w:t>
            </w:r>
          </w:p>
        </w:tc>
        <w:tc>
          <w:tcPr>
            <w:tcW w:w="4932"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016BFE9" w14:textId="06EA6484" w:rsidR="00DB2DC9" w:rsidRDefault="002A582D">
            <w:pPr>
              <w:spacing w:after="0"/>
            </w:pPr>
            <w:sdt>
              <w:sdtPr>
                <w:rPr>
                  <w:sz w:val="17"/>
                </w:rPr>
                <w:id w:val="-11814398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A3308C">
              <w:rPr>
                <w:sz w:val="17"/>
              </w:rPr>
              <w:t xml:space="preserve"> ≤100.000 €</w:t>
            </w:r>
            <w:r w:rsidR="00A3308C">
              <w:rPr>
                <w:sz w:val="17"/>
              </w:rPr>
              <w:br/>
            </w:r>
            <w:sdt>
              <w:sdtPr>
                <w:rPr>
                  <w:sz w:val="17"/>
                </w:rPr>
                <w:id w:val="-954482388"/>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A3308C">
              <w:rPr>
                <w:sz w:val="17"/>
              </w:rPr>
              <w:t xml:space="preserve"> &gt;100.000-125.000 €</w:t>
            </w:r>
            <w:r w:rsidR="00A3308C">
              <w:rPr>
                <w:sz w:val="17"/>
              </w:rPr>
              <w:br/>
            </w:r>
            <w:sdt>
              <w:sdtPr>
                <w:rPr>
                  <w:sz w:val="17"/>
                </w:rPr>
                <w:id w:val="794566724"/>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A3308C">
              <w:rPr>
                <w:sz w:val="17"/>
              </w:rPr>
              <w:t xml:space="preserve"> &gt;125.000-150.000 €</w:t>
            </w:r>
            <w:r w:rsidR="00A3308C">
              <w:rPr>
                <w:sz w:val="17"/>
              </w:rPr>
              <w:br/>
            </w:r>
            <w:sdt>
              <w:sdtPr>
                <w:rPr>
                  <w:sz w:val="17"/>
                </w:rPr>
                <w:id w:val="664594902"/>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A3308C">
              <w:rPr>
                <w:sz w:val="17"/>
              </w:rPr>
              <w:t xml:space="preserve"> &gt;150.000-175.000 €</w:t>
            </w:r>
            <w:r w:rsidR="00A3308C">
              <w:rPr>
                <w:sz w:val="17"/>
              </w:rPr>
              <w:br/>
            </w:r>
            <w:sdt>
              <w:sdtPr>
                <w:rPr>
                  <w:sz w:val="17"/>
                </w:rPr>
                <w:id w:val="-798602333"/>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A3308C">
              <w:rPr>
                <w:sz w:val="17"/>
              </w:rPr>
              <w:t xml:space="preserve"> &gt;175.000-200.000 €</w:t>
            </w:r>
            <w:r w:rsidR="00A3308C">
              <w:rPr>
                <w:sz w:val="17"/>
              </w:rPr>
              <w:br/>
            </w:r>
            <w:sdt>
              <w:sdtPr>
                <w:rPr>
                  <w:sz w:val="17"/>
                </w:rPr>
                <w:id w:val="-688147996"/>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A3308C">
              <w:rPr>
                <w:sz w:val="17"/>
              </w:rPr>
              <w:t xml:space="preserve"> &gt;200.000 €</w:t>
            </w:r>
          </w:p>
        </w:tc>
      </w:tr>
    </w:tbl>
    <w:p w14:paraId="6A8E557C" w14:textId="77777777" w:rsidR="00DB2DC9" w:rsidRDefault="00DB2DC9">
      <w:pPr>
        <w:spacing w:after="0"/>
      </w:pPr>
    </w:p>
    <w:p w14:paraId="7172682E" w14:textId="77777777" w:rsidR="00DB2DC9" w:rsidRPr="00497C72" w:rsidRDefault="00A3308C">
      <w:pPr>
        <w:keepNext/>
        <w:pBdr>
          <w:bottom w:val="single" w:sz="8" w:space="2" w:color="18482E"/>
        </w:pBdr>
        <w:spacing w:before="100" w:after="60"/>
        <w:rPr>
          <w:lang w:val="es-ES"/>
        </w:rPr>
      </w:pPr>
      <w:bookmarkStart w:id="18" w:name="ap_ej_cso_78354"/>
      <w:r w:rsidRPr="00497C72">
        <w:rPr>
          <w:b/>
          <w:color w:val="18482E"/>
          <w:sz w:val="24"/>
          <w:lang w:val="es-ES"/>
        </w:rPr>
        <w:t>4.3. Ubicación de la operación y grado de ruralidad</w:t>
      </w:r>
      <w:bookmarkEnd w:id="18"/>
    </w:p>
    <w:p w14:paraId="4D13972F" w14:textId="77777777" w:rsidR="00DB2DC9" w:rsidRDefault="00A3308C">
      <w:pPr>
        <w:keepNext/>
        <w:spacing w:after="20"/>
        <w:jc w:val="right"/>
      </w:pPr>
      <w:hyperlink w:anchor="ej_cso"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tbl>
      <w:tblPr>
        <w:tblW w:w="0" w:type="auto"/>
        <w:jc w:val="center"/>
        <w:tblLayout w:type="fixed"/>
        <w:tblLook w:val="04A0" w:firstRow="1" w:lastRow="0" w:firstColumn="1" w:lastColumn="0" w:noHBand="0" w:noVBand="1"/>
      </w:tblPr>
      <w:tblGrid>
        <w:gridCol w:w="3685"/>
        <w:gridCol w:w="2041"/>
        <w:gridCol w:w="1871"/>
        <w:gridCol w:w="2494"/>
      </w:tblGrid>
      <w:tr w:rsidR="00DB2DC9" w14:paraId="1F63EE24" w14:textId="77777777">
        <w:trPr>
          <w:cantSplit/>
          <w:tblHeader/>
          <w:jc w:val="center"/>
        </w:trPr>
        <w:tc>
          <w:tcPr>
            <w:tcW w:w="3685"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39BC443" w14:textId="77777777" w:rsidR="00DB2DC9" w:rsidRDefault="00A3308C">
            <w:pPr>
              <w:spacing w:after="0"/>
              <w:jc w:val="center"/>
            </w:pPr>
            <w:r>
              <w:rPr>
                <w:b/>
                <w:color w:val="18482E"/>
                <w:sz w:val="17"/>
              </w:rPr>
              <w:t>Ubicación aplicable</w:t>
            </w:r>
          </w:p>
        </w:tc>
        <w:tc>
          <w:tcPr>
            <w:tcW w:w="204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09C4FE2F" w14:textId="77777777" w:rsidR="00DB2DC9" w:rsidRDefault="00A3308C">
            <w:pPr>
              <w:spacing w:after="0"/>
              <w:jc w:val="center"/>
            </w:pPr>
            <w:r>
              <w:rPr>
                <w:b/>
                <w:color w:val="18482E"/>
                <w:sz w:val="17"/>
              </w:rPr>
              <w:t>Parroquia</w:t>
            </w:r>
          </w:p>
        </w:tc>
        <w:tc>
          <w:tcPr>
            <w:tcW w:w="187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6557FB42" w14:textId="77777777" w:rsidR="00DB2DC9" w:rsidRDefault="00A3308C">
            <w:pPr>
              <w:spacing w:after="0"/>
              <w:jc w:val="center"/>
            </w:pPr>
            <w:r>
              <w:rPr>
                <w:b/>
                <w:color w:val="18482E"/>
                <w:sz w:val="17"/>
              </w:rPr>
              <w:t>Densidad de población</w:t>
            </w:r>
          </w:p>
        </w:tc>
        <w:tc>
          <w:tcPr>
            <w:tcW w:w="2494"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7B4EF6ED" w14:textId="77777777" w:rsidR="00DB2DC9" w:rsidRDefault="00A3308C">
            <w:pPr>
              <w:spacing w:after="0"/>
              <w:jc w:val="center"/>
            </w:pPr>
            <w:r>
              <w:rPr>
                <w:b/>
                <w:color w:val="18482E"/>
                <w:sz w:val="17"/>
              </w:rPr>
              <w:t>Grado de ruralidad (GAL)</w:t>
            </w:r>
          </w:p>
        </w:tc>
      </w:tr>
      <w:tr w:rsidR="00DB2DC9" w:rsidRPr="00497C72" w14:paraId="5A1924E0" w14:textId="77777777">
        <w:trPr>
          <w:cantSplit/>
          <w:trHeight w:val="1190"/>
          <w:jc w:val="center"/>
        </w:trPr>
        <w:tc>
          <w:tcPr>
            <w:tcW w:w="3685"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7B3A149" w14:textId="77777777" w:rsidR="00DB2DC9" w:rsidRDefault="00DB2DC9">
            <w:pPr>
              <w:spacing w:after="0"/>
            </w:pPr>
          </w:p>
        </w:tc>
        <w:tc>
          <w:tcPr>
            <w:tcW w:w="204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13F4EEE" w14:textId="77777777" w:rsidR="00DB2DC9" w:rsidRDefault="00DB2DC9">
            <w:pPr>
              <w:spacing w:after="0"/>
            </w:pPr>
          </w:p>
        </w:tc>
        <w:tc>
          <w:tcPr>
            <w:tcW w:w="187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4C3B909" w14:textId="77777777" w:rsidR="00DB2DC9" w:rsidRDefault="00DB2DC9">
            <w:pPr>
              <w:spacing w:after="0"/>
            </w:pPr>
          </w:p>
        </w:tc>
        <w:tc>
          <w:tcPr>
            <w:tcW w:w="2494"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39E4711" w14:textId="5C45F839" w:rsidR="00DB2DC9" w:rsidRPr="00497C72" w:rsidRDefault="002A582D">
            <w:pPr>
              <w:spacing w:after="0"/>
              <w:rPr>
                <w:lang w:val="es-ES"/>
              </w:rPr>
            </w:pPr>
            <w:sdt>
              <w:sdtPr>
                <w:rPr>
                  <w:sz w:val="17"/>
                  <w:lang w:val="es-ES"/>
                </w:rPr>
                <w:id w:val="2039091442"/>
                <w14:checkbox>
                  <w14:checked w14:val="0"/>
                  <w14:checkedState w14:val="2612" w14:font="MS Gothic"/>
                  <w14:uncheckedState w14:val="2610" w14:font="MS Gothic"/>
                </w14:checkbox>
              </w:sdtPr>
              <w:sdtContent>
                <w:r>
                  <w:rPr>
                    <w:rFonts w:ascii="MS Gothic" w:eastAsia="MS Gothic" w:hAnsi="MS Gothic" w:hint="eastAsia"/>
                    <w:sz w:val="17"/>
                    <w:lang w:val="es-ES"/>
                  </w:rPr>
                  <w:t>☐</w:t>
                </w:r>
              </w:sdtContent>
            </w:sdt>
            <w:r w:rsidR="00A3308C" w:rsidRPr="00497C72">
              <w:rPr>
                <w:sz w:val="17"/>
                <w:lang w:val="es-ES"/>
              </w:rPr>
              <w:t xml:space="preserve"> Absoluta</w:t>
            </w:r>
            <w:r w:rsidR="00A3308C" w:rsidRPr="00497C72">
              <w:rPr>
                <w:sz w:val="17"/>
                <w:lang w:val="es-ES"/>
              </w:rPr>
              <w:br/>
            </w:r>
            <w:sdt>
              <w:sdtPr>
                <w:rPr>
                  <w:sz w:val="17"/>
                  <w:lang w:val="es-ES"/>
                </w:rPr>
                <w:id w:val="1101535001"/>
                <w14:checkbox>
                  <w14:checked w14:val="0"/>
                  <w14:checkedState w14:val="2612" w14:font="MS Gothic"/>
                  <w14:uncheckedState w14:val="2610" w14:font="MS Gothic"/>
                </w14:checkbox>
              </w:sdtPr>
              <w:sdtContent>
                <w:r>
                  <w:rPr>
                    <w:rFonts w:ascii="MS Gothic" w:eastAsia="MS Gothic" w:hAnsi="MS Gothic" w:hint="eastAsia"/>
                    <w:sz w:val="17"/>
                    <w:lang w:val="es-ES"/>
                  </w:rPr>
                  <w:t>☐</w:t>
                </w:r>
              </w:sdtContent>
            </w:sdt>
            <w:r w:rsidR="00A3308C" w:rsidRPr="00497C72">
              <w:rPr>
                <w:sz w:val="17"/>
                <w:lang w:val="es-ES"/>
              </w:rPr>
              <w:t xml:space="preserve"> Alta</w:t>
            </w:r>
            <w:r w:rsidR="00A3308C" w:rsidRPr="00497C72">
              <w:rPr>
                <w:sz w:val="17"/>
                <w:lang w:val="es-ES"/>
              </w:rPr>
              <w:br/>
            </w:r>
            <w:sdt>
              <w:sdtPr>
                <w:rPr>
                  <w:sz w:val="17"/>
                  <w:lang w:val="es-ES"/>
                </w:rPr>
                <w:id w:val="-172947320"/>
                <w14:checkbox>
                  <w14:checked w14:val="0"/>
                  <w14:checkedState w14:val="2612" w14:font="MS Gothic"/>
                  <w14:uncheckedState w14:val="2610" w14:font="MS Gothic"/>
                </w14:checkbox>
              </w:sdtPr>
              <w:sdtContent>
                <w:r>
                  <w:rPr>
                    <w:rFonts w:ascii="MS Gothic" w:eastAsia="MS Gothic" w:hAnsi="MS Gothic" w:hint="eastAsia"/>
                    <w:sz w:val="17"/>
                    <w:lang w:val="es-ES"/>
                  </w:rPr>
                  <w:t>☐</w:t>
                </w:r>
              </w:sdtContent>
            </w:sdt>
            <w:r w:rsidR="00A3308C" w:rsidRPr="00497C72">
              <w:rPr>
                <w:sz w:val="17"/>
                <w:lang w:val="es-ES"/>
              </w:rPr>
              <w:t xml:space="preserve"> Media</w:t>
            </w:r>
            <w:r w:rsidR="00A3308C" w:rsidRPr="00497C72">
              <w:rPr>
                <w:sz w:val="17"/>
                <w:lang w:val="es-ES"/>
              </w:rPr>
              <w:br/>
            </w:r>
            <w:sdt>
              <w:sdtPr>
                <w:rPr>
                  <w:sz w:val="17"/>
                  <w:lang w:val="es-ES"/>
                </w:rPr>
                <w:id w:val="2060043573"/>
                <w14:checkbox>
                  <w14:checked w14:val="0"/>
                  <w14:checkedState w14:val="2612" w14:font="MS Gothic"/>
                  <w14:uncheckedState w14:val="2610" w14:font="MS Gothic"/>
                </w14:checkbox>
              </w:sdtPr>
              <w:sdtContent>
                <w:r>
                  <w:rPr>
                    <w:rFonts w:ascii="MS Gothic" w:eastAsia="MS Gothic" w:hAnsi="MS Gothic" w:hint="eastAsia"/>
                    <w:sz w:val="17"/>
                    <w:lang w:val="es-ES"/>
                  </w:rPr>
                  <w:t>☐</w:t>
                </w:r>
              </w:sdtContent>
            </w:sdt>
            <w:r w:rsidR="00A3308C" w:rsidRPr="00497C72">
              <w:rPr>
                <w:sz w:val="17"/>
                <w:lang w:val="es-ES"/>
              </w:rPr>
              <w:t xml:space="preserve"> Baja</w:t>
            </w:r>
            <w:r w:rsidR="00A3308C" w:rsidRPr="00497C72">
              <w:rPr>
                <w:sz w:val="17"/>
                <w:lang w:val="es-ES"/>
              </w:rPr>
              <w:br/>
            </w:r>
            <w:sdt>
              <w:sdtPr>
                <w:rPr>
                  <w:sz w:val="17"/>
                  <w:lang w:val="es-ES"/>
                </w:rPr>
                <w:id w:val="1767581181"/>
                <w14:checkbox>
                  <w14:checked w14:val="0"/>
                  <w14:checkedState w14:val="2612" w14:font="MS Gothic"/>
                  <w14:uncheckedState w14:val="2610" w14:font="MS Gothic"/>
                </w14:checkbox>
              </w:sdtPr>
              <w:sdtContent>
                <w:r>
                  <w:rPr>
                    <w:rFonts w:ascii="MS Gothic" w:eastAsia="MS Gothic" w:hAnsi="MS Gothic" w:hint="eastAsia"/>
                    <w:sz w:val="17"/>
                    <w:lang w:val="es-ES"/>
                  </w:rPr>
                  <w:t>☐</w:t>
                </w:r>
              </w:sdtContent>
            </w:sdt>
            <w:r w:rsidR="00A3308C" w:rsidRPr="00497C72">
              <w:rPr>
                <w:sz w:val="17"/>
                <w:lang w:val="es-ES"/>
              </w:rPr>
              <w:t xml:space="preserve"> Nula</w:t>
            </w:r>
          </w:p>
        </w:tc>
      </w:tr>
    </w:tbl>
    <w:p w14:paraId="11A88D14" w14:textId="77777777" w:rsidR="00DB2DC9" w:rsidRPr="00497C72" w:rsidRDefault="00DB2DC9">
      <w:pPr>
        <w:spacing w:after="0"/>
        <w:rPr>
          <w:lang w:val="es-ES"/>
        </w:rPr>
      </w:pPr>
    </w:p>
    <w:p w14:paraId="0A38FABB" w14:textId="77777777" w:rsidR="00DB2DC9" w:rsidRDefault="00A3308C" w:rsidP="00AA49D4">
      <w:pPr>
        <w:keepNext/>
        <w:spacing w:before="100" w:after="60"/>
      </w:pPr>
      <w:r>
        <w:rPr>
          <w:b/>
          <w:color w:val="18482E"/>
          <w:sz w:val="20"/>
        </w:rPr>
        <w:lastRenderedPageBreak/>
        <w:t>Operaciones con varias ubicaciones</w:t>
      </w:r>
    </w:p>
    <w:tbl>
      <w:tblPr>
        <w:tblW w:w="0" w:type="auto"/>
        <w:jc w:val="center"/>
        <w:tblLook w:val="04A0" w:firstRow="1" w:lastRow="0" w:firstColumn="1" w:lastColumn="0" w:noHBand="0" w:noVBand="1"/>
      </w:tblPr>
      <w:tblGrid>
        <w:gridCol w:w="10250"/>
      </w:tblGrid>
      <w:tr w:rsidR="00DB2DC9" w:rsidRPr="00497C72" w14:paraId="2255A530" w14:textId="77777777" w:rsidTr="00E47FB3">
        <w:trPr>
          <w:trHeight w:val="1879"/>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46F78FD4" w14:textId="77777777" w:rsidR="00DB2DC9" w:rsidRPr="00497C72" w:rsidRDefault="00A3308C">
            <w:pPr>
              <w:spacing w:after="0"/>
              <w:rPr>
                <w:lang w:val="es-ES"/>
              </w:rPr>
            </w:pPr>
            <w:r w:rsidRPr="00497C72">
              <w:rPr>
                <w:i/>
                <w:color w:val="7F7F7F"/>
                <w:lang w:val="es-ES"/>
              </w:rPr>
              <w:t>Indique las ubicaciones y qué operación se lleva a cabo en cada una. A efectos del criterio, identifique la ubicación con mayor grado de ruralidad, de acuerdo con la definición de la convocatoria.</w:t>
            </w:r>
          </w:p>
        </w:tc>
      </w:tr>
    </w:tbl>
    <w:p w14:paraId="4AAEEEDD" w14:textId="77777777" w:rsidR="00DB2DC9" w:rsidRPr="00497C72" w:rsidRDefault="00DB2DC9">
      <w:pPr>
        <w:spacing w:after="0"/>
        <w:rPr>
          <w:lang w:val="es-ES"/>
        </w:rPr>
      </w:pPr>
    </w:p>
    <w:p w14:paraId="340E789D" w14:textId="77777777" w:rsidR="00DB2DC9" w:rsidRDefault="00A3308C">
      <w:pPr>
        <w:keepNext/>
        <w:pBdr>
          <w:bottom w:val="single" w:sz="8" w:space="2" w:color="18482E"/>
        </w:pBdr>
        <w:spacing w:before="100" w:after="60"/>
      </w:pPr>
      <w:bookmarkStart w:id="19" w:name="ap_ej_cso_4437"/>
      <w:r>
        <w:rPr>
          <w:b/>
          <w:color w:val="18482E"/>
          <w:sz w:val="24"/>
        </w:rPr>
        <w:t>4.4. Características singulares de la operación</w:t>
      </w:r>
      <w:bookmarkEnd w:id="19"/>
    </w:p>
    <w:p w14:paraId="2A360131" w14:textId="77777777" w:rsidR="00DB2DC9" w:rsidRDefault="00A3308C">
      <w:pPr>
        <w:keepNext/>
        <w:spacing w:after="20"/>
        <w:jc w:val="right"/>
      </w:pPr>
      <w:hyperlink w:anchor="ej_cso" w:history="1">
        <w:r>
          <w:rPr>
            <w:b/>
            <w:color w:val="18482E"/>
            <w:sz w:val="15"/>
            <w:bdr w:val="single" w:sz="6" w:space="2" w:color="8BA99A"/>
            <w:shd w:val="clear" w:color="auto" w:fill="EAF3EC"/>
          </w:rPr>
          <w:t xml:space="preserve">  VER ORIENTACIÓN Y EJEMPLO  </w:t>
        </w:r>
      </w:hyperlink>
    </w:p>
    <w:tbl>
      <w:tblPr>
        <w:tblW w:w="0" w:type="auto"/>
        <w:jc w:val="center"/>
        <w:tblLook w:val="04A0" w:firstRow="1" w:lastRow="0" w:firstColumn="1" w:lastColumn="0" w:noHBand="0" w:noVBand="1"/>
      </w:tblPr>
      <w:tblGrid>
        <w:gridCol w:w="10246"/>
      </w:tblGrid>
      <w:tr w:rsidR="00DB2DC9" w14:paraId="329A3E9D" w14:textId="77777777">
        <w:trPr>
          <w:tblHeader/>
          <w:jc w:val="center"/>
        </w:trPr>
        <w:tc>
          <w:tcPr>
            <w:tcW w:w="10262" w:type="dxa"/>
            <w:tcBorders>
              <w:top w:val="single" w:sz="6" w:space="0" w:color="9CB9A6"/>
              <w:left w:val="single" w:sz="6" w:space="0" w:color="9CB9A6"/>
              <w:bottom w:val="single" w:sz="6" w:space="0" w:color="9CB9A6"/>
              <w:right w:val="single" w:sz="6" w:space="0" w:color="9CB9A6"/>
            </w:tcBorders>
            <w:shd w:val="clear" w:color="auto" w:fill="EAF3EC"/>
          </w:tcPr>
          <w:p w14:paraId="74D88CB0" w14:textId="77777777" w:rsidR="00DB2DC9" w:rsidRDefault="00A3308C">
            <w:pPr>
              <w:spacing w:after="0"/>
              <w:jc w:val="center"/>
            </w:pPr>
            <w:r>
              <w:rPr>
                <w:b/>
                <w:color w:val="18482E"/>
                <w:sz w:val="19"/>
              </w:rPr>
              <w:t>Características singulares valorables</w:t>
            </w:r>
          </w:p>
        </w:tc>
      </w:tr>
      <w:tr w:rsidR="00DB2DC9" w:rsidRPr="00497C72" w14:paraId="3943FF88"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6260DE7B" w14:textId="798F0959" w:rsidR="00DB2DC9" w:rsidRPr="00497C72" w:rsidRDefault="002A582D">
            <w:pPr>
              <w:spacing w:after="0"/>
              <w:rPr>
                <w:lang w:val="es-ES"/>
              </w:rPr>
            </w:pPr>
            <w:sdt>
              <w:sdtPr>
                <w:rPr>
                  <w:color w:val="000000"/>
                  <w:lang w:val="es-ES"/>
                </w:rPr>
                <w:id w:val="1737281396"/>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Rehabilitación o acondicionamiento de inmueble de más de 50 años (indique referencia catastral).</w:t>
            </w:r>
          </w:p>
        </w:tc>
      </w:tr>
      <w:tr w:rsidR="00DB2DC9" w:rsidRPr="00497C72" w14:paraId="4FADA744"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0AEDF00" w14:textId="548FCDF4" w:rsidR="00DB2DC9" w:rsidRPr="00497C72" w:rsidRDefault="002A582D">
            <w:pPr>
              <w:spacing w:after="0"/>
              <w:rPr>
                <w:lang w:val="es-ES"/>
              </w:rPr>
            </w:pPr>
            <w:sdt>
              <w:sdtPr>
                <w:rPr>
                  <w:color w:val="000000"/>
                  <w:lang w:val="es-ES"/>
                </w:rPr>
                <w:id w:val="1110247497"/>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Implantación de aprovechamientos agrícolas, ganaderos o forestales.</w:t>
            </w:r>
          </w:p>
        </w:tc>
      </w:tr>
      <w:tr w:rsidR="00DB2DC9" w14:paraId="3A20F853"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53F6B23F" w14:textId="1893852E" w:rsidR="00DB2DC9" w:rsidRDefault="002A582D">
            <w:pPr>
              <w:spacing w:after="0"/>
            </w:pPr>
            <w:sdt>
              <w:sdtPr>
                <w:rPr>
                  <w:color w:val="000000"/>
                </w:rPr>
                <w:id w:val="-184647996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Inversiones en TIC.</w:t>
            </w:r>
          </w:p>
        </w:tc>
      </w:tr>
      <w:tr w:rsidR="00DB2DC9" w:rsidRPr="00497C72" w14:paraId="345BDFAA"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1DE34F09" w14:textId="111D176B" w:rsidR="00DB2DC9" w:rsidRPr="00497C72" w:rsidRDefault="002A582D">
            <w:pPr>
              <w:spacing w:after="0"/>
              <w:rPr>
                <w:lang w:val="es-ES"/>
              </w:rPr>
            </w:pPr>
            <w:sdt>
              <w:sdtPr>
                <w:rPr>
                  <w:color w:val="000000"/>
                  <w:lang w:val="es-ES"/>
                </w:rPr>
                <w:id w:val="-321815970"/>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Eficiencia energética, energías renovables o transición verde.</w:t>
            </w:r>
          </w:p>
        </w:tc>
      </w:tr>
      <w:tr w:rsidR="00DB2DC9" w:rsidRPr="00497C72" w14:paraId="7A1B5242"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43A05CF7" w14:textId="0AC5E8F1" w:rsidR="00DB2DC9" w:rsidRPr="00497C72" w:rsidRDefault="002A582D">
            <w:pPr>
              <w:spacing w:after="0"/>
              <w:rPr>
                <w:lang w:val="es-ES"/>
              </w:rPr>
            </w:pPr>
            <w:sdt>
              <w:sdtPr>
                <w:rPr>
                  <w:color w:val="000000"/>
                  <w:lang w:val="es-ES"/>
                </w:rPr>
                <w:id w:val="-888333672"/>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Carácter supramunicipal: ejecución o destinatarios directos en dos o más municipios.</w:t>
            </w:r>
          </w:p>
        </w:tc>
      </w:tr>
      <w:tr w:rsidR="00DB2DC9" w:rsidRPr="00497C72" w14:paraId="106815FA"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52FA8B7" w14:textId="15242DB4" w:rsidR="00DB2DC9" w:rsidRPr="00497C72" w:rsidRDefault="002A582D">
            <w:pPr>
              <w:spacing w:after="0"/>
              <w:rPr>
                <w:lang w:val="es-ES"/>
              </w:rPr>
            </w:pPr>
            <w:sdt>
              <w:sdtPr>
                <w:rPr>
                  <w:color w:val="000000"/>
                  <w:lang w:val="es-ES"/>
                </w:rPr>
                <w:id w:val="845829768"/>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Mejora de servicios sociales o asistenciales.</w:t>
            </w:r>
          </w:p>
        </w:tc>
      </w:tr>
      <w:tr w:rsidR="00DB2DC9" w:rsidRPr="00497C72" w14:paraId="53E3877A"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41FD2B8" w14:textId="409199CC" w:rsidR="00DB2DC9" w:rsidRPr="00497C72" w:rsidRDefault="002A582D">
            <w:pPr>
              <w:spacing w:after="0"/>
              <w:rPr>
                <w:lang w:val="es-ES"/>
              </w:rPr>
            </w:pPr>
            <w:sdt>
              <w:sdtPr>
                <w:rPr>
                  <w:color w:val="000000"/>
                  <w:lang w:val="es-ES"/>
                </w:rPr>
                <w:id w:val="-1519841474"/>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Contribución al derecho a la vivienda.</w:t>
            </w:r>
          </w:p>
        </w:tc>
      </w:tr>
      <w:tr w:rsidR="00DB2DC9" w:rsidRPr="00497C72" w14:paraId="27C69829"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5AD13AB8" w14:textId="770E4F6E" w:rsidR="00DB2DC9" w:rsidRPr="00497C72" w:rsidRDefault="002A582D">
            <w:pPr>
              <w:spacing w:after="0"/>
              <w:rPr>
                <w:lang w:val="es-ES"/>
              </w:rPr>
            </w:pPr>
            <w:sdt>
              <w:sdtPr>
                <w:rPr>
                  <w:color w:val="000000"/>
                  <w:lang w:val="es-ES"/>
                </w:rPr>
                <w:id w:val="-1303537145"/>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Contribución a la movilidad de la población.</w:t>
            </w:r>
          </w:p>
        </w:tc>
      </w:tr>
      <w:tr w:rsidR="00DB2DC9" w:rsidRPr="00497C72" w14:paraId="014ADA1B"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8C82547" w14:textId="6AF9078E" w:rsidR="00DB2DC9" w:rsidRPr="00497C72" w:rsidRDefault="002A582D">
            <w:pPr>
              <w:spacing w:after="0"/>
              <w:rPr>
                <w:lang w:val="es-ES"/>
              </w:rPr>
            </w:pPr>
            <w:sdt>
              <w:sdtPr>
                <w:rPr>
                  <w:color w:val="000000"/>
                  <w:lang w:val="es-ES"/>
                </w:rPr>
                <w:id w:val="1392006344"/>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Ejecución íntegra en espacios protegidos de la Red Natura.</w:t>
            </w:r>
          </w:p>
        </w:tc>
      </w:tr>
      <w:tr w:rsidR="00DB2DC9" w:rsidRPr="00497C72" w14:paraId="59582E07"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2F9DF1F6" w14:textId="7985F70E" w:rsidR="00DB2DC9" w:rsidRPr="00497C72" w:rsidRDefault="002A582D">
            <w:pPr>
              <w:spacing w:after="0"/>
              <w:rPr>
                <w:lang w:val="es-ES"/>
              </w:rPr>
            </w:pPr>
            <w:sdt>
              <w:sdtPr>
                <w:rPr>
                  <w:color w:val="000000"/>
                  <w:lang w:val="es-ES"/>
                </w:rPr>
                <w:id w:val="-1402828848"/>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Integración en la promoción y desarrollo turístico del Parque Histórico del Navia.</w:t>
            </w:r>
          </w:p>
        </w:tc>
      </w:tr>
      <w:tr w:rsidR="00DB2DC9" w:rsidRPr="00497C72" w14:paraId="135707F7"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26EAA8B6" w14:textId="0A22E7B7" w:rsidR="00DB2DC9" w:rsidRPr="00497C72" w:rsidRDefault="002A582D">
            <w:pPr>
              <w:spacing w:after="0"/>
              <w:rPr>
                <w:lang w:val="es-ES"/>
              </w:rPr>
            </w:pPr>
            <w:sdt>
              <w:sdtPr>
                <w:rPr>
                  <w:color w:val="000000"/>
                  <w:lang w:val="es-ES"/>
                </w:rPr>
                <w:id w:val="437878531"/>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Colaboración o participación entre el sector público y el sector privado.</w:t>
            </w:r>
          </w:p>
        </w:tc>
      </w:tr>
      <w:tr w:rsidR="00DB2DC9" w:rsidRPr="00497C72" w14:paraId="071B2DEE"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CD94AE7" w14:textId="412384FE" w:rsidR="00DB2DC9" w:rsidRPr="00497C72" w:rsidRDefault="002A582D">
            <w:pPr>
              <w:spacing w:after="0"/>
              <w:rPr>
                <w:lang w:val="es-ES"/>
              </w:rPr>
            </w:pPr>
            <w:sdt>
              <w:sdtPr>
                <w:rPr>
                  <w:color w:val="000000"/>
                  <w:lang w:val="es-ES"/>
                </w:rPr>
                <w:id w:val="1592653197"/>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No presenta ninguna de las características anteriores.</w:t>
            </w:r>
          </w:p>
        </w:tc>
      </w:tr>
    </w:tbl>
    <w:p w14:paraId="38BDA4CE" w14:textId="77777777" w:rsidR="00DB2DC9" w:rsidRPr="00497C72" w:rsidRDefault="00DB2DC9">
      <w:pPr>
        <w:spacing w:after="0"/>
        <w:rPr>
          <w:lang w:val="es-ES"/>
        </w:rPr>
      </w:pPr>
    </w:p>
    <w:p w14:paraId="5E684628" w14:textId="77777777" w:rsidR="00DB2DC9" w:rsidRDefault="00A3308C" w:rsidP="00AA49D4">
      <w:pPr>
        <w:keepNext/>
        <w:pBdr>
          <w:bottom w:val="single" w:sz="4" w:space="2" w:color="9CB9A6"/>
        </w:pBdr>
        <w:spacing w:before="100" w:after="60"/>
      </w:pPr>
      <w:r>
        <w:rPr>
          <w:b/>
          <w:color w:val="18482E"/>
          <w:sz w:val="20"/>
        </w:rPr>
        <w:t>Justificación de las características singulares</w:t>
      </w:r>
    </w:p>
    <w:tbl>
      <w:tblPr>
        <w:tblW w:w="0" w:type="auto"/>
        <w:jc w:val="center"/>
        <w:tblLook w:val="04A0" w:firstRow="1" w:lastRow="0" w:firstColumn="1" w:lastColumn="0" w:noHBand="0" w:noVBand="1"/>
      </w:tblPr>
      <w:tblGrid>
        <w:gridCol w:w="10250"/>
      </w:tblGrid>
      <w:tr w:rsidR="00DB2DC9" w:rsidRPr="00E47FB3" w14:paraId="12797D39" w14:textId="77777777" w:rsidTr="00E47FB3">
        <w:trPr>
          <w:trHeight w:val="4294"/>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615845C5" w14:textId="77777777" w:rsidR="00DB2DC9" w:rsidRPr="00E47FB3" w:rsidRDefault="00A3308C">
            <w:pPr>
              <w:spacing w:after="0"/>
              <w:rPr>
                <w:lang w:val="es-ES"/>
              </w:rPr>
            </w:pPr>
            <w:r w:rsidRPr="00497C72">
              <w:rPr>
                <w:i/>
                <w:color w:val="7F7F7F"/>
                <w:lang w:val="es-ES"/>
              </w:rPr>
              <w:t xml:space="preserve">Para cada circunstancia marcada, identifique la operación, inversión o condición concreta; su ubicación, alcance e importe cuando proceda; y el documento que la acredita. </w:t>
            </w:r>
            <w:r w:rsidRPr="00E47FB3">
              <w:rPr>
                <w:i/>
                <w:color w:val="7F7F7F"/>
                <w:lang w:val="es-ES"/>
              </w:rPr>
              <w:t>La mera selección de una casilla no será suficiente.</w:t>
            </w:r>
          </w:p>
        </w:tc>
      </w:tr>
    </w:tbl>
    <w:p w14:paraId="59C5A156" w14:textId="77777777" w:rsidR="00DB2DC9" w:rsidRPr="00E47FB3" w:rsidRDefault="00DB2DC9">
      <w:pPr>
        <w:spacing w:after="0"/>
        <w:rPr>
          <w:lang w:val="es-ES"/>
        </w:rPr>
      </w:pPr>
    </w:p>
    <w:p w14:paraId="0DCB51D6" w14:textId="77777777" w:rsidR="00DB2DC9" w:rsidRPr="00E47FB3" w:rsidRDefault="00A3308C">
      <w:pPr>
        <w:rPr>
          <w:lang w:val="es-ES"/>
        </w:rPr>
      </w:pPr>
      <w:r w:rsidRPr="00E47FB3">
        <w:rPr>
          <w:lang w:val="es-ES"/>
        </w:rPr>
        <w:br w:type="page"/>
      </w:r>
    </w:p>
    <w:p w14:paraId="4C0F404E" w14:textId="77777777" w:rsidR="00DB2DC9" w:rsidRPr="00497C72" w:rsidRDefault="00A3308C">
      <w:pPr>
        <w:keepNext/>
        <w:pBdr>
          <w:bottom w:val="single" w:sz="8" w:space="2" w:color="18482E"/>
        </w:pBdr>
        <w:spacing w:before="100" w:after="60"/>
        <w:rPr>
          <w:lang w:val="es-ES"/>
        </w:rPr>
      </w:pPr>
      <w:bookmarkStart w:id="20" w:name="ap_ej_cso_69524"/>
      <w:r w:rsidRPr="00497C72">
        <w:rPr>
          <w:b/>
          <w:color w:val="18482E"/>
          <w:sz w:val="24"/>
          <w:lang w:val="es-ES"/>
        </w:rPr>
        <w:lastRenderedPageBreak/>
        <w:t>4.5. Conservación y protección del medio ambiente y lucha contra el cambio climático</w:t>
      </w:r>
      <w:bookmarkEnd w:id="20"/>
    </w:p>
    <w:p w14:paraId="0022C7B5" w14:textId="77777777" w:rsidR="00DB2DC9" w:rsidRDefault="00A3308C">
      <w:pPr>
        <w:keepNext/>
        <w:spacing w:after="20"/>
        <w:jc w:val="right"/>
      </w:pPr>
      <w:hyperlink w:anchor="ej_cso" w:history="1">
        <w:r w:rsidRPr="00497C72">
          <w:rPr>
            <w:b/>
            <w:color w:val="18482E"/>
            <w:sz w:val="15"/>
            <w:bdr w:val="single" w:sz="6" w:space="2" w:color="8BA99A"/>
            <w:shd w:val="clear" w:color="auto" w:fill="EAF3EC"/>
            <w:lang w:val="es-ES"/>
          </w:rPr>
          <w:t xml:space="preserve">  </w:t>
        </w:r>
        <w:r>
          <w:rPr>
            <w:b/>
            <w:color w:val="18482E"/>
            <w:sz w:val="15"/>
            <w:bdr w:val="single" w:sz="6" w:space="2" w:color="8BA99A"/>
            <w:shd w:val="clear" w:color="auto" w:fill="EAF3EC"/>
          </w:rPr>
          <w:t xml:space="preserve">VER ORIENTACIÓN Y EJEMPLO  </w:t>
        </w:r>
      </w:hyperlink>
    </w:p>
    <w:tbl>
      <w:tblPr>
        <w:tblW w:w="0" w:type="auto"/>
        <w:jc w:val="center"/>
        <w:tblLook w:val="04A0" w:firstRow="1" w:lastRow="0" w:firstColumn="1" w:lastColumn="0" w:noHBand="0" w:noVBand="1"/>
      </w:tblPr>
      <w:tblGrid>
        <w:gridCol w:w="10246"/>
      </w:tblGrid>
      <w:tr w:rsidR="00DB2DC9" w14:paraId="21E7DCD1" w14:textId="77777777">
        <w:trPr>
          <w:tblHeader/>
          <w:jc w:val="center"/>
        </w:trPr>
        <w:tc>
          <w:tcPr>
            <w:tcW w:w="10262" w:type="dxa"/>
            <w:tcBorders>
              <w:top w:val="single" w:sz="6" w:space="0" w:color="9CB9A6"/>
              <w:left w:val="single" w:sz="6" w:space="0" w:color="9CB9A6"/>
              <w:bottom w:val="single" w:sz="6" w:space="0" w:color="9CB9A6"/>
              <w:right w:val="single" w:sz="6" w:space="0" w:color="9CB9A6"/>
            </w:tcBorders>
            <w:shd w:val="clear" w:color="auto" w:fill="EAF3EC"/>
          </w:tcPr>
          <w:p w14:paraId="51541649" w14:textId="77777777" w:rsidR="00DB2DC9" w:rsidRDefault="00A3308C">
            <w:pPr>
              <w:spacing w:after="0"/>
              <w:jc w:val="center"/>
            </w:pPr>
            <w:r>
              <w:rPr>
                <w:b/>
                <w:color w:val="18482E"/>
                <w:sz w:val="19"/>
              </w:rPr>
              <w:t>Contribuciones ambientales valorables</w:t>
            </w:r>
          </w:p>
        </w:tc>
      </w:tr>
      <w:tr w:rsidR="00DB2DC9" w14:paraId="779F9C6D"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570F0E2C" w14:textId="792013AB" w:rsidR="00DB2DC9" w:rsidRDefault="002A582D">
            <w:pPr>
              <w:spacing w:after="0"/>
            </w:pPr>
            <w:sdt>
              <w:sdtPr>
                <w:rPr>
                  <w:color w:val="000000"/>
                </w:rPr>
                <w:id w:val="-1563011462"/>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Eficiencia energética</w:t>
            </w:r>
          </w:p>
        </w:tc>
      </w:tr>
      <w:tr w:rsidR="00DB2DC9" w14:paraId="746DB88C"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4140F7C3" w14:textId="6C645FF2" w:rsidR="00DB2DC9" w:rsidRDefault="002A582D">
            <w:pPr>
              <w:spacing w:after="0"/>
            </w:pPr>
            <w:sdt>
              <w:sdtPr>
                <w:rPr>
                  <w:color w:val="000000"/>
                </w:rPr>
                <w:id w:val="-648294290"/>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Reducción de emisiones contaminantes</w:t>
            </w:r>
          </w:p>
        </w:tc>
      </w:tr>
      <w:tr w:rsidR="00DB2DC9" w14:paraId="3225DB53"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304DC25B" w14:textId="125BDA78" w:rsidR="00DB2DC9" w:rsidRDefault="002A582D">
            <w:pPr>
              <w:spacing w:after="0"/>
            </w:pPr>
            <w:sdt>
              <w:sdtPr>
                <w:rPr>
                  <w:color w:val="000000"/>
                </w:rPr>
                <w:id w:val="13622654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Reducción de impactos ambientales</w:t>
            </w:r>
          </w:p>
        </w:tc>
      </w:tr>
      <w:tr w:rsidR="00DB2DC9" w:rsidRPr="00497C72" w14:paraId="6B4CFDB2"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715BD6D1" w14:textId="07278D0E" w:rsidR="00DB2DC9" w:rsidRPr="00497C72" w:rsidRDefault="002A582D">
            <w:pPr>
              <w:spacing w:after="0"/>
              <w:rPr>
                <w:lang w:val="es-ES"/>
              </w:rPr>
            </w:pPr>
            <w:sdt>
              <w:sdtPr>
                <w:rPr>
                  <w:color w:val="000000"/>
                  <w:lang w:val="es-ES"/>
                </w:rPr>
                <w:id w:val="-1964803889"/>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Disminución de la huella de carbono</w:t>
            </w:r>
          </w:p>
        </w:tc>
      </w:tr>
      <w:tr w:rsidR="00DB2DC9" w:rsidRPr="00497C72" w14:paraId="3036B2A1"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03AD738E" w14:textId="549CC9FF" w:rsidR="00DB2DC9" w:rsidRPr="00497C72" w:rsidRDefault="002A582D">
            <w:pPr>
              <w:spacing w:after="0"/>
              <w:rPr>
                <w:lang w:val="es-ES"/>
              </w:rPr>
            </w:pPr>
            <w:sdt>
              <w:sdtPr>
                <w:rPr>
                  <w:color w:val="000000"/>
                  <w:lang w:val="es-ES"/>
                </w:rPr>
                <w:id w:val="1345062954"/>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Reciclaje o tratamiento de residuos</w:t>
            </w:r>
          </w:p>
        </w:tc>
      </w:tr>
      <w:tr w:rsidR="00DB2DC9" w14:paraId="7B5F85F5"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3D6F8C20" w14:textId="778CEF4C" w:rsidR="00DB2DC9" w:rsidRDefault="002A582D">
            <w:pPr>
              <w:spacing w:after="0"/>
            </w:pPr>
            <w:sdt>
              <w:sdtPr>
                <w:rPr>
                  <w:color w:val="000000"/>
                </w:rPr>
                <w:id w:val="13076332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Uso de energías renovables</w:t>
            </w:r>
          </w:p>
        </w:tc>
      </w:tr>
      <w:tr w:rsidR="00DB2DC9" w14:paraId="79AFDFE5"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1AA2FC25" w14:textId="01F695AE" w:rsidR="00DB2DC9" w:rsidRDefault="002A582D">
            <w:pPr>
              <w:spacing w:after="0"/>
            </w:pPr>
            <w:sdt>
              <w:sdtPr>
                <w:rPr>
                  <w:color w:val="000000"/>
                </w:rPr>
                <w:id w:val="-1258904255"/>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Mejora del valor paisajístico</w:t>
            </w:r>
          </w:p>
        </w:tc>
      </w:tr>
      <w:tr w:rsidR="00DB2DC9" w:rsidRPr="00497C72" w14:paraId="43032FEC"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6B2D46D4" w14:textId="416C2CB9" w:rsidR="00DB2DC9" w:rsidRPr="00497C72" w:rsidRDefault="002A582D">
            <w:pPr>
              <w:spacing w:after="0"/>
              <w:rPr>
                <w:lang w:val="es-ES"/>
              </w:rPr>
            </w:pPr>
            <w:sdt>
              <w:sdtPr>
                <w:rPr>
                  <w:color w:val="000000"/>
                  <w:lang w:val="es-ES"/>
                </w:rPr>
                <w:id w:val="273377140"/>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No incluye ninguna actuación de las anteriores</w:t>
            </w:r>
          </w:p>
        </w:tc>
      </w:tr>
    </w:tbl>
    <w:p w14:paraId="6C5242C7" w14:textId="77777777" w:rsidR="00DB2DC9" w:rsidRPr="00497C72" w:rsidRDefault="00DB2DC9">
      <w:pPr>
        <w:spacing w:after="0"/>
        <w:rPr>
          <w:lang w:val="es-ES"/>
        </w:rPr>
      </w:pPr>
    </w:p>
    <w:p w14:paraId="2AD8C887" w14:textId="77777777" w:rsidR="00DB2DC9" w:rsidRPr="00497C72" w:rsidRDefault="00A3308C" w:rsidP="00AA49D4">
      <w:pPr>
        <w:keepNext/>
        <w:spacing w:before="100" w:after="60"/>
        <w:rPr>
          <w:lang w:val="es-ES"/>
        </w:rPr>
      </w:pPr>
      <w:r w:rsidRPr="00497C72">
        <w:rPr>
          <w:b/>
          <w:color w:val="18482E"/>
          <w:sz w:val="20"/>
          <w:lang w:val="es-ES"/>
        </w:rPr>
        <w:t>Justificación y evidencia de la contribución ambiental</w:t>
      </w:r>
    </w:p>
    <w:tbl>
      <w:tblPr>
        <w:tblW w:w="0" w:type="auto"/>
        <w:jc w:val="center"/>
        <w:tblLook w:val="04A0" w:firstRow="1" w:lastRow="0" w:firstColumn="1" w:lastColumn="0" w:noHBand="0" w:noVBand="1"/>
      </w:tblPr>
      <w:tblGrid>
        <w:gridCol w:w="10250"/>
      </w:tblGrid>
      <w:tr w:rsidR="00DB2DC9" w:rsidRPr="00497C72" w14:paraId="4239B320" w14:textId="77777777" w:rsidTr="00E47FB3">
        <w:trPr>
          <w:trHeight w:val="4104"/>
          <w:jc w:val="center"/>
        </w:trPr>
        <w:tc>
          <w:tcPr>
            <w:tcW w:w="10262" w:type="dxa"/>
            <w:tcBorders>
              <w:top w:val="single" w:sz="5" w:space="0" w:color="9CB9A6"/>
              <w:left w:val="single" w:sz="5" w:space="0" w:color="9CB9A6"/>
              <w:bottom w:val="single" w:sz="5" w:space="0" w:color="9CB9A6"/>
              <w:right w:val="single" w:sz="5" w:space="0" w:color="9CB9A6"/>
            </w:tcBorders>
            <w:tcMar>
              <w:top w:w="85" w:type="dxa"/>
              <w:left w:w="85" w:type="dxa"/>
              <w:bottom w:w="85" w:type="dxa"/>
              <w:right w:w="85" w:type="dxa"/>
            </w:tcMar>
          </w:tcPr>
          <w:p w14:paraId="59919CD0" w14:textId="77777777" w:rsidR="00DB2DC9" w:rsidRPr="00497C72" w:rsidRDefault="00A3308C">
            <w:pPr>
              <w:spacing w:after="0"/>
              <w:rPr>
                <w:lang w:val="es-ES"/>
              </w:rPr>
            </w:pPr>
            <w:r w:rsidRPr="00497C72">
              <w:rPr>
                <w:i/>
                <w:color w:val="7F7F7F"/>
                <w:lang w:val="es-ES"/>
              </w:rPr>
              <w:t>Describa la actuación concreta, su magnitud o resultado esperado y el documento que permitirá comprobarla. Relacione la contribución con las operaciones y partidas presupuestarias correspondientes.</w:t>
            </w:r>
          </w:p>
        </w:tc>
      </w:tr>
    </w:tbl>
    <w:p w14:paraId="3A99AB1E" w14:textId="77777777" w:rsidR="00DB2DC9" w:rsidRPr="00497C72" w:rsidRDefault="00DB2DC9">
      <w:pPr>
        <w:spacing w:after="0"/>
        <w:rPr>
          <w:lang w:val="es-ES"/>
        </w:rPr>
      </w:pPr>
    </w:p>
    <w:p w14:paraId="3446653B" w14:textId="77777777" w:rsidR="00DB2DC9" w:rsidRDefault="00A3308C">
      <w:pPr>
        <w:keepNext/>
        <w:pBdr>
          <w:bottom w:val="single" w:sz="8" w:space="2" w:color="18482E"/>
        </w:pBdr>
        <w:spacing w:before="100" w:after="60"/>
      </w:pPr>
      <w:bookmarkStart w:id="21" w:name="ap_ej_cso_62"/>
      <w:r>
        <w:rPr>
          <w:b/>
          <w:color w:val="18482E"/>
          <w:sz w:val="24"/>
        </w:rPr>
        <w:t>4.6. Tipología de la entidad solicitante</w:t>
      </w:r>
      <w:bookmarkEnd w:id="21"/>
    </w:p>
    <w:p w14:paraId="0BA65F47" w14:textId="77777777" w:rsidR="00DB2DC9" w:rsidRDefault="00A3308C">
      <w:pPr>
        <w:keepNext/>
        <w:spacing w:after="20"/>
        <w:jc w:val="right"/>
      </w:pPr>
      <w:hyperlink w:anchor="ej_cso" w:history="1">
        <w:r>
          <w:rPr>
            <w:b/>
            <w:color w:val="18482E"/>
            <w:sz w:val="15"/>
            <w:bdr w:val="single" w:sz="6" w:space="2" w:color="8BA99A"/>
            <w:shd w:val="clear" w:color="auto" w:fill="EAF3EC"/>
          </w:rPr>
          <w:t xml:space="preserve">  VER ORIENTACIÓN Y EJEMPLO  </w:t>
        </w:r>
      </w:hyperlink>
    </w:p>
    <w:tbl>
      <w:tblPr>
        <w:tblW w:w="0" w:type="auto"/>
        <w:jc w:val="center"/>
        <w:tblLook w:val="04A0" w:firstRow="1" w:lastRow="0" w:firstColumn="1" w:lastColumn="0" w:noHBand="0" w:noVBand="1"/>
      </w:tblPr>
      <w:tblGrid>
        <w:gridCol w:w="10246"/>
      </w:tblGrid>
      <w:tr w:rsidR="00DB2DC9" w14:paraId="473ED835" w14:textId="77777777">
        <w:trPr>
          <w:tblHeader/>
          <w:jc w:val="center"/>
        </w:trPr>
        <w:tc>
          <w:tcPr>
            <w:tcW w:w="10262" w:type="dxa"/>
            <w:tcBorders>
              <w:top w:val="single" w:sz="6" w:space="0" w:color="9CB9A6"/>
              <w:left w:val="single" w:sz="6" w:space="0" w:color="9CB9A6"/>
              <w:bottom w:val="single" w:sz="6" w:space="0" w:color="9CB9A6"/>
              <w:right w:val="single" w:sz="6" w:space="0" w:color="9CB9A6"/>
            </w:tcBorders>
            <w:shd w:val="clear" w:color="auto" w:fill="EAF3EC"/>
          </w:tcPr>
          <w:p w14:paraId="08A1EE47" w14:textId="77777777" w:rsidR="00DB2DC9" w:rsidRDefault="00A3308C">
            <w:pPr>
              <w:spacing w:after="0"/>
              <w:jc w:val="center"/>
            </w:pPr>
            <w:r>
              <w:rPr>
                <w:b/>
                <w:color w:val="18482E"/>
                <w:sz w:val="19"/>
              </w:rPr>
              <w:t>Seleccione una única tipología</w:t>
            </w:r>
          </w:p>
        </w:tc>
      </w:tr>
      <w:tr w:rsidR="00DB2DC9" w14:paraId="07530D17"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50F94EDB" w14:textId="4638001E" w:rsidR="00DB2DC9" w:rsidRDefault="002A582D">
            <w:pPr>
              <w:spacing w:after="0"/>
            </w:pPr>
            <w:sdt>
              <w:sdtPr>
                <w:rPr>
                  <w:color w:val="000000"/>
                </w:rPr>
                <w:id w:val="55937139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Entidad municipal (Ayuntamiento).</w:t>
            </w:r>
          </w:p>
        </w:tc>
      </w:tr>
      <w:tr w:rsidR="00DB2DC9" w:rsidRPr="00497C72" w14:paraId="1A0B7AE8"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1829E38E" w14:textId="3C125A71" w:rsidR="00DB2DC9" w:rsidRPr="00497C72" w:rsidRDefault="002A582D">
            <w:pPr>
              <w:spacing w:after="0"/>
              <w:rPr>
                <w:lang w:val="es-ES"/>
              </w:rPr>
            </w:pPr>
            <w:sdt>
              <w:sdtPr>
                <w:rPr>
                  <w:color w:val="000000"/>
                  <w:lang w:val="es-ES"/>
                </w:rPr>
                <w:id w:val="2025980701"/>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A3308C" w:rsidRPr="00497C72">
              <w:rPr>
                <w:color w:val="000000"/>
                <w:lang w:val="es-ES"/>
              </w:rPr>
              <w:t xml:space="preserve">  Parroquia rural / entidad local menor.</w:t>
            </w:r>
          </w:p>
        </w:tc>
      </w:tr>
      <w:tr w:rsidR="00DB2DC9" w14:paraId="7A6BBA88" w14:textId="77777777">
        <w:trPr>
          <w:jc w:val="center"/>
        </w:trPr>
        <w:tc>
          <w:tcPr>
            <w:tcW w:w="10262" w:type="dxa"/>
            <w:tcBorders>
              <w:top w:val="single" w:sz="6" w:space="0" w:color="9CB9A6"/>
              <w:left w:val="single" w:sz="6" w:space="0" w:color="9CB9A6"/>
              <w:bottom w:val="single" w:sz="6" w:space="0" w:color="9CB9A6"/>
              <w:right w:val="single" w:sz="6" w:space="0" w:color="9CB9A6"/>
            </w:tcBorders>
            <w:tcMar>
              <w:top w:w="45" w:type="dxa"/>
              <w:left w:w="75" w:type="dxa"/>
              <w:bottom w:w="45" w:type="dxa"/>
              <w:right w:w="75" w:type="dxa"/>
            </w:tcMar>
          </w:tcPr>
          <w:p w14:paraId="4576D239" w14:textId="19D7B05D" w:rsidR="00DB2DC9" w:rsidRDefault="002A582D">
            <w:pPr>
              <w:spacing w:after="0"/>
            </w:pPr>
            <w:sdt>
              <w:sdtPr>
                <w:rPr>
                  <w:color w:val="000000"/>
                </w:rPr>
                <w:id w:val="1625730021"/>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sidR="00A3308C">
              <w:rPr>
                <w:color w:val="000000"/>
              </w:rPr>
              <w:t xml:space="preserve">  Entidad supramunicipal.</w:t>
            </w:r>
          </w:p>
        </w:tc>
      </w:tr>
    </w:tbl>
    <w:p w14:paraId="11DFEDD8" w14:textId="77777777" w:rsidR="00DB2DC9" w:rsidRDefault="00DB2DC9">
      <w:pPr>
        <w:spacing w:after="0"/>
      </w:pPr>
    </w:p>
    <w:p w14:paraId="56B42373" w14:textId="77777777" w:rsidR="00DB2DC9" w:rsidRDefault="00A3308C">
      <w:r>
        <w:br w:type="page"/>
      </w:r>
    </w:p>
    <w:tbl>
      <w:tblPr>
        <w:tblW w:w="0" w:type="auto"/>
        <w:jc w:val="center"/>
        <w:tblLook w:val="04A0" w:firstRow="1" w:lastRow="0" w:firstColumn="1" w:lastColumn="0" w:noHBand="0" w:noVBand="1"/>
      </w:tblPr>
      <w:tblGrid>
        <w:gridCol w:w="10246"/>
      </w:tblGrid>
      <w:tr w:rsidR="00DB2DC9" w:rsidRPr="00E47FB3" w14:paraId="1E0B91D1" w14:textId="77777777">
        <w:trPr>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57C0E484" w14:textId="72A4BC41" w:rsidR="00DB2DC9" w:rsidRPr="00E47FB3" w:rsidRDefault="00A3308C">
            <w:pPr>
              <w:keepNext/>
              <w:spacing w:after="0"/>
              <w:rPr>
                <w:b/>
                <w:bCs/>
                <w:color w:val="FFFFFF" w:themeColor="background1"/>
                <w:sz w:val="24"/>
                <w:szCs w:val="24"/>
                <w:lang w:val="es-ES"/>
              </w:rPr>
            </w:pPr>
            <w:bookmarkStart w:id="22" w:name="bolque_cinco" w:colFirst="0" w:colLast="0"/>
            <w:r w:rsidRPr="00E47FB3">
              <w:rPr>
                <w:b/>
                <w:bCs/>
                <w:color w:val="FFFFFF" w:themeColor="background1"/>
                <w:sz w:val="24"/>
                <w:szCs w:val="24"/>
                <w:lang w:val="es-ES"/>
              </w:rPr>
              <w:lastRenderedPageBreak/>
              <w:t>BLOQUE 5</w:t>
            </w:r>
            <w:r w:rsidR="00E47FB3" w:rsidRPr="00E47FB3">
              <w:rPr>
                <w:b/>
                <w:bCs/>
                <w:color w:val="FFFFFF" w:themeColor="background1"/>
                <w:sz w:val="24"/>
                <w:szCs w:val="24"/>
                <w:lang w:val="es-ES"/>
              </w:rPr>
              <w:t>: ANEXOS QUE COMPLETAN LA MEMORIA.</w:t>
            </w:r>
          </w:p>
        </w:tc>
      </w:tr>
      <w:bookmarkEnd w:id="22"/>
    </w:tbl>
    <w:p w14:paraId="5A3F882F" w14:textId="3060EC01" w:rsidR="00DB2DC9" w:rsidRPr="00497C72" w:rsidRDefault="00DB2DC9">
      <w:pPr>
        <w:rPr>
          <w:lang w:val="es-ES"/>
        </w:rPr>
      </w:pPr>
    </w:p>
    <w:tbl>
      <w:tblPr>
        <w:tblW w:w="0" w:type="auto"/>
        <w:jc w:val="center"/>
        <w:tblLook w:val="04A0" w:firstRow="1" w:lastRow="0" w:firstColumn="1" w:lastColumn="0" w:noHBand="0" w:noVBand="1"/>
      </w:tblPr>
      <w:tblGrid>
        <w:gridCol w:w="10246"/>
      </w:tblGrid>
      <w:tr w:rsidR="00DB2DC9" w:rsidRPr="00497C72" w14:paraId="216E9477" w14:textId="77777777">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525852D5" w14:textId="3A37B0B2" w:rsidR="00DB2DC9" w:rsidRPr="00497C72" w:rsidRDefault="00A3308C" w:rsidP="00E47FB3">
            <w:pPr>
              <w:spacing w:before="120"/>
              <w:rPr>
                <w:lang w:val="es-ES"/>
              </w:rPr>
            </w:pPr>
            <w:r w:rsidRPr="00497C72">
              <w:rPr>
                <w:lang w:val="es-ES"/>
              </w:rPr>
              <w:t xml:space="preserve">Instrucciones: </w:t>
            </w:r>
            <w:r w:rsidR="00E47FB3" w:rsidRPr="00E47FB3">
              <w:rPr>
                <w:lang w:val="es-ES"/>
              </w:rPr>
              <w:t>Indique aquí otros documentos que complementen o amplíen la información de la memoria (estudios, acuerdos con entidades, planos, fotografías, informes técnicos, programas de actividades, ofertas económicas, análisis de mercado, cartas de apoyo, etc)</w:t>
            </w:r>
          </w:p>
        </w:tc>
      </w:tr>
    </w:tbl>
    <w:p w14:paraId="65AF4D92" w14:textId="77777777" w:rsidR="00DB2DC9" w:rsidRDefault="00DB2DC9">
      <w:pPr>
        <w:spacing w:after="0"/>
      </w:pPr>
    </w:p>
    <w:tbl>
      <w:tblPr>
        <w:tblW w:w="0" w:type="auto"/>
        <w:jc w:val="center"/>
        <w:tblLayout w:type="fixed"/>
        <w:tblLook w:val="04A0" w:firstRow="1" w:lastRow="0" w:firstColumn="1" w:lastColumn="0" w:noHBand="0" w:noVBand="1"/>
      </w:tblPr>
      <w:tblGrid>
        <w:gridCol w:w="680"/>
        <w:gridCol w:w="9411"/>
      </w:tblGrid>
      <w:tr w:rsidR="00DB2DC9" w14:paraId="49953E2F" w14:textId="77777777">
        <w:trPr>
          <w:cantSplit/>
          <w:tblHeader/>
          <w:jc w:val="center"/>
        </w:trPr>
        <w:tc>
          <w:tcPr>
            <w:tcW w:w="680"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58B898CC" w14:textId="77777777" w:rsidR="00DB2DC9" w:rsidRDefault="00A3308C">
            <w:pPr>
              <w:spacing w:after="0"/>
              <w:jc w:val="center"/>
            </w:pPr>
            <w:proofErr w:type="gramStart"/>
            <w:r>
              <w:rPr>
                <w:b/>
                <w:color w:val="18482E"/>
                <w:sz w:val="17"/>
              </w:rPr>
              <w:t>N.º</w:t>
            </w:r>
            <w:proofErr w:type="gramEnd"/>
          </w:p>
        </w:tc>
        <w:tc>
          <w:tcPr>
            <w:tcW w:w="9411" w:type="dxa"/>
            <w:tcBorders>
              <w:top w:val="single" w:sz="6" w:space="0" w:color="9CB9A6"/>
              <w:left w:val="single" w:sz="6" w:space="0" w:color="9CB9A6"/>
              <w:bottom w:val="single" w:sz="6" w:space="0" w:color="9CB9A6"/>
              <w:right w:val="single" w:sz="6" w:space="0" w:color="9CB9A6"/>
            </w:tcBorders>
            <w:shd w:val="clear" w:color="auto" w:fill="EAF3EC"/>
            <w:vAlign w:val="center"/>
          </w:tcPr>
          <w:p w14:paraId="3CCAC285" w14:textId="77777777" w:rsidR="00DB2DC9" w:rsidRDefault="00A3308C">
            <w:pPr>
              <w:spacing w:after="0"/>
              <w:jc w:val="center"/>
            </w:pPr>
            <w:r>
              <w:rPr>
                <w:b/>
                <w:color w:val="18482E"/>
                <w:sz w:val="17"/>
              </w:rPr>
              <w:t>Documento / archivo</w:t>
            </w:r>
          </w:p>
        </w:tc>
      </w:tr>
      <w:tr w:rsidR="00DB2DC9" w14:paraId="19F22BA3"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D7F710E" w14:textId="77777777" w:rsidR="00DB2DC9" w:rsidRDefault="00A3308C">
            <w:pPr>
              <w:spacing w:after="0"/>
            </w:pPr>
            <w:r>
              <w:rPr>
                <w:sz w:val="17"/>
              </w:rPr>
              <w:t>1</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D211A14" w14:textId="77777777" w:rsidR="00DB2DC9" w:rsidRDefault="00DB2DC9">
            <w:pPr>
              <w:spacing w:after="0"/>
            </w:pPr>
          </w:p>
        </w:tc>
      </w:tr>
      <w:tr w:rsidR="00DB2DC9" w14:paraId="64A3360A"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A80D2CB" w14:textId="77777777" w:rsidR="00DB2DC9" w:rsidRDefault="00A3308C">
            <w:pPr>
              <w:spacing w:after="0"/>
            </w:pPr>
            <w:r>
              <w:rPr>
                <w:sz w:val="17"/>
              </w:rPr>
              <w:t>2</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B23B9FF" w14:textId="77777777" w:rsidR="00DB2DC9" w:rsidRDefault="00DB2DC9">
            <w:pPr>
              <w:spacing w:after="0"/>
            </w:pPr>
          </w:p>
        </w:tc>
      </w:tr>
      <w:tr w:rsidR="00DB2DC9" w14:paraId="2FCA5D37"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45D05A2" w14:textId="77777777" w:rsidR="00DB2DC9" w:rsidRDefault="00A3308C">
            <w:pPr>
              <w:spacing w:after="0"/>
            </w:pPr>
            <w:r>
              <w:rPr>
                <w:sz w:val="17"/>
              </w:rPr>
              <w:t>3</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FADF62F" w14:textId="77777777" w:rsidR="00DB2DC9" w:rsidRDefault="00DB2DC9">
            <w:pPr>
              <w:spacing w:after="0"/>
            </w:pPr>
          </w:p>
        </w:tc>
      </w:tr>
      <w:tr w:rsidR="00DB2DC9" w14:paraId="6DE75157"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166CF4A" w14:textId="77777777" w:rsidR="00DB2DC9" w:rsidRDefault="00A3308C">
            <w:pPr>
              <w:spacing w:after="0"/>
            </w:pPr>
            <w:r>
              <w:rPr>
                <w:sz w:val="17"/>
              </w:rPr>
              <w:t>4</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02B0839" w14:textId="77777777" w:rsidR="00DB2DC9" w:rsidRDefault="00DB2DC9">
            <w:pPr>
              <w:spacing w:after="0"/>
            </w:pPr>
          </w:p>
        </w:tc>
      </w:tr>
      <w:tr w:rsidR="00DB2DC9" w14:paraId="120F5075"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E286BB8" w14:textId="77777777" w:rsidR="00DB2DC9" w:rsidRDefault="00A3308C">
            <w:pPr>
              <w:spacing w:after="0"/>
            </w:pPr>
            <w:r>
              <w:rPr>
                <w:sz w:val="17"/>
              </w:rPr>
              <w:t>5</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4FB94816" w14:textId="77777777" w:rsidR="00DB2DC9" w:rsidRDefault="00DB2DC9">
            <w:pPr>
              <w:spacing w:after="0"/>
            </w:pPr>
          </w:p>
        </w:tc>
      </w:tr>
      <w:tr w:rsidR="00DB2DC9" w14:paraId="3B461FDC"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08E5186" w14:textId="77777777" w:rsidR="00DB2DC9" w:rsidRDefault="00A3308C">
            <w:pPr>
              <w:spacing w:after="0"/>
            </w:pPr>
            <w:r>
              <w:rPr>
                <w:sz w:val="17"/>
              </w:rPr>
              <w:t>6</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EDA644A" w14:textId="77777777" w:rsidR="00DB2DC9" w:rsidRDefault="00DB2DC9">
            <w:pPr>
              <w:spacing w:after="0"/>
            </w:pPr>
          </w:p>
        </w:tc>
      </w:tr>
      <w:tr w:rsidR="00DB2DC9" w14:paraId="5E0DF773"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C40FE83" w14:textId="77777777" w:rsidR="00DB2DC9" w:rsidRDefault="00A3308C">
            <w:pPr>
              <w:spacing w:after="0"/>
            </w:pPr>
            <w:r>
              <w:rPr>
                <w:sz w:val="17"/>
              </w:rPr>
              <w:t>7</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47094EC" w14:textId="77777777" w:rsidR="00DB2DC9" w:rsidRDefault="00DB2DC9">
            <w:pPr>
              <w:spacing w:after="0"/>
            </w:pPr>
          </w:p>
        </w:tc>
      </w:tr>
      <w:tr w:rsidR="00DB2DC9" w14:paraId="21C1C252"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8DAEF30" w14:textId="77777777" w:rsidR="00DB2DC9" w:rsidRDefault="00A3308C">
            <w:pPr>
              <w:spacing w:after="0"/>
            </w:pPr>
            <w:r>
              <w:rPr>
                <w:sz w:val="17"/>
              </w:rPr>
              <w:t>8</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216DA4E" w14:textId="77777777" w:rsidR="00DB2DC9" w:rsidRDefault="00DB2DC9">
            <w:pPr>
              <w:spacing w:after="0"/>
            </w:pPr>
          </w:p>
        </w:tc>
      </w:tr>
      <w:tr w:rsidR="00DB2DC9" w14:paraId="1D81C11C"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148916B" w14:textId="77777777" w:rsidR="00DB2DC9" w:rsidRDefault="00A3308C">
            <w:pPr>
              <w:spacing w:after="0"/>
            </w:pPr>
            <w:r>
              <w:rPr>
                <w:sz w:val="17"/>
              </w:rPr>
              <w:t>9</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7FF703D" w14:textId="77777777" w:rsidR="00DB2DC9" w:rsidRDefault="00DB2DC9">
            <w:pPr>
              <w:spacing w:after="0"/>
            </w:pPr>
          </w:p>
        </w:tc>
      </w:tr>
      <w:tr w:rsidR="00AA49D4" w14:paraId="17E042B9"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4700DB3" w14:textId="1E4409D4" w:rsidR="00AA49D4" w:rsidRDefault="00AA49D4">
            <w:pPr>
              <w:spacing w:after="0"/>
              <w:rPr>
                <w:sz w:val="17"/>
              </w:rPr>
            </w:pPr>
            <w:r>
              <w:rPr>
                <w:sz w:val="17"/>
              </w:rPr>
              <w:t>10</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9CA7B12" w14:textId="77777777" w:rsidR="00AA49D4" w:rsidRDefault="00AA49D4">
            <w:pPr>
              <w:spacing w:after="0"/>
            </w:pPr>
          </w:p>
        </w:tc>
      </w:tr>
      <w:tr w:rsidR="00AA49D4" w14:paraId="57A1C6A3"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C1BE05E" w14:textId="49BCD5B8" w:rsidR="00AA49D4" w:rsidRDefault="00AA49D4">
            <w:pPr>
              <w:spacing w:after="0"/>
              <w:rPr>
                <w:sz w:val="17"/>
              </w:rPr>
            </w:pPr>
            <w:r>
              <w:rPr>
                <w:sz w:val="17"/>
              </w:rPr>
              <w:t>11</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47B420E" w14:textId="77777777" w:rsidR="00AA49D4" w:rsidRDefault="00AA49D4">
            <w:pPr>
              <w:spacing w:after="0"/>
            </w:pPr>
          </w:p>
        </w:tc>
      </w:tr>
      <w:tr w:rsidR="00AA49D4" w14:paraId="76C87EDF"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B72ECC4" w14:textId="34B2A99B" w:rsidR="00AA49D4" w:rsidRDefault="00AA49D4">
            <w:pPr>
              <w:spacing w:after="0"/>
              <w:rPr>
                <w:sz w:val="17"/>
              </w:rPr>
            </w:pPr>
            <w:r>
              <w:rPr>
                <w:sz w:val="17"/>
              </w:rPr>
              <w:t>12</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2F1F172" w14:textId="77777777" w:rsidR="00AA49D4" w:rsidRDefault="00AA49D4">
            <w:pPr>
              <w:spacing w:after="0"/>
            </w:pPr>
          </w:p>
        </w:tc>
      </w:tr>
      <w:tr w:rsidR="00AA49D4" w14:paraId="6EAC2F1B"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22F47D7" w14:textId="2F6281CA" w:rsidR="00AA49D4" w:rsidRDefault="00AA49D4">
            <w:pPr>
              <w:spacing w:after="0"/>
              <w:rPr>
                <w:sz w:val="17"/>
              </w:rPr>
            </w:pPr>
            <w:r>
              <w:rPr>
                <w:sz w:val="17"/>
              </w:rPr>
              <w:t>13</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AE3C292" w14:textId="77777777" w:rsidR="00AA49D4" w:rsidRDefault="00AA49D4">
            <w:pPr>
              <w:spacing w:after="0"/>
            </w:pPr>
          </w:p>
        </w:tc>
      </w:tr>
      <w:tr w:rsidR="00AA49D4" w14:paraId="181655B7"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5BCC41" w14:textId="0B55BABF" w:rsidR="00AA49D4" w:rsidRDefault="00AA49D4">
            <w:pPr>
              <w:spacing w:after="0"/>
              <w:rPr>
                <w:sz w:val="17"/>
              </w:rPr>
            </w:pPr>
            <w:r>
              <w:rPr>
                <w:sz w:val="17"/>
              </w:rPr>
              <w:t>14</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8B7A3DE" w14:textId="77777777" w:rsidR="00AA49D4" w:rsidRDefault="00AA49D4">
            <w:pPr>
              <w:spacing w:after="0"/>
            </w:pPr>
          </w:p>
        </w:tc>
      </w:tr>
      <w:tr w:rsidR="00AA49D4" w14:paraId="41F9AE72"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D527FA7" w14:textId="136233EC" w:rsidR="00AA49D4" w:rsidRDefault="00AA49D4">
            <w:pPr>
              <w:spacing w:after="0"/>
              <w:rPr>
                <w:sz w:val="17"/>
              </w:rPr>
            </w:pPr>
            <w:r>
              <w:rPr>
                <w:sz w:val="17"/>
              </w:rPr>
              <w:t>15</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00F7EADC" w14:textId="77777777" w:rsidR="00AA49D4" w:rsidRDefault="00AA49D4">
            <w:pPr>
              <w:spacing w:after="0"/>
            </w:pPr>
          </w:p>
        </w:tc>
      </w:tr>
      <w:tr w:rsidR="00AA49D4" w14:paraId="7C5FFC25"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27B7DA6" w14:textId="66AEF4CD" w:rsidR="00AA49D4" w:rsidRDefault="00AA49D4">
            <w:pPr>
              <w:spacing w:after="0"/>
              <w:rPr>
                <w:sz w:val="17"/>
              </w:rPr>
            </w:pPr>
            <w:r>
              <w:rPr>
                <w:sz w:val="17"/>
              </w:rPr>
              <w:t>16</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68FF969" w14:textId="77777777" w:rsidR="00AA49D4" w:rsidRDefault="00AA49D4">
            <w:pPr>
              <w:spacing w:after="0"/>
            </w:pPr>
          </w:p>
        </w:tc>
      </w:tr>
      <w:tr w:rsidR="00AA49D4" w14:paraId="7E8770D3"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1D504A60" w14:textId="474E2A68" w:rsidR="00AA49D4" w:rsidRDefault="00AA49D4">
            <w:pPr>
              <w:spacing w:after="0"/>
              <w:rPr>
                <w:sz w:val="17"/>
              </w:rPr>
            </w:pPr>
            <w:r>
              <w:rPr>
                <w:sz w:val="17"/>
              </w:rPr>
              <w:t>17</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C42175F" w14:textId="77777777" w:rsidR="00AA49D4" w:rsidRDefault="00AA49D4">
            <w:pPr>
              <w:spacing w:after="0"/>
            </w:pPr>
          </w:p>
        </w:tc>
      </w:tr>
      <w:tr w:rsidR="00AA49D4" w14:paraId="65B038EC"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D7B70D0" w14:textId="34A46ED0" w:rsidR="00AA49D4" w:rsidRDefault="00AA49D4">
            <w:pPr>
              <w:spacing w:after="0"/>
              <w:rPr>
                <w:sz w:val="17"/>
              </w:rPr>
            </w:pPr>
            <w:r>
              <w:rPr>
                <w:sz w:val="17"/>
              </w:rPr>
              <w:t>18</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3A395A1" w14:textId="77777777" w:rsidR="00AA49D4" w:rsidRDefault="00AA49D4">
            <w:pPr>
              <w:spacing w:after="0"/>
            </w:pPr>
          </w:p>
        </w:tc>
      </w:tr>
      <w:tr w:rsidR="00AA49D4" w14:paraId="7F99DC8C"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17FF81D" w14:textId="4F0BB162" w:rsidR="00AA49D4" w:rsidRDefault="00AA49D4">
            <w:pPr>
              <w:spacing w:after="0"/>
              <w:rPr>
                <w:sz w:val="17"/>
              </w:rPr>
            </w:pPr>
            <w:r>
              <w:rPr>
                <w:sz w:val="17"/>
              </w:rPr>
              <w:t>19</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55E5970" w14:textId="77777777" w:rsidR="00AA49D4" w:rsidRDefault="00AA49D4">
            <w:pPr>
              <w:spacing w:after="0"/>
            </w:pPr>
          </w:p>
        </w:tc>
      </w:tr>
      <w:tr w:rsidR="00AA49D4" w14:paraId="4C3F8AD0"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528A7FFB" w14:textId="4BAB7A95" w:rsidR="00AA49D4" w:rsidRDefault="00AA49D4">
            <w:pPr>
              <w:spacing w:after="0"/>
              <w:rPr>
                <w:sz w:val="17"/>
              </w:rPr>
            </w:pPr>
            <w:r>
              <w:rPr>
                <w:sz w:val="17"/>
              </w:rPr>
              <w:t>20</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65CAC02" w14:textId="77777777" w:rsidR="00AA49D4" w:rsidRDefault="00AA49D4">
            <w:pPr>
              <w:spacing w:after="0"/>
            </w:pPr>
          </w:p>
        </w:tc>
      </w:tr>
      <w:tr w:rsidR="00AA49D4" w14:paraId="589517E6"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3E706028" w14:textId="3B86BA4C" w:rsidR="00AA49D4" w:rsidRDefault="00AA49D4">
            <w:pPr>
              <w:spacing w:after="0"/>
              <w:rPr>
                <w:sz w:val="17"/>
              </w:rPr>
            </w:pPr>
            <w:r>
              <w:rPr>
                <w:sz w:val="17"/>
              </w:rPr>
              <w:t>21</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825AE1A" w14:textId="77777777" w:rsidR="00AA49D4" w:rsidRDefault="00AA49D4">
            <w:pPr>
              <w:spacing w:after="0"/>
            </w:pPr>
          </w:p>
        </w:tc>
      </w:tr>
      <w:tr w:rsidR="00AA49D4" w14:paraId="33303BBB"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69E13598" w14:textId="0453D4A1" w:rsidR="00AA49D4" w:rsidRDefault="00AA49D4">
            <w:pPr>
              <w:spacing w:after="0"/>
              <w:rPr>
                <w:sz w:val="17"/>
              </w:rPr>
            </w:pPr>
            <w:r>
              <w:rPr>
                <w:sz w:val="17"/>
              </w:rPr>
              <w:t>22</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FD1EAF8" w14:textId="77777777" w:rsidR="00AA49D4" w:rsidRDefault="00AA49D4">
            <w:pPr>
              <w:spacing w:after="0"/>
            </w:pPr>
          </w:p>
        </w:tc>
      </w:tr>
      <w:tr w:rsidR="00AA49D4" w14:paraId="520F7576" w14:textId="77777777">
        <w:trPr>
          <w:cantSplit/>
          <w:trHeight w:val="328"/>
          <w:jc w:val="center"/>
        </w:trPr>
        <w:tc>
          <w:tcPr>
            <w:tcW w:w="680"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210C6CBF" w14:textId="62C44136" w:rsidR="00AA49D4" w:rsidRDefault="00AA49D4">
            <w:pPr>
              <w:spacing w:after="0"/>
              <w:rPr>
                <w:sz w:val="17"/>
              </w:rPr>
            </w:pPr>
            <w:r>
              <w:rPr>
                <w:sz w:val="17"/>
              </w:rPr>
              <w:t>23</w:t>
            </w:r>
          </w:p>
        </w:tc>
        <w:tc>
          <w:tcPr>
            <w:tcW w:w="9411" w:type="dxa"/>
            <w:tcBorders>
              <w:top w:val="single" w:sz="6" w:space="0" w:color="9CB9A6"/>
              <w:left w:val="single" w:sz="6" w:space="0" w:color="9CB9A6"/>
              <w:bottom w:val="single" w:sz="6" w:space="0" w:color="9CB9A6"/>
              <w:right w:val="single" w:sz="6" w:space="0" w:color="9CB9A6"/>
            </w:tcBorders>
            <w:tcMar>
              <w:top w:w="55" w:type="dxa"/>
              <w:left w:w="65" w:type="dxa"/>
              <w:bottom w:w="55" w:type="dxa"/>
              <w:right w:w="65" w:type="dxa"/>
            </w:tcMar>
            <w:vAlign w:val="center"/>
          </w:tcPr>
          <w:p w14:paraId="74B4AAF5" w14:textId="77777777" w:rsidR="00AA49D4" w:rsidRDefault="00AA49D4">
            <w:pPr>
              <w:spacing w:after="0"/>
            </w:pPr>
          </w:p>
        </w:tc>
      </w:tr>
    </w:tbl>
    <w:p w14:paraId="085E65DD" w14:textId="77777777" w:rsidR="00E47FB3" w:rsidRDefault="00E47FB3"/>
    <w:p w14:paraId="02766380" w14:textId="1E06B306" w:rsidR="00AA49D4" w:rsidRDefault="00AA49D4">
      <w:pPr>
        <w:spacing w:after="200" w:line="276" w:lineRule="auto"/>
      </w:pPr>
      <w:r>
        <w:br w:type="page"/>
      </w:r>
    </w:p>
    <w:p w14:paraId="020EB112" w14:textId="77777777" w:rsidR="00E47FB3" w:rsidRDefault="00E47FB3"/>
    <w:tbl>
      <w:tblPr>
        <w:tblW w:w="0" w:type="auto"/>
        <w:jc w:val="center"/>
        <w:tblLook w:val="04A0" w:firstRow="1" w:lastRow="0" w:firstColumn="1" w:lastColumn="0" w:noHBand="0" w:noVBand="1"/>
      </w:tblPr>
      <w:tblGrid>
        <w:gridCol w:w="10246"/>
      </w:tblGrid>
      <w:tr w:rsidR="00E47FB3" w:rsidRPr="00E47FB3" w14:paraId="0528D6A2" w14:textId="77777777" w:rsidTr="00743513">
        <w:trPr>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672803DB" w14:textId="77777777" w:rsidR="00E47FB3" w:rsidRPr="00E47FB3" w:rsidRDefault="00E47FB3" w:rsidP="00743513">
            <w:pPr>
              <w:keepNext/>
              <w:spacing w:after="0"/>
              <w:rPr>
                <w:b/>
                <w:bCs/>
                <w:color w:val="FFFFFF" w:themeColor="background1"/>
                <w:sz w:val="24"/>
                <w:szCs w:val="24"/>
                <w:lang w:val="es-ES"/>
              </w:rPr>
            </w:pPr>
            <w:bookmarkStart w:id="23" w:name="bloque_check_list"/>
            <w:bookmarkEnd w:id="23"/>
            <w:r w:rsidRPr="00E47FB3">
              <w:rPr>
                <w:b/>
                <w:bCs/>
                <w:color w:val="FFFFFF" w:themeColor="background1"/>
                <w:sz w:val="24"/>
                <w:szCs w:val="24"/>
                <w:lang w:val="es-ES"/>
              </w:rPr>
              <w:t>CHECKLIST DE COMPROBACIÓN ANTES DE FIRMAR LA MEMORIA</w:t>
            </w:r>
          </w:p>
        </w:tc>
      </w:tr>
    </w:tbl>
    <w:p w14:paraId="0ABEB1D0" w14:textId="77777777" w:rsidR="00E47FB3" w:rsidRPr="00497C72" w:rsidRDefault="00E47FB3" w:rsidP="00E47FB3">
      <w:pPr>
        <w:spacing w:after="0"/>
        <w:rPr>
          <w:lang w:val="es-ES"/>
        </w:rPr>
      </w:pPr>
    </w:p>
    <w:tbl>
      <w:tblPr>
        <w:tblW w:w="0" w:type="auto"/>
        <w:jc w:val="center"/>
        <w:tblLook w:val="04A0" w:firstRow="1" w:lastRow="0" w:firstColumn="1" w:lastColumn="0" w:noHBand="0" w:noVBand="1"/>
      </w:tblPr>
      <w:tblGrid>
        <w:gridCol w:w="10246"/>
      </w:tblGrid>
      <w:tr w:rsidR="00E47FB3" w:rsidRPr="00497C72" w14:paraId="44674E57" w14:textId="77777777" w:rsidTr="00743513">
        <w:trPr>
          <w:jc w:val="center"/>
        </w:trPr>
        <w:tc>
          <w:tcPr>
            <w:tcW w:w="10262" w:type="dxa"/>
            <w:tcBorders>
              <w:top w:val="single" w:sz="6" w:space="0" w:color="18482E"/>
              <w:left w:val="single" w:sz="6" w:space="0" w:color="18482E"/>
              <w:bottom w:val="single" w:sz="6" w:space="0" w:color="18482E"/>
              <w:right w:val="single" w:sz="6" w:space="0" w:color="18482E"/>
            </w:tcBorders>
            <w:shd w:val="clear" w:color="auto" w:fill="EAF3EC"/>
            <w:tcMar>
              <w:top w:w="70" w:type="dxa"/>
              <w:left w:w="90" w:type="dxa"/>
              <w:bottom w:w="70" w:type="dxa"/>
              <w:right w:w="90" w:type="dxa"/>
            </w:tcMar>
          </w:tcPr>
          <w:p w14:paraId="50B82B70" w14:textId="29BA1F27" w:rsidR="00E47FB3" w:rsidRPr="00497C72" w:rsidRDefault="00E47FB3" w:rsidP="00743513">
            <w:pPr>
              <w:keepNext/>
              <w:spacing w:after="0"/>
              <w:rPr>
                <w:lang w:val="es-ES"/>
              </w:rPr>
            </w:pPr>
            <w:r w:rsidRPr="00497C72">
              <w:rPr>
                <w:b/>
                <w:color w:val="000000"/>
                <w:lang w:val="es-ES"/>
              </w:rPr>
              <w:t>Instrucciones:</w:t>
            </w:r>
            <w:r w:rsidRPr="00497C72">
              <w:rPr>
                <w:color w:val="000000"/>
                <w:lang w:val="es-ES"/>
              </w:rPr>
              <w:t xml:space="preserve"> revise todos los puntos antes de firmar. Marque «Sí» cuando la comprobación sea conforme, «No» cuando deba corregirse y «N/P» únicamente cuando no resulte aplicable. Cualquier respuesta «No» debe</w:t>
            </w:r>
            <w:r w:rsidR="008D4BAF">
              <w:rPr>
                <w:color w:val="000000"/>
                <w:lang w:val="es-ES"/>
              </w:rPr>
              <w:t xml:space="preserve">ría </w:t>
            </w:r>
            <w:r w:rsidRPr="00497C72">
              <w:rPr>
                <w:color w:val="000000"/>
                <w:lang w:val="es-ES"/>
              </w:rPr>
              <w:t>quedar subsanada antes de la firma electrónica.</w:t>
            </w:r>
            <w:r>
              <w:rPr>
                <w:color w:val="000000"/>
                <w:lang w:val="es-ES"/>
              </w:rPr>
              <w:t xml:space="preserve"> Si procede, indique en la referencia el/los apartados de la memoria en los que se incluye la información </w:t>
            </w:r>
          </w:p>
        </w:tc>
      </w:tr>
    </w:tbl>
    <w:p w14:paraId="4A35339A" w14:textId="77777777" w:rsidR="00E47FB3" w:rsidRPr="00497C72" w:rsidRDefault="00E47FB3" w:rsidP="00E47FB3">
      <w:pPr>
        <w:spacing w:after="0"/>
        <w:rPr>
          <w:lang w:val="es-ES"/>
        </w:rPr>
      </w:pPr>
    </w:p>
    <w:tbl>
      <w:tblPr>
        <w:tblW w:w="10396" w:type="dxa"/>
        <w:jc w:val="center"/>
        <w:tblLayout w:type="fixed"/>
        <w:tblLook w:val="04A0" w:firstRow="1" w:lastRow="0" w:firstColumn="1" w:lastColumn="0" w:noHBand="0" w:noVBand="1"/>
      </w:tblPr>
      <w:tblGrid>
        <w:gridCol w:w="567"/>
        <w:gridCol w:w="5272"/>
        <w:gridCol w:w="1666"/>
        <w:gridCol w:w="1701"/>
        <w:gridCol w:w="1190"/>
      </w:tblGrid>
      <w:tr w:rsidR="00E47FB3" w14:paraId="5CE60888" w14:textId="77777777" w:rsidTr="0072350B">
        <w:trPr>
          <w:cantSplit/>
          <w:tblHeader/>
          <w:jc w:val="center"/>
        </w:trPr>
        <w:tc>
          <w:tcPr>
            <w:tcW w:w="567" w:type="dxa"/>
            <w:tcBorders>
              <w:top w:val="single" w:sz="6" w:space="0" w:color="9CB9A6"/>
              <w:left w:val="single" w:sz="6" w:space="0" w:color="9CB9A6"/>
              <w:bottom w:val="single" w:sz="6" w:space="0" w:color="9CB9A6"/>
              <w:right w:val="single" w:sz="6" w:space="0" w:color="9CB9A6"/>
            </w:tcBorders>
            <w:shd w:val="clear" w:color="auto" w:fill="EAF3EC"/>
          </w:tcPr>
          <w:p w14:paraId="7609662C" w14:textId="77777777" w:rsidR="00E47FB3" w:rsidRPr="00E47FB3" w:rsidRDefault="00E47FB3" w:rsidP="00743513">
            <w:pPr>
              <w:spacing w:after="0"/>
              <w:jc w:val="center"/>
              <w:rPr>
                <w:szCs w:val="18"/>
              </w:rPr>
            </w:pPr>
            <w:proofErr w:type="gramStart"/>
            <w:r w:rsidRPr="00E47FB3">
              <w:rPr>
                <w:b/>
                <w:color w:val="18482E"/>
                <w:szCs w:val="18"/>
              </w:rPr>
              <w:t>N.º</w:t>
            </w:r>
            <w:proofErr w:type="gramEnd"/>
          </w:p>
        </w:tc>
        <w:tc>
          <w:tcPr>
            <w:tcW w:w="5272" w:type="dxa"/>
            <w:tcBorders>
              <w:top w:val="single" w:sz="6" w:space="0" w:color="9CB9A6"/>
              <w:left w:val="single" w:sz="6" w:space="0" w:color="9CB9A6"/>
              <w:bottom w:val="single" w:sz="6" w:space="0" w:color="9CB9A6"/>
              <w:right w:val="single" w:sz="6" w:space="0" w:color="9CB9A6"/>
            </w:tcBorders>
            <w:shd w:val="clear" w:color="auto" w:fill="EAF3EC"/>
          </w:tcPr>
          <w:p w14:paraId="61A18DE8" w14:textId="77777777" w:rsidR="00E47FB3" w:rsidRPr="00E47FB3" w:rsidRDefault="00E47FB3" w:rsidP="00743513">
            <w:pPr>
              <w:spacing w:after="0"/>
              <w:jc w:val="center"/>
              <w:rPr>
                <w:szCs w:val="18"/>
              </w:rPr>
            </w:pPr>
            <w:r w:rsidRPr="00E47FB3">
              <w:rPr>
                <w:b/>
                <w:color w:val="18482E"/>
                <w:szCs w:val="18"/>
              </w:rPr>
              <w:t>COMPROBACIÓN</w:t>
            </w:r>
          </w:p>
        </w:tc>
        <w:tc>
          <w:tcPr>
            <w:tcW w:w="1666" w:type="dxa"/>
            <w:tcBorders>
              <w:top w:val="single" w:sz="6" w:space="0" w:color="9CB9A6"/>
              <w:left w:val="single" w:sz="6" w:space="0" w:color="9CB9A6"/>
              <w:bottom w:val="single" w:sz="6" w:space="0" w:color="9CB9A6"/>
              <w:right w:val="single" w:sz="6" w:space="0" w:color="9CB9A6"/>
            </w:tcBorders>
            <w:shd w:val="clear" w:color="auto" w:fill="EAF3EC"/>
          </w:tcPr>
          <w:p w14:paraId="0DCDFB17" w14:textId="77777777" w:rsidR="00E47FB3" w:rsidRPr="00E47FB3" w:rsidRDefault="00E47FB3" w:rsidP="00743513">
            <w:pPr>
              <w:spacing w:after="0"/>
              <w:jc w:val="center"/>
              <w:rPr>
                <w:szCs w:val="18"/>
              </w:rPr>
            </w:pPr>
            <w:r w:rsidRPr="00E47FB3">
              <w:rPr>
                <w:b/>
                <w:color w:val="18482E"/>
                <w:szCs w:val="18"/>
              </w:rPr>
              <w:t>RESULTADO</w:t>
            </w:r>
          </w:p>
        </w:tc>
        <w:tc>
          <w:tcPr>
            <w:tcW w:w="2891" w:type="dxa"/>
            <w:gridSpan w:val="2"/>
            <w:tcBorders>
              <w:top w:val="single" w:sz="6" w:space="0" w:color="9CB9A6"/>
              <w:left w:val="single" w:sz="6" w:space="0" w:color="9CB9A6"/>
              <w:bottom w:val="single" w:sz="6" w:space="0" w:color="9CB9A6"/>
              <w:right w:val="single" w:sz="6" w:space="0" w:color="9CB9A6"/>
            </w:tcBorders>
            <w:shd w:val="clear" w:color="auto" w:fill="EAF3EC"/>
          </w:tcPr>
          <w:p w14:paraId="036BE2BC" w14:textId="77777777" w:rsidR="00E47FB3" w:rsidRDefault="00E47FB3" w:rsidP="00743513">
            <w:pPr>
              <w:spacing w:after="0"/>
              <w:jc w:val="center"/>
            </w:pPr>
            <w:r>
              <w:rPr>
                <w:b/>
                <w:color w:val="18482E"/>
                <w:sz w:val="16"/>
              </w:rPr>
              <w:t>REFERENCIA</w:t>
            </w:r>
          </w:p>
        </w:tc>
      </w:tr>
      <w:tr w:rsidR="00E47FB3" w:rsidRPr="00497C72" w14:paraId="24B653CC" w14:textId="77777777" w:rsidTr="00E47FB3">
        <w:trPr>
          <w:cantSplit/>
          <w:jc w:val="center"/>
        </w:trPr>
        <w:tc>
          <w:tcPr>
            <w:tcW w:w="10396" w:type="dxa"/>
            <w:gridSpan w:val="5"/>
            <w:shd w:val="clear" w:color="auto" w:fill="EAF3EC"/>
          </w:tcPr>
          <w:p w14:paraId="7FE2391F" w14:textId="77777777" w:rsidR="00E47FB3" w:rsidRPr="00E47FB3" w:rsidRDefault="00E47FB3" w:rsidP="008D4BAF">
            <w:pPr>
              <w:spacing w:before="60" w:after="60"/>
              <w:rPr>
                <w:szCs w:val="18"/>
                <w:lang w:val="es-ES"/>
              </w:rPr>
            </w:pPr>
            <w:r w:rsidRPr="00E47FB3">
              <w:rPr>
                <w:b/>
                <w:szCs w:val="18"/>
                <w:lang w:val="es-ES"/>
              </w:rPr>
              <w:t>A. CONTENIDOS MÍNIMOS DEL ANEXO III</w:t>
            </w:r>
          </w:p>
        </w:tc>
      </w:tr>
      <w:tr w:rsidR="00E47FB3" w14:paraId="43FC425E" w14:textId="77777777" w:rsidTr="00E47FB3">
        <w:trPr>
          <w:cantSplit/>
          <w:trHeight w:val="453"/>
          <w:jc w:val="center"/>
        </w:trPr>
        <w:tc>
          <w:tcPr>
            <w:tcW w:w="567" w:type="dxa"/>
            <w:vAlign w:val="center"/>
          </w:tcPr>
          <w:p w14:paraId="01B98491" w14:textId="77777777" w:rsidR="00E47FB3" w:rsidRPr="00E47FB3" w:rsidRDefault="00E47FB3" w:rsidP="008D4BAF">
            <w:pPr>
              <w:spacing w:before="60" w:after="60"/>
              <w:rPr>
                <w:szCs w:val="18"/>
              </w:rPr>
            </w:pPr>
            <w:r w:rsidRPr="00E47FB3">
              <w:rPr>
                <w:szCs w:val="18"/>
              </w:rPr>
              <w:t>1</w:t>
            </w:r>
          </w:p>
        </w:tc>
        <w:tc>
          <w:tcPr>
            <w:tcW w:w="5272" w:type="dxa"/>
            <w:vAlign w:val="center"/>
          </w:tcPr>
          <w:p w14:paraId="451F5EC8" w14:textId="77777777" w:rsidR="00E47FB3" w:rsidRPr="00E47FB3" w:rsidRDefault="00E47FB3" w:rsidP="008D4BAF">
            <w:pPr>
              <w:spacing w:before="60" w:after="60"/>
              <w:rPr>
                <w:szCs w:val="18"/>
                <w:lang w:val="es-ES"/>
              </w:rPr>
            </w:pPr>
            <w:r w:rsidRPr="00E47FB3">
              <w:rPr>
                <w:szCs w:val="18"/>
                <w:lang w:val="es-ES"/>
              </w:rPr>
              <w:t>Constan el título claro y conciso, la entidad, NIF, código DIR3, ubicación y ámbito de actuación.</w:t>
            </w:r>
          </w:p>
        </w:tc>
        <w:tc>
          <w:tcPr>
            <w:tcW w:w="1666" w:type="dxa"/>
            <w:vAlign w:val="center"/>
          </w:tcPr>
          <w:p w14:paraId="5F83E9A9" w14:textId="5FF52AAD" w:rsidR="00E47FB3" w:rsidRPr="00E47FB3" w:rsidRDefault="00E47FB3" w:rsidP="008D4BAF">
            <w:pPr>
              <w:spacing w:before="60" w:after="60"/>
              <w:rPr>
                <w:szCs w:val="18"/>
              </w:rPr>
            </w:pPr>
            <w:r w:rsidRPr="00E47FB3">
              <w:rPr>
                <w:szCs w:val="18"/>
              </w:rPr>
              <w:t xml:space="preserve"> </w:t>
            </w:r>
            <w:sdt>
              <w:sdtPr>
                <w:rPr>
                  <w:szCs w:val="18"/>
                </w:rPr>
                <w:id w:val="143693729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521703350"/>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52554552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62A7E26B" w14:textId="77777777" w:rsidR="00E47FB3" w:rsidRDefault="00E47FB3" w:rsidP="008D4BAF">
            <w:pPr>
              <w:spacing w:before="60" w:after="60"/>
            </w:pPr>
          </w:p>
        </w:tc>
        <w:tc>
          <w:tcPr>
            <w:tcW w:w="1190" w:type="dxa"/>
            <w:vAlign w:val="center"/>
          </w:tcPr>
          <w:p w14:paraId="5DA5FD88" w14:textId="77777777" w:rsidR="00E47FB3" w:rsidRDefault="00E47FB3" w:rsidP="008D4BAF">
            <w:pPr>
              <w:spacing w:before="60" w:after="60"/>
            </w:pPr>
          </w:p>
        </w:tc>
      </w:tr>
      <w:tr w:rsidR="00E47FB3" w14:paraId="7C36807C" w14:textId="77777777" w:rsidTr="00E47FB3">
        <w:trPr>
          <w:cantSplit/>
          <w:trHeight w:val="453"/>
          <w:jc w:val="center"/>
        </w:trPr>
        <w:tc>
          <w:tcPr>
            <w:tcW w:w="567" w:type="dxa"/>
            <w:vAlign w:val="center"/>
          </w:tcPr>
          <w:p w14:paraId="3F8AE292" w14:textId="77777777" w:rsidR="00E47FB3" w:rsidRPr="00E47FB3" w:rsidRDefault="00E47FB3" w:rsidP="008D4BAF">
            <w:pPr>
              <w:spacing w:before="60" w:after="60"/>
              <w:rPr>
                <w:szCs w:val="18"/>
              </w:rPr>
            </w:pPr>
            <w:r w:rsidRPr="00E47FB3">
              <w:rPr>
                <w:szCs w:val="18"/>
              </w:rPr>
              <w:t>2</w:t>
            </w:r>
          </w:p>
        </w:tc>
        <w:tc>
          <w:tcPr>
            <w:tcW w:w="5272" w:type="dxa"/>
            <w:vAlign w:val="center"/>
          </w:tcPr>
          <w:p w14:paraId="4E22CD62" w14:textId="77777777" w:rsidR="00E47FB3" w:rsidRPr="00E47FB3" w:rsidRDefault="00E47FB3" w:rsidP="008D4BAF">
            <w:pPr>
              <w:spacing w:before="60" w:after="60"/>
              <w:rPr>
                <w:szCs w:val="18"/>
                <w:lang w:val="es-ES"/>
              </w:rPr>
            </w:pPr>
            <w:r w:rsidRPr="00E47FB3">
              <w:rPr>
                <w:szCs w:val="18"/>
                <w:lang w:val="es-ES"/>
              </w:rPr>
              <w:t>Se explican los antecedentes, la situación de partida, la necesidad y los objetivos de la intervención.</w:t>
            </w:r>
          </w:p>
        </w:tc>
        <w:tc>
          <w:tcPr>
            <w:tcW w:w="1666" w:type="dxa"/>
            <w:vAlign w:val="center"/>
          </w:tcPr>
          <w:p w14:paraId="282E1A58" w14:textId="4336AB0B" w:rsidR="00E47FB3" w:rsidRPr="00E47FB3" w:rsidRDefault="00E47FB3" w:rsidP="008D4BAF">
            <w:pPr>
              <w:spacing w:before="60" w:after="60"/>
              <w:rPr>
                <w:szCs w:val="18"/>
              </w:rPr>
            </w:pPr>
            <w:r w:rsidRPr="00E47FB3">
              <w:rPr>
                <w:szCs w:val="18"/>
              </w:rPr>
              <w:t xml:space="preserve"> </w:t>
            </w:r>
            <w:sdt>
              <w:sdtPr>
                <w:rPr>
                  <w:szCs w:val="18"/>
                </w:rPr>
                <w:id w:val="-72722460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58104608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2123524988"/>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0BB57179" w14:textId="77777777" w:rsidR="00E47FB3" w:rsidRDefault="00E47FB3" w:rsidP="008D4BAF">
            <w:pPr>
              <w:spacing w:before="60" w:after="60"/>
            </w:pPr>
          </w:p>
        </w:tc>
        <w:tc>
          <w:tcPr>
            <w:tcW w:w="1190" w:type="dxa"/>
            <w:vAlign w:val="center"/>
          </w:tcPr>
          <w:p w14:paraId="4ACED7B8" w14:textId="77777777" w:rsidR="00E47FB3" w:rsidRDefault="00E47FB3" w:rsidP="008D4BAF">
            <w:pPr>
              <w:spacing w:before="60" w:after="60"/>
            </w:pPr>
          </w:p>
        </w:tc>
      </w:tr>
      <w:tr w:rsidR="00E47FB3" w14:paraId="4F55EC07" w14:textId="77777777" w:rsidTr="00E47FB3">
        <w:trPr>
          <w:cantSplit/>
          <w:trHeight w:val="453"/>
          <w:jc w:val="center"/>
        </w:trPr>
        <w:tc>
          <w:tcPr>
            <w:tcW w:w="567" w:type="dxa"/>
            <w:vAlign w:val="center"/>
          </w:tcPr>
          <w:p w14:paraId="51EC22A9" w14:textId="77777777" w:rsidR="00E47FB3" w:rsidRPr="00E47FB3" w:rsidRDefault="00E47FB3" w:rsidP="008D4BAF">
            <w:pPr>
              <w:spacing w:before="60" w:after="60"/>
              <w:rPr>
                <w:szCs w:val="18"/>
              </w:rPr>
            </w:pPr>
            <w:r w:rsidRPr="00E47FB3">
              <w:rPr>
                <w:szCs w:val="18"/>
              </w:rPr>
              <w:t>3</w:t>
            </w:r>
          </w:p>
        </w:tc>
        <w:tc>
          <w:tcPr>
            <w:tcW w:w="5272" w:type="dxa"/>
            <w:vAlign w:val="center"/>
          </w:tcPr>
          <w:p w14:paraId="6AFA92EC" w14:textId="77777777" w:rsidR="00E47FB3" w:rsidRPr="00E47FB3" w:rsidRDefault="00E47FB3" w:rsidP="008D4BAF">
            <w:pPr>
              <w:spacing w:before="60" w:after="60"/>
              <w:rPr>
                <w:szCs w:val="18"/>
                <w:lang w:val="es-ES"/>
              </w:rPr>
            </w:pPr>
            <w:r w:rsidRPr="00E47FB3">
              <w:rPr>
                <w:szCs w:val="18"/>
                <w:lang w:val="es-ES"/>
              </w:rPr>
              <w:t>Las operaciones de inversión se diferencian de las demás operaciones y se identifican mediante códigos trazables.</w:t>
            </w:r>
          </w:p>
        </w:tc>
        <w:tc>
          <w:tcPr>
            <w:tcW w:w="1666" w:type="dxa"/>
            <w:vAlign w:val="center"/>
          </w:tcPr>
          <w:p w14:paraId="29E3464C" w14:textId="456DA1AC" w:rsidR="00E47FB3" w:rsidRPr="00E47FB3" w:rsidRDefault="00E47FB3" w:rsidP="008D4BAF">
            <w:pPr>
              <w:spacing w:before="60" w:after="60"/>
              <w:rPr>
                <w:szCs w:val="18"/>
              </w:rPr>
            </w:pPr>
            <w:r w:rsidRPr="00E47FB3">
              <w:rPr>
                <w:szCs w:val="18"/>
              </w:rPr>
              <w:t xml:space="preserve"> </w:t>
            </w:r>
            <w:sdt>
              <w:sdtPr>
                <w:rPr>
                  <w:szCs w:val="18"/>
                </w:rPr>
                <w:id w:val="-79660535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44967280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69242123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0F0C8E14" w14:textId="77777777" w:rsidR="00E47FB3" w:rsidRDefault="00E47FB3" w:rsidP="008D4BAF">
            <w:pPr>
              <w:spacing w:before="60" w:after="60"/>
            </w:pPr>
          </w:p>
        </w:tc>
        <w:tc>
          <w:tcPr>
            <w:tcW w:w="1190" w:type="dxa"/>
            <w:vAlign w:val="center"/>
          </w:tcPr>
          <w:p w14:paraId="6FB35F24" w14:textId="77777777" w:rsidR="00E47FB3" w:rsidRDefault="00E47FB3" w:rsidP="008D4BAF">
            <w:pPr>
              <w:spacing w:before="60" w:after="60"/>
            </w:pPr>
          </w:p>
        </w:tc>
      </w:tr>
      <w:tr w:rsidR="00E47FB3" w14:paraId="17CD01E9" w14:textId="77777777" w:rsidTr="00E47FB3">
        <w:trPr>
          <w:cantSplit/>
          <w:trHeight w:val="453"/>
          <w:jc w:val="center"/>
        </w:trPr>
        <w:tc>
          <w:tcPr>
            <w:tcW w:w="567" w:type="dxa"/>
            <w:vAlign w:val="center"/>
          </w:tcPr>
          <w:p w14:paraId="2E4C9D70" w14:textId="77777777" w:rsidR="00E47FB3" w:rsidRPr="00E47FB3" w:rsidRDefault="00E47FB3" w:rsidP="008D4BAF">
            <w:pPr>
              <w:spacing w:before="60" w:after="60"/>
              <w:rPr>
                <w:szCs w:val="18"/>
              </w:rPr>
            </w:pPr>
            <w:r w:rsidRPr="00E47FB3">
              <w:rPr>
                <w:szCs w:val="18"/>
              </w:rPr>
              <w:t>4</w:t>
            </w:r>
          </w:p>
        </w:tc>
        <w:tc>
          <w:tcPr>
            <w:tcW w:w="5272" w:type="dxa"/>
            <w:vAlign w:val="center"/>
          </w:tcPr>
          <w:p w14:paraId="4C40A3CF" w14:textId="77777777" w:rsidR="00E47FB3" w:rsidRPr="00E47FB3" w:rsidRDefault="00E47FB3" w:rsidP="008D4BAF">
            <w:pPr>
              <w:spacing w:before="60" w:after="60"/>
              <w:rPr>
                <w:szCs w:val="18"/>
                <w:lang w:val="es-ES"/>
              </w:rPr>
            </w:pPr>
            <w:r w:rsidRPr="00E47FB3">
              <w:rPr>
                <w:szCs w:val="18"/>
                <w:lang w:val="es-ES"/>
              </w:rPr>
              <w:t>Se incluye una propuesta de resultados esperados, estrategia, indicadores orientativos y evidencias de comprobación.</w:t>
            </w:r>
          </w:p>
        </w:tc>
        <w:tc>
          <w:tcPr>
            <w:tcW w:w="1666" w:type="dxa"/>
            <w:vAlign w:val="center"/>
          </w:tcPr>
          <w:p w14:paraId="66D91909" w14:textId="7403AA3F" w:rsidR="00E47FB3" w:rsidRPr="00E47FB3" w:rsidRDefault="00E47FB3" w:rsidP="008D4BAF">
            <w:pPr>
              <w:spacing w:before="60" w:after="60"/>
              <w:rPr>
                <w:szCs w:val="18"/>
              </w:rPr>
            </w:pPr>
            <w:r w:rsidRPr="00E47FB3">
              <w:rPr>
                <w:szCs w:val="18"/>
              </w:rPr>
              <w:t xml:space="preserve"> </w:t>
            </w:r>
            <w:sdt>
              <w:sdtPr>
                <w:rPr>
                  <w:szCs w:val="18"/>
                </w:rPr>
                <w:id w:val="-204419826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30407287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82813102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31A24A22" w14:textId="77777777" w:rsidR="00E47FB3" w:rsidRDefault="00E47FB3" w:rsidP="008D4BAF">
            <w:pPr>
              <w:spacing w:before="60" w:after="60"/>
            </w:pPr>
          </w:p>
        </w:tc>
        <w:tc>
          <w:tcPr>
            <w:tcW w:w="1190" w:type="dxa"/>
            <w:vAlign w:val="center"/>
          </w:tcPr>
          <w:p w14:paraId="3A02C85A" w14:textId="77777777" w:rsidR="00E47FB3" w:rsidRDefault="00E47FB3" w:rsidP="008D4BAF">
            <w:pPr>
              <w:spacing w:before="60" w:after="60"/>
            </w:pPr>
          </w:p>
        </w:tc>
      </w:tr>
      <w:tr w:rsidR="00E47FB3" w14:paraId="1979FA94" w14:textId="77777777" w:rsidTr="00E47FB3">
        <w:trPr>
          <w:cantSplit/>
          <w:trHeight w:val="453"/>
          <w:jc w:val="center"/>
        </w:trPr>
        <w:tc>
          <w:tcPr>
            <w:tcW w:w="567" w:type="dxa"/>
            <w:vAlign w:val="center"/>
          </w:tcPr>
          <w:p w14:paraId="2ECEF9A0" w14:textId="77777777" w:rsidR="00E47FB3" w:rsidRPr="00E47FB3" w:rsidRDefault="00E47FB3" w:rsidP="008D4BAF">
            <w:pPr>
              <w:spacing w:before="60" w:after="60"/>
              <w:rPr>
                <w:szCs w:val="18"/>
              </w:rPr>
            </w:pPr>
            <w:r w:rsidRPr="00E47FB3">
              <w:rPr>
                <w:szCs w:val="18"/>
              </w:rPr>
              <w:t>5</w:t>
            </w:r>
          </w:p>
        </w:tc>
        <w:tc>
          <w:tcPr>
            <w:tcW w:w="5272" w:type="dxa"/>
            <w:vAlign w:val="center"/>
          </w:tcPr>
          <w:p w14:paraId="554B2885" w14:textId="77777777" w:rsidR="00E47FB3" w:rsidRPr="00E47FB3" w:rsidRDefault="00E47FB3" w:rsidP="008D4BAF">
            <w:pPr>
              <w:spacing w:before="60" w:after="60"/>
              <w:rPr>
                <w:szCs w:val="18"/>
                <w:lang w:val="es-ES"/>
              </w:rPr>
            </w:pPr>
            <w:r w:rsidRPr="00E47FB3">
              <w:rPr>
                <w:szCs w:val="18"/>
                <w:lang w:val="es-ES"/>
              </w:rPr>
              <w:t>El cuadro económico desglosa los costes de cada operación identificada en el Bloque 2.</w:t>
            </w:r>
          </w:p>
        </w:tc>
        <w:tc>
          <w:tcPr>
            <w:tcW w:w="1666" w:type="dxa"/>
            <w:vAlign w:val="center"/>
          </w:tcPr>
          <w:p w14:paraId="3F5E5567" w14:textId="123441C1" w:rsidR="00E47FB3" w:rsidRPr="00E47FB3" w:rsidRDefault="00E47FB3" w:rsidP="008D4BAF">
            <w:pPr>
              <w:spacing w:before="60" w:after="60"/>
              <w:rPr>
                <w:szCs w:val="18"/>
              </w:rPr>
            </w:pPr>
            <w:r w:rsidRPr="00E47FB3">
              <w:rPr>
                <w:szCs w:val="18"/>
              </w:rPr>
              <w:t xml:space="preserve"> </w:t>
            </w:r>
            <w:sdt>
              <w:sdtPr>
                <w:rPr>
                  <w:szCs w:val="18"/>
                </w:rPr>
                <w:id w:val="-85873671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10241801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2033563430"/>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20FF1727" w14:textId="77777777" w:rsidR="00E47FB3" w:rsidRDefault="00E47FB3" w:rsidP="008D4BAF">
            <w:pPr>
              <w:spacing w:before="60" w:after="60"/>
            </w:pPr>
          </w:p>
        </w:tc>
        <w:tc>
          <w:tcPr>
            <w:tcW w:w="1190" w:type="dxa"/>
            <w:vAlign w:val="center"/>
          </w:tcPr>
          <w:p w14:paraId="7527F8A0" w14:textId="77777777" w:rsidR="00E47FB3" w:rsidRDefault="00E47FB3" w:rsidP="008D4BAF">
            <w:pPr>
              <w:spacing w:before="60" w:after="60"/>
            </w:pPr>
          </w:p>
        </w:tc>
      </w:tr>
      <w:tr w:rsidR="00E47FB3" w14:paraId="7BFA47B3" w14:textId="77777777" w:rsidTr="00E47FB3">
        <w:trPr>
          <w:cantSplit/>
          <w:trHeight w:val="453"/>
          <w:jc w:val="center"/>
        </w:trPr>
        <w:tc>
          <w:tcPr>
            <w:tcW w:w="567" w:type="dxa"/>
            <w:vAlign w:val="center"/>
          </w:tcPr>
          <w:p w14:paraId="778EBB55" w14:textId="77777777" w:rsidR="00E47FB3" w:rsidRPr="00E47FB3" w:rsidRDefault="00E47FB3" w:rsidP="008D4BAF">
            <w:pPr>
              <w:spacing w:before="60" w:after="60"/>
              <w:rPr>
                <w:szCs w:val="18"/>
              </w:rPr>
            </w:pPr>
            <w:r w:rsidRPr="00E47FB3">
              <w:rPr>
                <w:szCs w:val="18"/>
              </w:rPr>
              <w:t>6</w:t>
            </w:r>
          </w:p>
        </w:tc>
        <w:tc>
          <w:tcPr>
            <w:tcW w:w="5272" w:type="dxa"/>
            <w:vAlign w:val="center"/>
          </w:tcPr>
          <w:p w14:paraId="39B5953B" w14:textId="77777777" w:rsidR="00E47FB3" w:rsidRPr="00E47FB3" w:rsidRDefault="00E47FB3" w:rsidP="008D4BAF">
            <w:pPr>
              <w:spacing w:before="60" w:after="60"/>
              <w:rPr>
                <w:szCs w:val="18"/>
                <w:lang w:val="es-ES"/>
              </w:rPr>
            </w:pPr>
            <w:r w:rsidRPr="00E47FB3">
              <w:rPr>
                <w:szCs w:val="18"/>
                <w:lang w:val="es-ES"/>
              </w:rPr>
              <w:t>Se declara expresamente el régimen de IVA y se incluye un resumen coherente del presupuesto.</w:t>
            </w:r>
          </w:p>
        </w:tc>
        <w:tc>
          <w:tcPr>
            <w:tcW w:w="1666" w:type="dxa"/>
            <w:vAlign w:val="center"/>
          </w:tcPr>
          <w:p w14:paraId="062ABAE6" w14:textId="10A02264" w:rsidR="00E47FB3" w:rsidRPr="00E47FB3" w:rsidRDefault="00E47FB3" w:rsidP="008D4BAF">
            <w:pPr>
              <w:spacing w:before="60" w:after="60"/>
              <w:rPr>
                <w:szCs w:val="18"/>
              </w:rPr>
            </w:pPr>
            <w:r w:rsidRPr="00E47FB3">
              <w:rPr>
                <w:szCs w:val="18"/>
              </w:rPr>
              <w:t xml:space="preserve"> </w:t>
            </w:r>
            <w:sdt>
              <w:sdtPr>
                <w:rPr>
                  <w:szCs w:val="18"/>
                </w:rPr>
                <w:id w:val="1943186342"/>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76110429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33831950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3050C174" w14:textId="77777777" w:rsidR="00E47FB3" w:rsidRDefault="00E47FB3" w:rsidP="008D4BAF">
            <w:pPr>
              <w:spacing w:before="60" w:after="60"/>
            </w:pPr>
          </w:p>
        </w:tc>
        <w:tc>
          <w:tcPr>
            <w:tcW w:w="1190" w:type="dxa"/>
            <w:vAlign w:val="center"/>
          </w:tcPr>
          <w:p w14:paraId="251A45F3" w14:textId="77777777" w:rsidR="00E47FB3" w:rsidRDefault="00E47FB3" w:rsidP="008D4BAF">
            <w:pPr>
              <w:spacing w:before="60" w:after="60"/>
            </w:pPr>
          </w:p>
        </w:tc>
      </w:tr>
      <w:tr w:rsidR="00E47FB3" w:rsidRPr="00497C72" w14:paraId="7A5E7D12" w14:textId="77777777" w:rsidTr="00E47FB3">
        <w:trPr>
          <w:cantSplit/>
          <w:jc w:val="center"/>
        </w:trPr>
        <w:tc>
          <w:tcPr>
            <w:tcW w:w="10396" w:type="dxa"/>
            <w:gridSpan w:val="5"/>
            <w:shd w:val="clear" w:color="auto" w:fill="EAF3EC"/>
          </w:tcPr>
          <w:p w14:paraId="4B9DA8B8" w14:textId="77777777" w:rsidR="00E47FB3" w:rsidRPr="00E47FB3" w:rsidRDefault="00E47FB3" w:rsidP="008D4BAF">
            <w:pPr>
              <w:spacing w:before="60" w:after="60"/>
              <w:rPr>
                <w:szCs w:val="18"/>
                <w:lang w:val="es-ES"/>
              </w:rPr>
            </w:pPr>
            <w:r w:rsidRPr="00E47FB3">
              <w:rPr>
                <w:b/>
                <w:szCs w:val="18"/>
                <w:lang w:val="es-ES"/>
              </w:rPr>
              <w:t>B. COHERENCIA, ELEGIBILIDAD Y FUNCIONAMIENTO</w:t>
            </w:r>
          </w:p>
        </w:tc>
      </w:tr>
      <w:tr w:rsidR="00E47FB3" w14:paraId="571B5D5F" w14:textId="77777777" w:rsidTr="00E47FB3">
        <w:trPr>
          <w:cantSplit/>
          <w:trHeight w:val="453"/>
          <w:jc w:val="center"/>
        </w:trPr>
        <w:tc>
          <w:tcPr>
            <w:tcW w:w="567" w:type="dxa"/>
            <w:vAlign w:val="center"/>
          </w:tcPr>
          <w:p w14:paraId="15F120C4" w14:textId="77777777" w:rsidR="00E47FB3" w:rsidRPr="00E47FB3" w:rsidRDefault="00E47FB3" w:rsidP="008D4BAF">
            <w:pPr>
              <w:spacing w:before="60" w:after="60"/>
              <w:rPr>
                <w:szCs w:val="18"/>
              </w:rPr>
            </w:pPr>
            <w:r w:rsidRPr="00E47FB3">
              <w:rPr>
                <w:szCs w:val="18"/>
              </w:rPr>
              <w:t>7</w:t>
            </w:r>
          </w:p>
        </w:tc>
        <w:tc>
          <w:tcPr>
            <w:tcW w:w="5272" w:type="dxa"/>
            <w:vAlign w:val="center"/>
          </w:tcPr>
          <w:p w14:paraId="5E82B12E" w14:textId="77777777" w:rsidR="00E47FB3" w:rsidRPr="00E47FB3" w:rsidRDefault="00E47FB3" w:rsidP="008D4BAF">
            <w:pPr>
              <w:spacing w:before="60" w:after="60"/>
              <w:rPr>
                <w:szCs w:val="18"/>
                <w:lang w:val="es-ES"/>
              </w:rPr>
            </w:pPr>
            <w:r w:rsidRPr="00E47FB3">
              <w:rPr>
                <w:szCs w:val="18"/>
                <w:lang w:val="es-ES"/>
              </w:rPr>
              <w:t>La memoria explica el servicio, uso o resultado público que quedará funcionando y no se limita a describir contratos.</w:t>
            </w:r>
          </w:p>
        </w:tc>
        <w:tc>
          <w:tcPr>
            <w:tcW w:w="1666" w:type="dxa"/>
            <w:vAlign w:val="center"/>
          </w:tcPr>
          <w:p w14:paraId="56D41178" w14:textId="0A110F4A" w:rsidR="00E47FB3" w:rsidRPr="00E47FB3" w:rsidRDefault="00E47FB3" w:rsidP="008D4BAF">
            <w:pPr>
              <w:spacing w:before="60" w:after="60"/>
              <w:rPr>
                <w:szCs w:val="18"/>
              </w:rPr>
            </w:pPr>
            <w:r w:rsidRPr="00E47FB3">
              <w:rPr>
                <w:szCs w:val="18"/>
              </w:rPr>
              <w:t xml:space="preserve"> </w:t>
            </w:r>
            <w:sdt>
              <w:sdtPr>
                <w:rPr>
                  <w:szCs w:val="18"/>
                </w:rPr>
                <w:id w:val="-150828031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77979493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66609122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20AF07AE" w14:textId="77777777" w:rsidR="00E47FB3" w:rsidRDefault="00E47FB3" w:rsidP="008D4BAF">
            <w:pPr>
              <w:spacing w:before="60" w:after="60"/>
            </w:pPr>
          </w:p>
        </w:tc>
        <w:tc>
          <w:tcPr>
            <w:tcW w:w="1190" w:type="dxa"/>
            <w:vAlign w:val="center"/>
          </w:tcPr>
          <w:p w14:paraId="75C664F1" w14:textId="77777777" w:rsidR="00E47FB3" w:rsidRDefault="00E47FB3" w:rsidP="008D4BAF">
            <w:pPr>
              <w:spacing w:before="60" w:after="60"/>
            </w:pPr>
          </w:p>
        </w:tc>
      </w:tr>
      <w:tr w:rsidR="00E47FB3" w14:paraId="4FD376E1" w14:textId="77777777" w:rsidTr="00E47FB3">
        <w:trPr>
          <w:cantSplit/>
          <w:trHeight w:val="453"/>
          <w:jc w:val="center"/>
        </w:trPr>
        <w:tc>
          <w:tcPr>
            <w:tcW w:w="567" w:type="dxa"/>
            <w:vAlign w:val="center"/>
          </w:tcPr>
          <w:p w14:paraId="4FD9EE09" w14:textId="77777777" w:rsidR="00E47FB3" w:rsidRPr="00E47FB3" w:rsidRDefault="00E47FB3" w:rsidP="008D4BAF">
            <w:pPr>
              <w:spacing w:before="60" w:after="60"/>
              <w:rPr>
                <w:szCs w:val="18"/>
              </w:rPr>
            </w:pPr>
            <w:r w:rsidRPr="00E47FB3">
              <w:rPr>
                <w:szCs w:val="18"/>
              </w:rPr>
              <w:t>8</w:t>
            </w:r>
          </w:p>
        </w:tc>
        <w:tc>
          <w:tcPr>
            <w:tcW w:w="5272" w:type="dxa"/>
            <w:vAlign w:val="center"/>
          </w:tcPr>
          <w:p w14:paraId="768DB804" w14:textId="77777777" w:rsidR="00E47FB3" w:rsidRPr="00E47FB3" w:rsidRDefault="00E47FB3" w:rsidP="008D4BAF">
            <w:pPr>
              <w:spacing w:before="60" w:after="60"/>
              <w:rPr>
                <w:szCs w:val="18"/>
                <w:lang w:val="es-ES"/>
              </w:rPr>
            </w:pPr>
            <w:r w:rsidRPr="00E47FB3">
              <w:rPr>
                <w:szCs w:val="18"/>
                <w:lang w:val="es-ES"/>
              </w:rPr>
              <w:t>Se han incluido todas las inversiones, actividades y compromisos necesarios para una operación completa y autónoma.</w:t>
            </w:r>
          </w:p>
        </w:tc>
        <w:tc>
          <w:tcPr>
            <w:tcW w:w="1666" w:type="dxa"/>
            <w:vAlign w:val="center"/>
          </w:tcPr>
          <w:p w14:paraId="35D96F1C" w14:textId="3936D37D" w:rsidR="00E47FB3" w:rsidRPr="00E47FB3" w:rsidRDefault="00E47FB3" w:rsidP="008D4BAF">
            <w:pPr>
              <w:spacing w:before="60" w:after="60"/>
              <w:rPr>
                <w:szCs w:val="18"/>
              </w:rPr>
            </w:pPr>
            <w:r w:rsidRPr="00E47FB3">
              <w:rPr>
                <w:szCs w:val="18"/>
              </w:rPr>
              <w:t xml:space="preserve"> </w:t>
            </w:r>
            <w:sdt>
              <w:sdtPr>
                <w:rPr>
                  <w:szCs w:val="18"/>
                </w:rPr>
                <w:id w:val="887621392"/>
                <w14:checkbox>
                  <w14:checked w14:val="1"/>
                  <w14:checkedState w14:val="2612" w14:font="MS Gothic"/>
                  <w14:uncheckedState w14:val="2610" w14:font="MS Gothic"/>
                </w14:checkbox>
              </w:sdtPr>
              <w:sdtContent>
                <w:r w:rsidR="0044536D">
                  <w:rPr>
                    <w:rFonts w:ascii="MS Gothic" w:eastAsia="MS Gothic" w:hAnsi="MS Gothic" w:hint="eastAsia"/>
                    <w:szCs w:val="18"/>
                  </w:rPr>
                  <w:t>☒</w:t>
                </w:r>
              </w:sdtContent>
            </w:sdt>
            <w:r w:rsidRPr="00E47FB3">
              <w:rPr>
                <w:szCs w:val="18"/>
              </w:rPr>
              <w:t xml:space="preserve">Sí  </w:t>
            </w:r>
            <w:sdt>
              <w:sdtPr>
                <w:rPr>
                  <w:szCs w:val="18"/>
                </w:rPr>
                <w:id w:val="111949938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2925043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7188502C" w14:textId="77777777" w:rsidR="00E47FB3" w:rsidRDefault="00E47FB3" w:rsidP="008D4BAF">
            <w:pPr>
              <w:spacing w:before="60" w:after="60"/>
            </w:pPr>
          </w:p>
        </w:tc>
        <w:tc>
          <w:tcPr>
            <w:tcW w:w="1190" w:type="dxa"/>
            <w:vAlign w:val="center"/>
          </w:tcPr>
          <w:p w14:paraId="1578A15F" w14:textId="77777777" w:rsidR="00E47FB3" w:rsidRDefault="00E47FB3" w:rsidP="008D4BAF">
            <w:pPr>
              <w:spacing w:before="60" w:after="60"/>
            </w:pPr>
          </w:p>
        </w:tc>
      </w:tr>
      <w:tr w:rsidR="00E47FB3" w14:paraId="7576A18A" w14:textId="77777777" w:rsidTr="00E47FB3">
        <w:trPr>
          <w:cantSplit/>
          <w:trHeight w:val="453"/>
          <w:jc w:val="center"/>
        </w:trPr>
        <w:tc>
          <w:tcPr>
            <w:tcW w:w="567" w:type="dxa"/>
            <w:vAlign w:val="center"/>
          </w:tcPr>
          <w:p w14:paraId="7E846682" w14:textId="77777777" w:rsidR="00E47FB3" w:rsidRPr="00E47FB3" w:rsidRDefault="00E47FB3" w:rsidP="008D4BAF">
            <w:pPr>
              <w:spacing w:before="60" w:after="60"/>
              <w:rPr>
                <w:szCs w:val="18"/>
              </w:rPr>
            </w:pPr>
            <w:r w:rsidRPr="00E47FB3">
              <w:rPr>
                <w:szCs w:val="18"/>
              </w:rPr>
              <w:t>9</w:t>
            </w:r>
          </w:p>
        </w:tc>
        <w:tc>
          <w:tcPr>
            <w:tcW w:w="5272" w:type="dxa"/>
            <w:vAlign w:val="center"/>
          </w:tcPr>
          <w:p w14:paraId="385D8216" w14:textId="77777777" w:rsidR="00E47FB3" w:rsidRPr="00E47FB3" w:rsidRDefault="00E47FB3" w:rsidP="008D4BAF">
            <w:pPr>
              <w:spacing w:before="60" w:after="60"/>
              <w:rPr>
                <w:szCs w:val="18"/>
                <w:lang w:val="es-ES"/>
              </w:rPr>
            </w:pPr>
            <w:r w:rsidRPr="00E47FB3">
              <w:rPr>
                <w:szCs w:val="18"/>
                <w:lang w:val="es-ES"/>
              </w:rPr>
              <w:t>La población destinataria, la participación de usuarios y la incorporación de sus aportaciones están descritas y acreditadas.</w:t>
            </w:r>
          </w:p>
        </w:tc>
        <w:tc>
          <w:tcPr>
            <w:tcW w:w="1666" w:type="dxa"/>
            <w:vAlign w:val="center"/>
          </w:tcPr>
          <w:p w14:paraId="76545F61" w14:textId="573B4198" w:rsidR="00E47FB3" w:rsidRPr="00E47FB3" w:rsidRDefault="00E47FB3" w:rsidP="008D4BAF">
            <w:pPr>
              <w:spacing w:before="60" w:after="60"/>
              <w:rPr>
                <w:szCs w:val="18"/>
              </w:rPr>
            </w:pPr>
            <w:r w:rsidRPr="00E47FB3">
              <w:rPr>
                <w:szCs w:val="18"/>
              </w:rPr>
              <w:t xml:space="preserve"> </w:t>
            </w:r>
            <w:sdt>
              <w:sdtPr>
                <w:rPr>
                  <w:szCs w:val="18"/>
                </w:rPr>
                <w:id w:val="-107350781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64756569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368526948"/>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1DDC00D4" w14:textId="77777777" w:rsidR="00E47FB3" w:rsidRDefault="00E47FB3" w:rsidP="008D4BAF">
            <w:pPr>
              <w:spacing w:before="60" w:after="60"/>
            </w:pPr>
          </w:p>
        </w:tc>
        <w:tc>
          <w:tcPr>
            <w:tcW w:w="1190" w:type="dxa"/>
            <w:vAlign w:val="center"/>
          </w:tcPr>
          <w:p w14:paraId="1C1890C5" w14:textId="77777777" w:rsidR="00E47FB3" w:rsidRDefault="00E47FB3" w:rsidP="008D4BAF">
            <w:pPr>
              <w:spacing w:before="60" w:after="60"/>
            </w:pPr>
          </w:p>
        </w:tc>
      </w:tr>
      <w:tr w:rsidR="00E47FB3" w14:paraId="289B8412" w14:textId="77777777" w:rsidTr="00E47FB3">
        <w:trPr>
          <w:cantSplit/>
          <w:trHeight w:val="453"/>
          <w:jc w:val="center"/>
        </w:trPr>
        <w:tc>
          <w:tcPr>
            <w:tcW w:w="567" w:type="dxa"/>
            <w:vAlign w:val="center"/>
          </w:tcPr>
          <w:p w14:paraId="63203260" w14:textId="77777777" w:rsidR="00E47FB3" w:rsidRPr="00E47FB3" w:rsidRDefault="00E47FB3" w:rsidP="008D4BAF">
            <w:pPr>
              <w:spacing w:before="60" w:after="60"/>
              <w:rPr>
                <w:szCs w:val="18"/>
              </w:rPr>
            </w:pPr>
            <w:r w:rsidRPr="00E47FB3">
              <w:rPr>
                <w:szCs w:val="18"/>
              </w:rPr>
              <w:t>10</w:t>
            </w:r>
          </w:p>
        </w:tc>
        <w:tc>
          <w:tcPr>
            <w:tcW w:w="5272" w:type="dxa"/>
            <w:vAlign w:val="center"/>
          </w:tcPr>
          <w:p w14:paraId="653987D5" w14:textId="77777777" w:rsidR="00E47FB3" w:rsidRPr="00E47FB3" w:rsidRDefault="00E47FB3" w:rsidP="008D4BAF">
            <w:pPr>
              <w:spacing w:before="60" w:after="60"/>
              <w:rPr>
                <w:szCs w:val="18"/>
                <w:lang w:val="es-ES"/>
              </w:rPr>
            </w:pPr>
            <w:r w:rsidRPr="00E47FB3">
              <w:rPr>
                <w:szCs w:val="18"/>
                <w:lang w:val="es-ES"/>
              </w:rPr>
              <w:t>Se ha comprobado que la operación no se inició antes de la fecha admisible y que, cuando proceda, constan en el expediente la comunicación previa y el certificado de no inicio.</w:t>
            </w:r>
          </w:p>
        </w:tc>
        <w:tc>
          <w:tcPr>
            <w:tcW w:w="1666" w:type="dxa"/>
            <w:vAlign w:val="center"/>
          </w:tcPr>
          <w:p w14:paraId="6B1CD2FD" w14:textId="1EB45813" w:rsidR="00E47FB3" w:rsidRPr="00E47FB3" w:rsidRDefault="00E47FB3" w:rsidP="008D4BAF">
            <w:pPr>
              <w:spacing w:before="60" w:after="60"/>
              <w:rPr>
                <w:szCs w:val="18"/>
              </w:rPr>
            </w:pPr>
            <w:r w:rsidRPr="00E47FB3">
              <w:rPr>
                <w:szCs w:val="18"/>
              </w:rPr>
              <w:t xml:space="preserve"> </w:t>
            </w:r>
            <w:sdt>
              <w:sdtPr>
                <w:rPr>
                  <w:szCs w:val="18"/>
                </w:rPr>
                <w:id w:val="1220334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12338517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66516753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4BD7213B" w14:textId="77777777" w:rsidR="00E47FB3" w:rsidRDefault="00E47FB3" w:rsidP="008D4BAF">
            <w:pPr>
              <w:spacing w:before="60" w:after="60"/>
            </w:pPr>
          </w:p>
        </w:tc>
        <w:tc>
          <w:tcPr>
            <w:tcW w:w="1190" w:type="dxa"/>
            <w:vAlign w:val="center"/>
          </w:tcPr>
          <w:p w14:paraId="1722AEE0" w14:textId="77777777" w:rsidR="00E47FB3" w:rsidRDefault="00E47FB3" w:rsidP="008D4BAF">
            <w:pPr>
              <w:spacing w:before="60" w:after="60"/>
            </w:pPr>
          </w:p>
        </w:tc>
      </w:tr>
      <w:tr w:rsidR="00E47FB3" w14:paraId="250D7A89" w14:textId="77777777" w:rsidTr="00E47FB3">
        <w:trPr>
          <w:cantSplit/>
          <w:trHeight w:val="453"/>
          <w:jc w:val="center"/>
        </w:trPr>
        <w:tc>
          <w:tcPr>
            <w:tcW w:w="567" w:type="dxa"/>
            <w:vAlign w:val="center"/>
          </w:tcPr>
          <w:p w14:paraId="71265EF5" w14:textId="77777777" w:rsidR="00E47FB3" w:rsidRPr="00E47FB3" w:rsidRDefault="00E47FB3" w:rsidP="008D4BAF">
            <w:pPr>
              <w:spacing w:before="60" w:after="60"/>
              <w:rPr>
                <w:szCs w:val="18"/>
              </w:rPr>
            </w:pPr>
            <w:r w:rsidRPr="00E47FB3">
              <w:rPr>
                <w:szCs w:val="18"/>
              </w:rPr>
              <w:t>11</w:t>
            </w:r>
          </w:p>
        </w:tc>
        <w:tc>
          <w:tcPr>
            <w:tcW w:w="5272" w:type="dxa"/>
            <w:vAlign w:val="center"/>
          </w:tcPr>
          <w:p w14:paraId="6815D496" w14:textId="77777777" w:rsidR="00E47FB3" w:rsidRPr="00E47FB3" w:rsidRDefault="00E47FB3" w:rsidP="008D4BAF">
            <w:pPr>
              <w:spacing w:before="60" w:after="60"/>
              <w:rPr>
                <w:szCs w:val="18"/>
                <w:lang w:val="es-ES"/>
              </w:rPr>
            </w:pPr>
            <w:r w:rsidRPr="00E47FB3">
              <w:rPr>
                <w:szCs w:val="18"/>
                <w:lang w:val="es-ES"/>
              </w:rPr>
              <w:t>La disponibilidad, documentación técnica, licencias y autorizaciones están identificadas y su calendario permite la puesta en servicio.</w:t>
            </w:r>
          </w:p>
        </w:tc>
        <w:tc>
          <w:tcPr>
            <w:tcW w:w="1666" w:type="dxa"/>
            <w:vAlign w:val="center"/>
          </w:tcPr>
          <w:p w14:paraId="28897ACD" w14:textId="796B2DE7" w:rsidR="00E47FB3" w:rsidRPr="00E47FB3" w:rsidRDefault="00E47FB3" w:rsidP="008D4BAF">
            <w:pPr>
              <w:spacing w:before="60" w:after="60"/>
              <w:rPr>
                <w:szCs w:val="18"/>
              </w:rPr>
            </w:pPr>
            <w:r w:rsidRPr="00E47FB3">
              <w:rPr>
                <w:szCs w:val="18"/>
              </w:rPr>
              <w:t xml:space="preserve"> </w:t>
            </w:r>
            <w:sdt>
              <w:sdtPr>
                <w:rPr>
                  <w:szCs w:val="18"/>
                </w:rPr>
                <w:id w:val="1377972968"/>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23837013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99961852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3D38CB10" w14:textId="77777777" w:rsidR="00E47FB3" w:rsidRDefault="00E47FB3" w:rsidP="008D4BAF">
            <w:pPr>
              <w:spacing w:before="60" w:after="60"/>
            </w:pPr>
          </w:p>
        </w:tc>
        <w:tc>
          <w:tcPr>
            <w:tcW w:w="1190" w:type="dxa"/>
            <w:vAlign w:val="center"/>
          </w:tcPr>
          <w:p w14:paraId="46D2EE51" w14:textId="77777777" w:rsidR="00E47FB3" w:rsidRDefault="00E47FB3" w:rsidP="008D4BAF">
            <w:pPr>
              <w:spacing w:before="60" w:after="60"/>
            </w:pPr>
          </w:p>
        </w:tc>
      </w:tr>
      <w:tr w:rsidR="00E47FB3" w14:paraId="5B41D9C3" w14:textId="77777777" w:rsidTr="00E47FB3">
        <w:trPr>
          <w:cantSplit/>
          <w:trHeight w:val="453"/>
          <w:jc w:val="center"/>
        </w:trPr>
        <w:tc>
          <w:tcPr>
            <w:tcW w:w="567" w:type="dxa"/>
            <w:vAlign w:val="center"/>
          </w:tcPr>
          <w:p w14:paraId="11229CD5" w14:textId="77777777" w:rsidR="00E47FB3" w:rsidRPr="00E47FB3" w:rsidRDefault="00E47FB3" w:rsidP="008D4BAF">
            <w:pPr>
              <w:spacing w:before="60" w:after="60"/>
              <w:rPr>
                <w:szCs w:val="18"/>
              </w:rPr>
            </w:pPr>
            <w:r w:rsidRPr="00E47FB3">
              <w:rPr>
                <w:szCs w:val="18"/>
              </w:rPr>
              <w:t>12</w:t>
            </w:r>
          </w:p>
        </w:tc>
        <w:tc>
          <w:tcPr>
            <w:tcW w:w="5272" w:type="dxa"/>
            <w:vAlign w:val="center"/>
          </w:tcPr>
          <w:p w14:paraId="77E760A8" w14:textId="77777777" w:rsidR="00E47FB3" w:rsidRPr="00E47FB3" w:rsidRDefault="00E47FB3" w:rsidP="008D4BAF">
            <w:pPr>
              <w:spacing w:before="60" w:after="60"/>
              <w:rPr>
                <w:szCs w:val="18"/>
                <w:lang w:val="es-ES"/>
              </w:rPr>
            </w:pPr>
            <w:r w:rsidRPr="00E47FB3">
              <w:rPr>
                <w:szCs w:val="18"/>
                <w:lang w:val="es-ES"/>
              </w:rPr>
              <w:t>Se justifican el interés público, el carácter no productivo, el régimen de acceso y, en su caso, tasas o ingresos.</w:t>
            </w:r>
          </w:p>
        </w:tc>
        <w:tc>
          <w:tcPr>
            <w:tcW w:w="1666" w:type="dxa"/>
            <w:vAlign w:val="center"/>
          </w:tcPr>
          <w:p w14:paraId="0273FF9A" w14:textId="7D24BF2D" w:rsidR="00E47FB3" w:rsidRPr="00E47FB3" w:rsidRDefault="00E47FB3" w:rsidP="008D4BAF">
            <w:pPr>
              <w:spacing w:before="60" w:after="60"/>
              <w:rPr>
                <w:szCs w:val="18"/>
              </w:rPr>
            </w:pPr>
            <w:r w:rsidRPr="00E47FB3">
              <w:rPr>
                <w:szCs w:val="18"/>
              </w:rPr>
              <w:t xml:space="preserve"> </w:t>
            </w:r>
            <w:sdt>
              <w:sdtPr>
                <w:rPr>
                  <w:szCs w:val="18"/>
                </w:rPr>
                <w:id w:val="69604164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17930579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06326226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37216015" w14:textId="77777777" w:rsidR="00E47FB3" w:rsidRDefault="00E47FB3" w:rsidP="008D4BAF">
            <w:pPr>
              <w:spacing w:before="60" w:after="60"/>
            </w:pPr>
          </w:p>
        </w:tc>
        <w:tc>
          <w:tcPr>
            <w:tcW w:w="1190" w:type="dxa"/>
            <w:vAlign w:val="center"/>
          </w:tcPr>
          <w:p w14:paraId="166FD4C2" w14:textId="77777777" w:rsidR="00E47FB3" w:rsidRDefault="00E47FB3" w:rsidP="008D4BAF">
            <w:pPr>
              <w:spacing w:before="60" w:after="60"/>
            </w:pPr>
          </w:p>
        </w:tc>
      </w:tr>
      <w:tr w:rsidR="00E47FB3" w14:paraId="573461AA" w14:textId="77777777" w:rsidTr="00E47FB3">
        <w:trPr>
          <w:cantSplit/>
          <w:trHeight w:val="453"/>
          <w:jc w:val="center"/>
        </w:trPr>
        <w:tc>
          <w:tcPr>
            <w:tcW w:w="567" w:type="dxa"/>
            <w:vAlign w:val="center"/>
          </w:tcPr>
          <w:p w14:paraId="084BEC07" w14:textId="77777777" w:rsidR="00E47FB3" w:rsidRPr="00E47FB3" w:rsidRDefault="00E47FB3" w:rsidP="008D4BAF">
            <w:pPr>
              <w:spacing w:before="60" w:after="60"/>
              <w:rPr>
                <w:szCs w:val="18"/>
              </w:rPr>
            </w:pPr>
            <w:r w:rsidRPr="00E47FB3">
              <w:rPr>
                <w:szCs w:val="18"/>
              </w:rPr>
              <w:t>13</w:t>
            </w:r>
          </w:p>
        </w:tc>
        <w:tc>
          <w:tcPr>
            <w:tcW w:w="5272" w:type="dxa"/>
            <w:vAlign w:val="center"/>
          </w:tcPr>
          <w:p w14:paraId="63AA8861" w14:textId="77777777" w:rsidR="00E47FB3" w:rsidRPr="00E47FB3" w:rsidRDefault="00E47FB3" w:rsidP="008D4BAF">
            <w:pPr>
              <w:spacing w:before="60" w:after="60"/>
              <w:rPr>
                <w:szCs w:val="18"/>
                <w:lang w:val="es-ES"/>
              </w:rPr>
            </w:pPr>
            <w:r w:rsidRPr="00E47FB3">
              <w:rPr>
                <w:szCs w:val="18"/>
                <w:lang w:val="es-ES"/>
              </w:rPr>
              <w:t>El carácter innovador se explica de forma concreta y no consiste solo en reparación, reposición o modernización ordinaria.</w:t>
            </w:r>
          </w:p>
        </w:tc>
        <w:tc>
          <w:tcPr>
            <w:tcW w:w="1666" w:type="dxa"/>
            <w:vAlign w:val="center"/>
          </w:tcPr>
          <w:p w14:paraId="203EE827" w14:textId="6AAD34D1" w:rsidR="00E47FB3" w:rsidRPr="00E47FB3" w:rsidRDefault="00E47FB3" w:rsidP="008D4BAF">
            <w:pPr>
              <w:spacing w:before="60" w:after="60"/>
              <w:rPr>
                <w:szCs w:val="18"/>
              </w:rPr>
            </w:pPr>
            <w:r w:rsidRPr="00E47FB3">
              <w:rPr>
                <w:szCs w:val="18"/>
              </w:rPr>
              <w:t xml:space="preserve"> </w:t>
            </w:r>
            <w:sdt>
              <w:sdtPr>
                <w:rPr>
                  <w:szCs w:val="18"/>
                </w:rPr>
                <w:id w:val="-206231357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2056618328"/>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31708015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285CDDC3" w14:textId="77777777" w:rsidR="00E47FB3" w:rsidRDefault="00E47FB3" w:rsidP="008D4BAF">
            <w:pPr>
              <w:spacing w:before="60" w:after="60"/>
            </w:pPr>
          </w:p>
        </w:tc>
        <w:tc>
          <w:tcPr>
            <w:tcW w:w="1190" w:type="dxa"/>
            <w:vAlign w:val="center"/>
          </w:tcPr>
          <w:p w14:paraId="0DB44128" w14:textId="77777777" w:rsidR="00E47FB3" w:rsidRDefault="00E47FB3" w:rsidP="008D4BAF">
            <w:pPr>
              <w:spacing w:before="60" w:after="60"/>
            </w:pPr>
          </w:p>
        </w:tc>
      </w:tr>
      <w:tr w:rsidR="00E47FB3" w14:paraId="0B5945E7" w14:textId="77777777" w:rsidTr="00E47FB3">
        <w:trPr>
          <w:cantSplit/>
          <w:trHeight w:val="453"/>
          <w:jc w:val="center"/>
        </w:trPr>
        <w:tc>
          <w:tcPr>
            <w:tcW w:w="567" w:type="dxa"/>
            <w:vAlign w:val="center"/>
          </w:tcPr>
          <w:p w14:paraId="0F939133" w14:textId="77777777" w:rsidR="00E47FB3" w:rsidRPr="00E47FB3" w:rsidRDefault="00E47FB3" w:rsidP="008D4BAF">
            <w:pPr>
              <w:spacing w:before="60" w:after="60"/>
              <w:rPr>
                <w:szCs w:val="18"/>
              </w:rPr>
            </w:pPr>
            <w:r w:rsidRPr="00E47FB3">
              <w:rPr>
                <w:szCs w:val="18"/>
              </w:rPr>
              <w:t>14</w:t>
            </w:r>
          </w:p>
        </w:tc>
        <w:tc>
          <w:tcPr>
            <w:tcW w:w="5272" w:type="dxa"/>
            <w:vAlign w:val="center"/>
          </w:tcPr>
          <w:p w14:paraId="2B360E39" w14:textId="77777777" w:rsidR="00E47FB3" w:rsidRPr="00E47FB3" w:rsidRDefault="00E47FB3" w:rsidP="008D4BAF">
            <w:pPr>
              <w:spacing w:before="60" w:after="60"/>
              <w:rPr>
                <w:szCs w:val="18"/>
                <w:lang w:val="es-ES"/>
              </w:rPr>
            </w:pPr>
            <w:r w:rsidRPr="00E47FB3">
              <w:rPr>
                <w:szCs w:val="18"/>
                <w:lang w:val="es-ES"/>
              </w:rPr>
              <w:t>No se incluyen gastos excluidos ni conceptos que incumplan las condiciones específicas de elegibilidad.</w:t>
            </w:r>
          </w:p>
        </w:tc>
        <w:tc>
          <w:tcPr>
            <w:tcW w:w="1666" w:type="dxa"/>
            <w:vAlign w:val="center"/>
          </w:tcPr>
          <w:p w14:paraId="53CC5921" w14:textId="7D80D8E1" w:rsidR="00E47FB3" w:rsidRPr="00E47FB3" w:rsidRDefault="00E47FB3" w:rsidP="008D4BAF">
            <w:pPr>
              <w:spacing w:before="60" w:after="60"/>
              <w:rPr>
                <w:szCs w:val="18"/>
              </w:rPr>
            </w:pPr>
            <w:r w:rsidRPr="00E47FB3">
              <w:rPr>
                <w:szCs w:val="18"/>
              </w:rPr>
              <w:t xml:space="preserve"> </w:t>
            </w:r>
            <w:sdt>
              <w:sdtPr>
                <w:rPr>
                  <w:szCs w:val="18"/>
                </w:rPr>
                <w:id w:val="-30516536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3942672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90364238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61841835" w14:textId="77777777" w:rsidR="00E47FB3" w:rsidRDefault="00E47FB3" w:rsidP="008D4BAF">
            <w:pPr>
              <w:spacing w:before="60" w:after="60"/>
            </w:pPr>
          </w:p>
        </w:tc>
        <w:tc>
          <w:tcPr>
            <w:tcW w:w="1190" w:type="dxa"/>
            <w:vAlign w:val="center"/>
          </w:tcPr>
          <w:p w14:paraId="23A1A590" w14:textId="77777777" w:rsidR="00E47FB3" w:rsidRDefault="00E47FB3" w:rsidP="008D4BAF">
            <w:pPr>
              <w:spacing w:before="60" w:after="60"/>
            </w:pPr>
          </w:p>
        </w:tc>
      </w:tr>
      <w:tr w:rsidR="00E47FB3" w:rsidRPr="00497C72" w14:paraId="50A7A857" w14:textId="77777777" w:rsidTr="00E47FB3">
        <w:trPr>
          <w:cantSplit/>
          <w:jc w:val="center"/>
        </w:trPr>
        <w:tc>
          <w:tcPr>
            <w:tcW w:w="10396" w:type="dxa"/>
            <w:gridSpan w:val="5"/>
            <w:shd w:val="clear" w:color="auto" w:fill="EAF3EC"/>
          </w:tcPr>
          <w:p w14:paraId="7ADB786B" w14:textId="77777777" w:rsidR="00E47FB3" w:rsidRPr="00E47FB3" w:rsidRDefault="00E47FB3" w:rsidP="008D4BAF">
            <w:pPr>
              <w:spacing w:before="60" w:after="60"/>
              <w:rPr>
                <w:szCs w:val="18"/>
                <w:lang w:val="es-ES"/>
              </w:rPr>
            </w:pPr>
            <w:r w:rsidRPr="00E47FB3">
              <w:rPr>
                <w:b/>
                <w:szCs w:val="18"/>
                <w:lang w:val="es-ES"/>
              </w:rPr>
              <w:t>C. PRESUPUESTO, CONTRATACIÓN, FINANCIACIÓN Y PLAZOS</w:t>
            </w:r>
          </w:p>
        </w:tc>
      </w:tr>
      <w:tr w:rsidR="00E47FB3" w14:paraId="34CD0216" w14:textId="77777777" w:rsidTr="00E47FB3">
        <w:trPr>
          <w:cantSplit/>
          <w:trHeight w:val="453"/>
          <w:jc w:val="center"/>
        </w:trPr>
        <w:tc>
          <w:tcPr>
            <w:tcW w:w="567" w:type="dxa"/>
            <w:vAlign w:val="center"/>
          </w:tcPr>
          <w:p w14:paraId="4AF1FB07" w14:textId="77777777" w:rsidR="00E47FB3" w:rsidRPr="00E47FB3" w:rsidRDefault="00E47FB3" w:rsidP="008D4BAF">
            <w:pPr>
              <w:spacing w:before="60" w:after="60"/>
              <w:rPr>
                <w:szCs w:val="18"/>
              </w:rPr>
            </w:pPr>
            <w:r w:rsidRPr="00E47FB3">
              <w:rPr>
                <w:szCs w:val="18"/>
              </w:rPr>
              <w:t>15</w:t>
            </w:r>
          </w:p>
        </w:tc>
        <w:tc>
          <w:tcPr>
            <w:tcW w:w="5272" w:type="dxa"/>
            <w:vAlign w:val="center"/>
          </w:tcPr>
          <w:p w14:paraId="40382B30" w14:textId="77777777" w:rsidR="00E47FB3" w:rsidRPr="00E47FB3" w:rsidRDefault="00E47FB3" w:rsidP="008D4BAF">
            <w:pPr>
              <w:spacing w:before="60" w:after="60"/>
              <w:rPr>
                <w:szCs w:val="18"/>
                <w:lang w:val="es-ES"/>
              </w:rPr>
            </w:pPr>
            <w:r w:rsidRPr="00E47FB3">
              <w:rPr>
                <w:szCs w:val="18"/>
                <w:lang w:val="es-ES"/>
              </w:rPr>
              <w:t>Presupuesto, solicitud, documentación técnica, financiación, contratos y cronograma coinciden y son coherentes.</w:t>
            </w:r>
          </w:p>
        </w:tc>
        <w:tc>
          <w:tcPr>
            <w:tcW w:w="1666" w:type="dxa"/>
            <w:vAlign w:val="center"/>
          </w:tcPr>
          <w:p w14:paraId="45DD9CA4" w14:textId="49C71F8F" w:rsidR="00E47FB3" w:rsidRPr="00E47FB3" w:rsidRDefault="00E47FB3" w:rsidP="008D4BAF">
            <w:pPr>
              <w:spacing w:before="60" w:after="60"/>
              <w:rPr>
                <w:szCs w:val="18"/>
              </w:rPr>
            </w:pPr>
            <w:r w:rsidRPr="00E47FB3">
              <w:rPr>
                <w:szCs w:val="18"/>
              </w:rPr>
              <w:t xml:space="preserve"> </w:t>
            </w:r>
            <w:sdt>
              <w:sdtPr>
                <w:rPr>
                  <w:szCs w:val="18"/>
                </w:rPr>
                <w:id w:val="-76630827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96314784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809768408"/>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61CF0F00" w14:textId="77777777" w:rsidR="00E47FB3" w:rsidRDefault="00E47FB3" w:rsidP="008D4BAF">
            <w:pPr>
              <w:spacing w:before="60" w:after="60"/>
            </w:pPr>
          </w:p>
        </w:tc>
        <w:tc>
          <w:tcPr>
            <w:tcW w:w="1190" w:type="dxa"/>
            <w:vAlign w:val="center"/>
          </w:tcPr>
          <w:p w14:paraId="5F7F6185" w14:textId="77777777" w:rsidR="00E47FB3" w:rsidRDefault="00E47FB3" w:rsidP="008D4BAF">
            <w:pPr>
              <w:spacing w:before="60" w:after="60"/>
            </w:pPr>
          </w:p>
        </w:tc>
      </w:tr>
      <w:tr w:rsidR="00E47FB3" w14:paraId="3F7E42D2" w14:textId="77777777" w:rsidTr="00E47FB3">
        <w:trPr>
          <w:cantSplit/>
          <w:trHeight w:val="453"/>
          <w:jc w:val="center"/>
        </w:trPr>
        <w:tc>
          <w:tcPr>
            <w:tcW w:w="567" w:type="dxa"/>
            <w:vAlign w:val="center"/>
          </w:tcPr>
          <w:p w14:paraId="37D5C682" w14:textId="77777777" w:rsidR="00E47FB3" w:rsidRPr="00E47FB3" w:rsidRDefault="00E47FB3" w:rsidP="008D4BAF">
            <w:pPr>
              <w:spacing w:before="60" w:after="60"/>
              <w:rPr>
                <w:szCs w:val="18"/>
              </w:rPr>
            </w:pPr>
            <w:r w:rsidRPr="00E47FB3">
              <w:rPr>
                <w:szCs w:val="18"/>
              </w:rPr>
              <w:t>16</w:t>
            </w:r>
          </w:p>
        </w:tc>
        <w:tc>
          <w:tcPr>
            <w:tcW w:w="5272" w:type="dxa"/>
            <w:vAlign w:val="center"/>
          </w:tcPr>
          <w:p w14:paraId="1F2D2BC4" w14:textId="77777777" w:rsidR="00E47FB3" w:rsidRPr="00E47FB3" w:rsidRDefault="00E47FB3" w:rsidP="008D4BAF">
            <w:pPr>
              <w:spacing w:before="60" w:after="60"/>
              <w:rPr>
                <w:szCs w:val="18"/>
                <w:lang w:val="es-ES"/>
              </w:rPr>
            </w:pPr>
            <w:r w:rsidRPr="00E47FB3">
              <w:rPr>
                <w:szCs w:val="18"/>
                <w:lang w:val="es-ES"/>
              </w:rPr>
              <w:t>Los gastos subvencionables y no subvencionables están separados y el IVA no recuperable se acredita adecuadamente.</w:t>
            </w:r>
          </w:p>
        </w:tc>
        <w:tc>
          <w:tcPr>
            <w:tcW w:w="1666" w:type="dxa"/>
            <w:vAlign w:val="center"/>
          </w:tcPr>
          <w:p w14:paraId="22F4BD12" w14:textId="4B5931F6" w:rsidR="00E47FB3" w:rsidRPr="00E47FB3" w:rsidRDefault="00E47FB3" w:rsidP="008D4BAF">
            <w:pPr>
              <w:spacing w:before="60" w:after="60"/>
              <w:rPr>
                <w:szCs w:val="18"/>
              </w:rPr>
            </w:pPr>
            <w:r w:rsidRPr="00E47FB3">
              <w:rPr>
                <w:szCs w:val="18"/>
              </w:rPr>
              <w:t xml:space="preserve"> </w:t>
            </w:r>
            <w:sdt>
              <w:sdtPr>
                <w:rPr>
                  <w:szCs w:val="18"/>
                </w:rPr>
                <w:id w:val="-33592345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96584927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581377202"/>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22061E3A" w14:textId="77777777" w:rsidR="00E47FB3" w:rsidRDefault="00E47FB3" w:rsidP="008D4BAF">
            <w:pPr>
              <w:spacing w:before="60" w:after="60"/>
            </w:pPr>
          </w:p>
        </w:tc>
        <w:tc>
          <w:tcPr>
            <w:tcW w:w="1190" w:type="dxa"/>
            <w:vAlign w:val="center"/>
          </w:tcPr>
          <w:p w14:paraId="5FC263DF" w14:textId="77777777" w:rsidR="00E47FB3" w:rsidRDefault="00E47FB3" w:rsidP="008D4BAF">
            <w:pPr>
              <w:spacing w:before="60" w:after="60"/>
            </w:pPr>
          </w:p>
        </w:tc>
      </w:tr>
      <w:tr w:rsidR="00E47FB3" w14:paraId="7693CEE6" w14:textId="77777777" w:rsidTr="00E47FB3">
        <w:trPr>
          <w:cantSplit/>
          <w:trHeight w:val="453"/>
          <w:jc w:val="center"/>
        </w:trPr>
        <w:tc>
          <w:tcPr>
            <w:tcW w:w="567" w:type="dxa"/>
            <w:vAlign w:val="center"/>
          </w:tcPr>
          <w:p w14:paraId="69D63FD6" w14:textId="77777777" w:rsidR="00E47FB3" w:rsidRPr="00E47FB3" w:rsidRDefault="00E47FB3" w:rsidP="008D4BAF">
            <w:pPr>
              <w:spacing w:before="60" w:after="60"/>
              <w:rPr>
                <w:szCs w:val="18"/>
              </w:rPr>
            </w:pPr>
            <w:r w:rsidRPr="00E47FB3">
              <w:rPr>
                <w:szCs w:val="18"/>
              </w:rPr>
              <w:t>17</w:t>
            </w:r>
          </w:p>
        </w:tc>
        <w:tc>
          <w:tcPr>
            <w:tcW w:w="5272" w:type="dxa"/>
            <w:vAlign w:val="center"/>
          </w:tcPr>
          <w:p w14:paraId="5B5BF4DE" w14:textId="77777777" w:rsidR="00E47FB3" w:rsidRPr="00E47FB3" w:rsidRDefault="00E47FB3" w:rsidP="008D4BAF">
            <w:pPr>
              <w:spacing w:before="60" w:after="60"/>
              <w:rPr>
                <w:szCs w:val="18"/>
                <w:lang w:val="es-ES"/>
              </w:rPr>
            </w:pPr>
            <w:r w:rsidRPr="00E47FB3">
              <w:rPr>
                <w:szCs w:val="18"/>
                <w:lang w:val="es-ES"/>
              </w:rPr>
              <w:t>Los contratos se relacionan con operaciones y partidas; no existe fraccionamiento y los lotes se justifican cuando procede.</w:t>
            </w:r>
          </w:p>
        </w:tc>
        <w:tc>
          <w:tcPr>
            <w:tcW w:w="1666" w:type="dxa"/>
            <w:vAlign w:val="center"/>
          </w:tcPr>
          <w:p w14:paraId="71CDD9B6" w14:textId="67A06BCF" w:rsidR="00E47FB3" w:rsidRPr="00E47FB3" w:rsidRDefault="00E47FB3" w:rsidP="008D4BAF">
            <w:pPr>
              <w:spacing w:before="60" w:after="60"/>
              <w:rPr>
                <w:szCs w:val="18"/>
              </w:rPr>
            </w:pPr>
            <w:r w:rsidRPr="00E47FB3">
              <w:rPr>
                <w:szCs w:val="18"/>
              </w:rPr>
              <w:t xml:space="preserve"> </w:t>
            </w:r>
            <w:sdt>
              <w:sdtPr>
                <w:rPr>
                  <w:szCs w:val="18"/>
                </w:rPr>
                <w:id w:val="-66377749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79456929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44489434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01261EFF" w14:textId="77777777" w:rsidR="00E47FB3" w:rsidRDefault="00E47FB3" w:rsidP="008D4BAF">
            <w:pPr>
              <w:spacing w:before="60" w:after="60"/>
            </w:pPr>
          </w:p>
        </w:tc>
        <w:tc>
          <w:tcPr>
            <w:tcW w:w="1190" w:type="dxa"/>
            <w:vAlign w:val="center"/>
          </w:tcPr>
          <w:p w14:paraId="2E7FC420" w14:textId="77777777" w:rsidR="00E47FB3" w:rsidRDefault="00E47FB3" w:rsidP="008D4BAF">
            <w:pPr>
              <w:spacing w:before="60" w:after="60"/>
            </w:pPr>
          </w:p>
        </w:tc>
      </w:tr>
      <w:tr w:rsidR="00E47FB3" w14:paraId="589B8047" w14:textId="77777777" w:rsidTr="00E47FB3">
        <w:trPr>
          <w:cantSplit/>
          <w:trHeight w:val="453"/>
          <w:jc w:val="center"/>
        </w:trPr>
        <w:tc>
          <w:tcPr>
            <w:tcW w:w="567" w:type="dxa"/>
            <w:vAlign w:val="center"/>
          </w:tcPr>
          <w:p w14:paraId="1F7539A4" w14:textId="77777777" w:rsidR="00E47FB3" w:rsidRPr="00E47FB3" w:rsidRDefault="00E47FB3" w:rsidP="008D4BAF">
            <w:pPr>
              <w:spacing w:before="60" w:after="60"/>
              <w:rPr>
                <w:szCs w:val="18"/>
              </w:rPr>
            </w:pPr>
            <w:r w:rsidRPr="00E47FB3">
              <w:rPr>
                <w:szCs w:val="18"/>
              </w:rPr>
              <w:lastRenderedPageBreak/>
              <w:t>18</w:t>
            </w:r>
          </w:p>
        </w:tc>
        <w:tc>
          <w:tcPr>
            <w:tcW w:w="5272" w:type="dxa"/>
            <w:vAlign w:val="center"/>
          </w:tcPr>
          <w:p w14:paraId="6F310FFB" w14:textId="77777777" w:rsidR="00E47FB3" w:rsidRPr="00E47FB3" w:rsidRDefault="00E47FB3" w:rsidP="008D4BAF">
            <w:pPr>
              <w:spacing w:before="60" w:after="60"/>
              <w:rPr>
                <w:szCs w:val="18"/>
                <w:lang w:val="es-ES"/>
              </w:rPr>
            </w:pPr>
            <w:r w:rsidRPr="00E47FB3">
              <w:rPr>
                <w:szCs w:val="18"/>
                <w:lang w:val="es-ES"/>
              </w:rPr>
              <w:t>La moderación de costes se ha planificado mediante tres ofertas comparables o el informe del artículo 11.6.</w:t>
            </w:r>
          </w:p>
        </w:tc>
        <w:tc>
          <w:tcPr>
            <w:tcW w:w="1666" w:type="dxa"/>
            <w:vAlign w:val="center"/>
          </w:tcPr>
          <w:p w14:paraId="483F145B" w14:textId="4343175B" w:rsidR="00E47FB3" w:rsidRPr="00E47FB3" w:rsidRDefault="00E47FB3" w:rsidP="008D4BAF">
            <w:pPr>
              <w:spacing w:before="60" w:after="60"/>
              <w:rPr>
                <w:szCs w:val="18"/>
              </w:rPr>
            </w:pPr>
            <w:r w:rsidRPr="00E47FB3">
              <w:rPr>
                <w:szCs w:val="18"/>
              </w:rPr>
              <w:t xml:space="preserve"> </w:t>
            </w:r>
            <w:sdt>
              <w:sdtPr>
                <w:rPr>
                  <w:szCs w:val="18"/>
                </w:rPr>
                <w:id w:val="1047715332"/>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582368670"/>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01072664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36FCD0C9" w14:textId="77777777" w:rsidR="00E47FB3" w:rsidRDefault="00E47FB3" w:rsidP="008D4BAF">
            <w:pPr>
              <w:spacing w:before="60" w:after="60"/>
            </w:pPr>
          </w:p>
        </w:tc>
        <w:tc>
          <w:tcPr>
            <w:tcW w:w="1190" w:type="dxa"/>
            <w:vAlign w:val="center"/>
          </w:tcPr>
          <w:p w14:paraId="1BE26DD0" w14:textId="77777777" w:rsidR="00E47FB3" w:rsidRDefault="00E47FB3" w:rsidP="008D4BAF">
            <w:pPr>
              <w:spacing w:before="60" w:after="60"/>
            </w:pPr>
          </w:p>
        </w:tc>
      </w:tr>
      <w:tr w:rsidR="00E47FB3" w14:paraId="5CA67236" w14:textId="77777777" w:rsidTr="00E47FB3">
        <w:trPr>
          <w:cantSplit/>
          <w:trHeight w:val="453"/>
          <w:jc w:val="center"/>
        </w:trPr>
        <w:tc>
          <w:tcPr>
            <w:tcW w:w="567" w:type="dxa"/>
            <w:vAlign w:val="center"/>
          </w:tcPr>
          <w:p w14:paraId="60951B14" w14:textId="77777777" w:rsidR="00E47FB3" w:rsidRPr="00E47FB3" w:rsidRDefault="00E47FB3" w:rsidP="008D4BAF">
            <w:pPr>
              <w:spacing w:before="60" w:after="60"/>
              <w:rPr>
                <w:szCs w:val="18"/>
              </w:rPr>
            </w:pPr>
            <w:r w:rsidRPr="00E47FB3">
              <w:rPr>
                <w:szCs w:val="18"/>
              </w:rPr>
              <w:t>19</w:t>
            </w:r>
          </w:p>
        </w:tc>
        <w:tc>
          <w:tcPr>
            <w:tcW w:w="5272" w:type="dxa"/>
            <w:vAlign w:val="center"/>
          </w:tcPr>
          <w:p w14:paraId="533CAEB3" w14:textId="77777777" w:rsidR="00E47FB3" w:rsidRPr="00E47FB3" w:rsidRDefault="00E47FB3" w:rsidP="008D4BAF">
            <w:pPr>
              <w:spacing w:before="60" w:after="60"/>
              <w:rPr>
                <w:szCs w:val="18"/>
                <w:lang w:val="es-ES"/>
              </w:rPr>
            </w:pPr>
            <w:r w:rsidRPr="00E47FB3">
              <w:rPr>
                <w:szCs w:val="18"/>
                <w:lang w:val="es-ES"/>
              </w:rPr>
              <w:t>Las fuentes de financiación, otras ayudas, tesorería y eventual anticipo son coherentes y evitan doble financiación.</w:t>
            </w:r>
          </w:p>
        </w:tc>
        <w:tc>
          <w:tcPr>
            <w:tcW w:w="1666" w:type="dxa"/>
            <w:vAlign w:val="center"/>
          </w:tcPr>
          <w:p w14:paraId="5A06DA19" w14:textId="607F5E80" w:rsidR="00E47FB3" w:rsidRPr="00E47FB3" w:rsidRDefault="00E47FB3" w:rsidP="008D4BAF">
            <w:pPr>
              <w:spacing w:before="60" w:after="60"/>
              <w:rPr>
                <w:szCs w:val="18"/>
              </w:rPr>
            </w:pPr>
            <w:r w:rsidRPr="00E47FB3">
              <w:rPr>
                <w:szCs w:val="18"/>
              </w:rPr>
              <w:t xml:space="preserve"> </w:t>
            </w:r>
            <w:sdt>
              <w:sdtPr>
                <w:rPr>
                  <w:szCs w:val="18"/>
                </w:rPr>
                <w:id w:val="-101298439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24672107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22880479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53E9DF73" w14:textId="77777777" w:rsidR="00E47FB3" w:rsidRDefault="00E47FB3" w:rsidP="008D4BAF">
            <w:pPr>
              <w:spacing w:before="60" w:after="60"/>
            </w:pPr>
          </w:p>
        </w:tc>
        <w:tc>
          <w:tcPr>
            <w:tcW w:w="1190" w:type="dxa"/>
            <w:vAlign w:val="center"/>
          </w:tcPr>
          <w:p w14:paraId="4E2E2DF8" w14:textId="77777777" w:rsidR="00E47FB3" w:rsidRDefault="00E47FB3" w:rsidP="008D4BAF">
            <w:pPr>
              <w:spacing w:before="60" w:after="60"/>
            </w:pPr>
          </w:p>
        </w:tc>
      </w:tr>
      <w:tr w:rsidR="00E47FB3" w14:paraId="2E10C7A8" w14:textId="77777777" w:rsidTr="00E47FB3">
        <w:trPr>
          <w:cantSplit/>
          <w:trHeight w:val="453"/>
          <w:jc w:val="center"/>
        </w:trPr>
        <w:tc>
          <w:tcPr>
            <w:tcW w:w="567" w:type="dxa"/>
            <w:vAlign w:val="center"/>
          </w:tcPr>
          <w:p w14:paraId="787869C4" w14:textId="77777777" w:rsidR="00E47FB3" w:rsidRPr="00E47FB3" w:rsidRDefault="00E47FB3" w:rsidP="008D4BAF">
            <w:pPr>
              <w:spacing w:before="60" w:after="60"/>
              <w:rPr>
                <w:szCs w:val="18"/>
              </w:rPr>
            </w:pPr>
            <w:r w:rsidRPr="00E47FB3">
              <w:rPr>
                <w:szCs w:val="18"/>
              </w:rPr>
              <w:t>20</w:t>
            </w:r>
          </w:p>
        </w:tc>
        <w:tc>
          <w:tcPr>
            <w:tcW w:w="5272" w:type="dxa"/>
            <w:vAlign w:val="center"/>
          </w:tcPr>
          <w:p w14:paraId="3E7E707A" w14:textId="77777777" w:rsidR="00E47FB3" w:rsidRPr="00E47FB3" w:rsidRDefault="00E47FB3" w:rsidP="008D4BAF">
            <w:pPr>
              <w:spacing w:before="60" w:after="60"/>
              <w:rPr>
                <w:szCs w:val="18"/>
                <w:lang w:val="es-ES"/>
              </w:rPr>
            </w:pPr>
            <w:r w:rsidRPr="00E47FB3">
              <w:rPr>
                <w:szCs w:val="18"/>
                <w:lang w:val="es-ES"/>
              </w:rPr>
              <w:t>El cronograma de hitos y anualidades es realista y compatible con los plazos de la convocatoria.</w:t>
            </w:r>
          </w:p>
        </w:tc>
        <w:tc>
          <w:tcPr>
            <w:tcW w:w="1666" w:type="dxa"/>
            <w:vAlign w:val="center"/>
          </w:tcPr>
          <w:p w14:paraId="13ADBDEF" w14:textId="3E76A878" w:rsidR="00E47FB3" w:rsidRPr="00E47FB3" w:rsidRDefault="00E47FB3" w:rsidP="008D4BAF">
            <w:pPr>
              <w:spacing w:before="60" w:after="60"/>
              <w:rPr>
                <w:szCs w:val="18"/>
              </w:rPr>
            </w:pPr>
            <w:r w:rsidRPr="00E47FB3">
              <w:rPr>
                <w:szCs w:val="18"/>
              </w:rPr>
              <w:t xml:space="preserve"> </w:t>
            </w:r>
            <w:sdt>
              <w:sdtPr>
                <w:rPr>
                  <w:szCs w:val="18"/>
                </w:rPr>
                <w:id w:val="131652645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62723381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70444142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0B5C237D" w14:textId="77777777" w:rsidR="00E47FB3" w:rsidRDefault="00E47FB3" w:rsidP="008D4BAF">
            <w:pPr>
              <w:spacing w:before="60" w:after="60"/>
            </w:pPr>
          </w:p>
        </w:tc>
        <w:tc>
          <w:tcPr>
            <w:tcW w:w="1190" w:type="dxa"/>
            <w:vAlign w:val="center"/>
          </w:tcPr>
          <w:p w14:paraId="68CA2596" w14:textId="77777777" w:rsidR="00E47FB3" w:rsidRDefault="00E47FB3" w:rsidP="008D4BAF">
            <w:pPr>
              <w:spacing w:before="60" w:after="60"/>
            </w:pPr>
          </w:p>
        </w:tc>
      </w:tr>
      <w:tr w:rsidR="00E47FB3" w:rsidRPr="00497C72" w14:paraId="20A1103A" w14:textId="77777777" w:rsidTr="00E47FB3">
        <w:trPr>
          <w:cantSplit/>
          <w:jc w:val="center"/>
        </w:trPr>
        <w:tc>
          <w:tcPr>
            <w:tcW w:w="10396" w:type="dxa"/>
            <w:gridSpan w:val="5"/>
            <w:shd w:val="clear" w:color="auto" w:fill="EAF3EC"/>
          </w:tcPr>
          <w:p w14:paraId="54C83B8A" w14:textId="77777777" w:rsidR="00E47FB3" w:rsidRPr="00E47FB3" w:rsidRDefault="00E47FB3" w:rsidP="008D4BAF">
            <w:pPr>
              <w:spacing w:before="60" w:after="60"/>
              <w:rPr>
                <w:szCs w:val="18"/>
                <w:lang w:val="es-ES"/>
              </w:rPr>
            </w:pPr>
            <w:r w:rsidRPr="00E47FB3">
              <w:rPr>
                <w:b/>
                <w:szCs w:val="18"/>
                <w:lang w:val="es-ES"/>
              </w:rPr>
              <w:t>D. VALORACIÓN, SOSTENIBILIDAD, PUBLICIDAD Y FIRMA</w:t>
            </w:r>
          </w:p>
        </w:tc>
      </w:tr>
      <w:tr w:rsidR="00E47FB3" w14:paraId="65E36AB0" w14:textId="77777777" w:rsidTr="00E47FB3">
        <w:trPr>
          <w:cantSplit/>
          <w:trHeight w:val="453"/>
          <w:jc w:val="center"/>
        </w:trPr>
        <w:tc>
          <w:tcPr>
            <w:tcW w:w="567" w:type="dxa"/>
            <w:vAlign w:val="center"/>
          </w:tcPr>
          <w:p w14:paraId="5DF8348B" w14:textId="77777777" w:rsidR="00E47FB3" w:rsidRPr="00E47FB3" w:rsidRDefault="00E47FB3" w:rsidP="008D4BAF">
            <w:pPr>
              <w:spacing w:before="60" w:after="60"/>
              <w:rPr>
                <w:szCs w:val="18"/>
              </w:rPr>
            </w:pPr>
            <w:r w:rsidRPr="00E47FB3">
              <w:rPr>
                <w:szCs w:val="18"/>
              </w:rPr>
              <w:t>21</w:t>
            </w:r>
          </w:p>
        </w:tc>
        <w:tc>
          <w:tcPr>
            <w:tcW w:w="5272" w:type="dxa"/>
            <w:vAlign w:val="center"/>
          </w:tcPr>
          <w:p w14:paraId="1604B089" w14:textId="77777777" w:rsidR="00E47FB3" w:rsidRPr="00E47FB3" w:rsidRDefault="00E47FB3" w:rsidP="008D4BAF">
            <w:pPr>
              <w:spacing w:before="60" w:after="60"/>
              <w:rPr>
                <w:szCs w:val="18"/>
                <w:lang w:val="es-ES"/>
              </w:rPr>
            </w:pPr>
            <w:r w:rsidRPr="00E47FB3">
              <w:rPr>
                <w:szCs w:val="18"/>
                <w:lang w:val="es-ES"/>
              </w:rPr>
              <w:t>La memoria contiene la información y evidencias necesarias para aplicar todos los CSO del Navia-Porcía en el Bloque 4.</w:t>
            </w:r>
          </w:p>
        </w:tc>
        <w:tc>
          <w:tcPr>
            <w:tcW w:w="1666" w:type="dxa"/>
            <w:vAlign w:val="center"/>
          </w:tcPr>
          <w:p w14:paraId="4CF52ACC" w14:textId="6B677171" w:rsidR="00E47FB3" w:rsidRPr="00E47FB3" w:rsidRDefault="00E47FB3" w:rsidP="008D4BAF">
            <w:pPr>
              <w:spacing w:before="60" w:after="60"/>
              <w:rPr>
                <w:szCs w:val="18"/>
              </w:rPr>
            </w:pPr>
            <w:r w:rsidRPr="00E47FB3">
              <w:rPr>
                <w:szCs w:val="18"/>
              </w:rPr>
              <w:t xml:space="preserve"> </w:t>
            </w:r>
            <w:sdt>
              <w:sdtPr>
                <w:rPr>
                  <w:szCs w:val="18"/>
                </w:rPr>
                <w:id w:val="-17981389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16875165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56249726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7477A255" w14:textId="77777777" w:rsidR="00E47FB3" w:rsidRDefault="00E47FB3" w:rsidP="008D4BAF">
            <w:pPr>
              <w:spacing w:before="60" w:after="60"/>
            </w:pPr>
          </w:p>
        </w:tc>
        <w:tc>
          <w:tcPr>
            <w:tcW w:w="1190" w:type="dxa"/>
            <w:vAlign w:val="center"/>
          </w:tcPr>
          <w:p w14:paraId="2C9B88FF" w14:textId="77777777" w:rsidR="00E47FB3" w:rsidRDefault="00E47FB3" w:rsidP="008D4BAF">
            <w:pPr>
              <w:spacing w:before="60" w:after="60"/>
            </w:pPr>
          </w:p>
        </w:tc>
      </w:tr>
      <w:tr w:rsidR="00E47FB3" w14:paraId="4964CFBD" w14:textId="77777777" w:rsidTr="00E47FB3">
        <w:trPr>
          <w:cantSplit/>
          <w:trHeight w:val="453"/>
          <w:jc w:val="center"/>
        </w:trPr>
        <w:tc>
          <w:tcPr>
            <w:tcW w:w="567" w:type="dxa"/>
            <w:vAlign w:val="center"/>
          </w:tcPr>
          <w:p w14:paraId="6080C9C9" w14:textId="77777777" w:rsidR="00E47FB3" w:rsidRPr="00E47FB3" w:rsidRDefault="00E47FB3" w:rsidP="008D4BAF">
            <w:pPr>
              <w:spacing w:before="60" w:after="60"/>
              <w:rPr>
                <w:szCs w:val="18"/>
              </w:rPr>
            </w:pPr>
            <w:r w:rsidRPr="00E47FB3">
              <w:rPr>
                <w:szCs w:val="18"/>
              </w:rPr>
              <w:t>22</w:t>
            </w:r>
          </w:p>
        </w:tc>
        <w:tc>
          <w:tcPr>
            <w:tcW w:w="5272" w:type="dxa"/>
            <w:vAlign w:val="center"/>
          </w:tcPr>
          <w:p w14:paraId="47CA1AC8" w14:textId="77777777" w:rsidR="00E47FB3" w:rsidRPr="00E47FB3" w:rsidRDefault="00E47FB3" w:rsidP="008D4BAF">
            <w:pPr>
              <w:spacing w:before="60" w:after="60"/>
              <w:rPr>
                <w:szCs w:val="18"/>
                <w:lang w:val="es-ES"/>
              </w:rPr>
            </w:pPr>
            <w:r w:rsidRPr="00E47FB3">
              <w:rPr>
                <w:szCs w:val="18"/>
                <w:lang w:val="es-ES"/>
              </w:rPr>
              <w:t>Se identifica quién mantendrá y gestionará la inversión, su coste anual, financiación y continuidad durante tres años.</w:t>
            </w:r>
          </w:p>
        </w:tc>
        <w:tc>
          <w:tcPr>
            <w:tcW w:w="1666" w:type="dxa"/>
            <w:vAlign w:val="center"/>
          </w:tcPr>
          <w:p w14:paraId="2F7240AD" w14:textId="274C4136" w:rsidR="00E47FB3" w:rsidRPr="00E47FB3" w:rsidRDefault="00E47FB3" w:rsidP="008D4BAF">
            <w:pPr>
              <w:spacing w:before="60" w:after="60"/>
              <w:rPr>
                <w:szCs w:val="18"/>
              </w:rPr>
            </w:pPr>
            <w:r w:rsidRPr="00E47FB3">
              <w:rPr>
                <w:szCs w:val="18"/>
              </w:rPr>
              <w:t xml:space="preserve"> </w:t>
            </w:r>
            <w:sdt>
              <w:sdtPr>
                <w:rPr>
                  <w:szCs w:val="18"/>
                </w:rPr>
                <w:id w:val="-1670787425"/>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35808161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885250599"/>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4D27F467" w14:textId="77777777" w:rsidR="00E47FB3" w:rsidRDefault="00E47FB3" w:rsidP="008D4BAF">
            <w:pPr>
              <w:spacing w:before="60" w:after="60"/>
            </w:pPr>
          </w:p>
        </w:tc>
        <w:tc>
          <w:tcPr>
            <w:tcW w:w="1190" w:type="dxa"/>
            <w:vAlign w:val="center"/>
          </w:tcPr>
          <w:p w14:paraId="10D7FF2B" w14:textId="77777777" w:rsidR="00E47FB3" w:rsidRDefault="00E47FB3" w:rsidP="008D4BAF">
            <w:pPr>
              <w:spacing w:before="60" w:after="60"/>
            </w:pPr>
          </w:p>
        </w:tc>
      </w:tr>
      <w:tr w:rsidR="00E47FB3" w14:paraId="24807272" w14:textId="77777777" w:rsidTr="00E47FB3">
        <w:trPr>
          <w:cantSplit/>
          <w:trHeight w:val="453"/>
          <w:jc w:val="center"/>
        </w:trPr>
        <w:tc>
          <w:tcPr>
            <w:tcW w:w="567" w:type="dxa"/>
            <w:vAlign w:val="center"/>
          </w:tcPr>
          <w:p w14:paraId="3B826B90" w14:textId="77777777" w:rsidR="00E47FB3" w:rsidRPr="00E47FB3" w:rsidRDefault="00E47FB3" w:rsidP="008D4BAF">
            <w:pPr>
              <w:spacing w:before="60" w:after="60"/>
              <w:rPr>
                <w:szCs w:val="18"/>
              </w:rPr>
            </w:pPr>
            <w:r w:rsidRPr="00E47FB3">
              <w:rPr>
                <w:szCs w:val="18"/>
              </w:rPr>
              <w:t>23</w:t>
            </w:r>
          </w:p>
        </w:tc>
        <w:tc>
          <w:tcPr>
            <w:tcW w:w="5272" w:type="dxa"/>
            <w:vAlign w:val="center"/>
          </w:tcPr>
          <w:p w14:paraId="15654E5A" w14:textId="77777777" w:rsidR="00E47FB3" w:rsidRPr="00E47FB3" w:rsidRDefault="00E47FB3" w:rsidP="008D4BAF">
            <w:pPr>
              <w:spacing w:before="60" w:after="60"/>
              <w:rPr>
                <w:szCs w:val="18"/>
                <w:lang w:val="es-ES"/>
              </w:rPr>
            </w:pPr>
            <w:r w:rsidRPr="00E47FB3">
              <w:rPr>
                <w:szCs w:val="18"/>
                <w:lang w:val="es-ES"/>
              </w:rPr>
              <w:t>Se han previsto todas las obligaciones de información y publicidad, incluida la placa o pantalla A3 en la sede.</w:t>
            </w:r>
          </w:p>
        </w:tc>
        <w:tc>
          <w:tcPr>
            <w:tcW w:w="1666" w:type="dxa"/>
            <w:vAlign w:val="center"/>
          </w:tcPr>
          <w:p w14:paraId="6A7BA0C5" w14:textId="04EF31D7" w:rsidR="00E47FB3" w:rsidRPr="00E47FB3" w:rsidRDefault="00E47FB3" w:rsidP="008D4BAF">
            <w:pPr>
              <w:spacing w:before="60" w:after="60"/>
              <w:rPr>
                <w:szCs w:val="18"/>
              </w:rPr>
            </w:pPr>
            <w:r w:rsidRPr="00E47FB3">
              <w:rPr>
                <w:szCs w:val="18"/>
              </w:rPr>
              <w:t xml:space="preserve"> </w:t>
            </w:r>
            <w:sdt>
              <w:sdtPr>
                <w:rPr>
                  <w:szCs w:val="18"/>
                </w:rPr>
                <w:id w:val="154772117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944509567"/>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74819564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23D389BF" w14:textId="77777777" w:rsidR="00E47FB3" w:rsidRDefault="00E47FB3" w:rsidP="008D4BAF">
            <w:pPr>
              <w:spacing w:before="60" w:after="60"/>
            </w:pPr>
          </w:p>
        </w:tc>
        <w:tc>
          <w:tcPr>
            <w:tcW w:w="1190" w:type="dxa"/>
            <w:vAlign w:val="center"/>
          </w:tcPr>
          <w:p w14:paraId="0558389C" w14:textId="77777777" w:rsidR="00E47FB3" w:rsidRDefault="00E47FB3" w:rsidP="008D4BAF">
            <w:pPr>
              <w:spacing w:before="60" w:after="60"/>
            </w:pPr>
          </w:p>
        </w:tc>
      </w:tr>
      <w:tr w:rsidR="00E47FB3" w14:paraId="605C3F06" w14:textId="77777777" w:rsidTr="00E47FB3">
        <w:trPr>
          <w:cantSplit/>
          <w:trHeight w:val="453"/>
          <w:jc w:val="center"/>
        </w:trPr>
        <w:tc>
          <w:tcPr>
            <w:tcW w:w="567" w:type="dxa"/>
            <w:vAlign w:val="center"/>
          </w:tcPr>
          <w:p w14:paraId="6EB3349C" w14:textId="77777777" w:rsidR="00E47FB3" w:rsidRPr="00E47FB3" w:rsidRDefault="00E47FB3" w:rsidP="008D4BAF">
            <w:pPr>
              <w:spacing w:before="60" w:after="60"/>
              <w:rPr>
                <w:szCs w:val="18"/>
              </w:rPr>
            </w:pPr>
            <w:r w:rsidRPr="00E47FB3">
              <w:rPr>
                <w:szCs w:val="18"/>
              </w:rPr>
              <w:t>24</w:t>
            </w:r>
          </w:p>
        </w:tc>
        <w:tc>
          <w:tcPr>
            <w:tcW w:w="5272" w:type="dxa"/>
            <w:vAlign w:val="center"/>
          </w:tcPr>
          <w:p w14:paraId="6BF64386" w14:textId="77777777" w:rsidR="00E47FB3" w:rsidRPr="00E47FB3" w:rsidRDefault="00E47FB3" w:rsidP="008D4BAF">
            <w:pPr>
              <w:spacing w:before="60" w:after="60"/>
              <w:rPr>
                <w:szCs w:val="18"/>
                <w:lang w:val="es-ES"/>
              </w:rPr>
            </w:pPr>
            <w:r w:rsidRPr="00E47FB3">
              <w:rPr>
                <w:szCs w:val="18"/>
                <w:lang w:val="es-ES"/>
              </w:rPr>
              <w:t>La documentación del Bloque 5 y todos los anexos citados están incorporados, correctamente nombrados, legibles y vinculados a la memoria.</w:t>
            </w:r>
          </w:p>
        </w:tc>
        <w:tc>
          <w:tcPr>
            <w:tcW w:w="1666" w:type="dxa"/>
            <w:vAlign w:val="center"/>
          </w:tcPr>
          <w:p w14:paraId="61895973" w14:textId="6ABD3CA2" w:rsidR="00E47FB3" w:rsidRPr="00E47FB3" w:rsidRDefault="00E47FB3" w:rsidP="008D4BAF">
            <w:pPr>
              <w:spacing w:before="60" w:after="60"/>
              <w:rPr>
                <w:szCs w:val="18"/>
              </w:rPr>
            </w:pPr>
            <w:r w:rsidRPr="00E47FB3">
              <w:rPr>
                <w:szCs w:val="18"/>
              </w:rPr>
              <w:t xml:space="preserve"> </w:t>
            </w:r>
            <w:sdt>
              <w:sdtPr>
                <w:rPr>
                  <w:szCs w:val="18"/>
                </w:rPr>
                <w:id w:val="152197693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26984720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882281741"/>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6D396EA9" w14:textId="77777777" w:rsidR="00E47FB3" w:rsidRDefault="00E47FB3" w:rsidP="008D4BAF">
            <w:pPr>
              <w:spacing w:before="60" w:after="60"/>
            </w:pPr>
          </w:p>
        </w:tc>
        <w:tc>
          <w:tcPr>
            <w:tcW w:w="1190" w:type="dxa"/>
            <w:vAlign w:val="center"/>
          </w:tcPr>
          <w:p w14:paraId="4F573A16" w14:textId="77777777" w:rsidR="00E47FB3" w:rsidRDefault="00E47FB3" w:rsidP="008D4BAF">
            <w:pPr>
              <w:spacing w:before="60" w:after="60"/>
            </w:pPr>
          </w:p>
        </w:tc>
      </w:tr>
      <w:tr w:rsidR="00E47FB3" w14:paraId="67A2A656" w14:textId="77777777" w:rsidTr="00E47FB3">
        <w:trPr>
          <w:cantSplit/>
          <w:trHeight w:val="453"/>
          <w:jc w:val="center"/>
        </w:trPr>
        <w:tc>
          <w:tcPr>
            <w:tcW w:w="567" w:type="dxa"/>
            <w:vAlign w:val="center"/>
          </w:tcPr>
          <w:p w14:paraId="4DEAABA3" w14:textId="77777777" w:rsidR="00E47FB3" w:rsidRPr="00E47FB3" w:rsidRDefault="00E47FB3" w:rsidP="008D4BAF">
            <w:pPr>
              <w:spacing w:before="60" w:after="60"/>
              <w:rPr>
                <w:szCs w:val="18"/>
              </w:rPr>
            </w:pPr>
            <w:r w:rsidRPr="00E47FB3">
              <w:rPr>
                <w:szCs w:val="18"/>
              </w:rPr>
              <w:t>25</w:t>
            </w:r>
          </w:p>
        </w:tc>
        <w:tc>
          <w:tcPr>
            <w:tcW w:w="5272" w:type="dxa"/>
            <w:vAlign w:val="center"/>
          </w:tcPr>
          <w:p w14:paraId="3EC7599E" w14:textId="77777777" w:rsidR="00E47FB3" w:rsidRPr="00E47FB3" w:rsidRDefault="00E47FB3" w:rsidP="008D4BAF">
            <w:pPr>
              <w:spacing w:before="60" w:after="60"/>
              <w:rPr>
                <w:szCs w:val="18"/>
                <w:lang w:val="es-ES"/>
              </w:rPr>
            </w:pPr>
            <w:r w:rsidRPr="00E47FB3">
              <w:rPr>
                <w:szCs w:val="18"/>
                <w:lang w:val="es-ES"/>
              </w:rPr>
              <w:t>No quedan campos esenciales en blanco ni contradicciones entre fechas, cifras, operaciones o declaraciones.</w:t>
            </w:r>
          </w:p>
        </w:tc>
        <w:tc>
          <w:tcPr>
            <w:tcW w:w="1666" w:type="dxa"/>
            <w:vAlign w:val="center"/>
          </w:tcPr>
          <w:p w14:paraId="00C5CE3B" w14:textId="169F784F" w:rsidR="00E47FB3" w:rsidRPr="00E47FB3" w:rsidRDefault="00E47FB3" w:rsidP="008D4BAF">
            <w:pPr>
              <w:spacing w:before="60" w:after="60"/>
              <w:rPr>
                <w:szCs w:val="18"/>
              </w:rPr>
            </w:pPr>
            <w:r w:rsidRPr="00E47FB3">
              <w:rPr>
                <w:szCs w:val="18"/>
              </w:rPr>
              <w:t xml:space="preserve"> </w:t>
            </w:r>
            <w:sdt>
              <w:sdtPr>
                <w:rPr>
                  <w:szCs w:val="18"/>
                </w:rPr>
                <w:id w:val="-204806666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1659033918"/>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1675645143"/>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3F855A04" w14:textId="77777777" w:rsidR="00E47FB3" w:rsidRDefault="00E47FB3" w:rsidP="008D4BAF">
            <w:pPr>
              <w:spacing w:before="60" w:after="60"/>
            </w:pPr>
          </w:p>
        </w:tc>
        <w:tc>
          <w:tcPr>
            <w:tcW w:w="1190" w:type="dxa"/>
            <w:vAlign w:val="center"/>
          </w:tcPr>
          <w:p w14:paraId="79DB2836" w14:textId="77777777" w:rsidR="00E47FB3" w:rsidRDefault="00E47FB3" w:rsidP="008D4BAF">
            <w:pPr>
              <w:spacing w:before="60" w:after="60"/>
            </w:pPr>
          </w:p>
        </w:tc>
      </w:tr>
      <w:tr w:rsidR="00E47FB3" w14:paraId="31831701" w14:textId="77777777" w:rsidTr="00E47FB3">
        <w:trPr>
          <w:cantSplit/>
          <w:trHeight w:val="453"/>
          <w:jc w:val="center"/>
        </w:trPr>
        <w:tc>
          <w:tcPr>
            <w:tcW w:w="567" w:type="dxa"/>
            <w:vAlign w:val="center"/>
          </w:tcPr>
          <w:p w14:paraId="65D421DC" w14:textId="77777777" w:rsidR="00E47FB3" w:rsidRPr="00E47FB3" w:rsidRDefault="00E47FB3" w:rsidP="008D4BAF">
            <w:pPr>
              <w:spacing w:before="60" w:after="60"/>
              <w:rPr>
                <w:szCs w:val="18"/>
              </w:rPr>
            </w:pPr>
            <w:r w:rsidRPr="00E47FB3">
              <w:rPr>
                <w:szCs w:val="18"/>
              </w:rPr>
              <w:t>26</w:t>
            </w:r>
          </w:p>
        </w:tc>
        <w:tc>
          <w:tcPr>
            <w:tcW w:w="5272" w:type="dxa"/>
            <w:vAlign w:val="center"/>
          </w:tcPr>
          <w:p w14:paraId="1623CEFD" w14:textId="77777777" w:rsidR="00E47FB3" w:rsidRPr="00E47FB3" w:rsidRDefault="00E47FB3" w:rsidP="008D4BAF">
            <w:pPr>
              <w:spacing w:before="60" w:after="60"/>
              <w:rPr>
                <w:szCs w:val="18"/>
                <w:lang w:val="es-ES"/>
              </w:rPr>
            </w:pPr>
            <w:r w:rsidRPr="00E47FB3">
              <w:rPr>
                <w:szCs w:val="18"/>
                <w:lang w:val="es-ES"/>
              </w:rPr>
              <w:t>La declaración identifica correctamente la operación, la entidad y su representante y está preparada para la firma electrónica.</w:t>
            </w:r>
          </w:p>
        </w:tc>
        <w:tc>
          <w:tcPr>
            <w:tcW w:w="1666" w:type="dxa"/>
            <w:vAlign w:val="center"/>
          </w:tcPr>
          <w:p w14:paraId="76C8801F" w14:textId="2E43D08F" w:rsidR="00E47FB3" w:rsidRPr="00E47FB3" w:rsidRDefault="00E47FB3" w:rsidP="008D4BAF">
            <w:pPr>
              <w:spacing w:before="60" w:after="60"/>
              <w:rPr>
                <w:szCs w:val="18"/>
              </w:rPr>
            </w:pPr>
            <w:r w:rsidRPr="00E47FB3">
              <w:rPr>
                <w:szCs w:val="18"/>
              </w:rPr>
              <w:t xml:space="preserve"> </w:t>
            </w:r>
            <w:sdt>
              <w:sdtPr>
                <w:rPr>
                  <w:szCs w:val="18"/>
                </w:rPr>
                <w:id w:val="101365140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Sí  </w:t>
            </w:r>
            <w:sdt>
              <w:sdtPr>
                <w:rPr>
                  <w:szCs w:val="18"/>
                </w:rPr>
                <w:id w:val="750932516"/>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 xml:space="preserve">No </w:t>
            </w:r>
            <w:sdt>
              <w:sdtPr>
                <w:rPr>
                  <w:szCs w:val="18"/>
                </w:rPr>
                <w:id w:val="2040474364"/>
                <w14:checkbox>
                  <w14:checked w14:val="0"/>
                  <w14:checkedState w14:val="2612" w14:font="MS Gothic"/>
                  <w14:uncheckedState w14:val="2610" w14:font="MS Gothic"/>
                </w14:checkbox>
              </w:sdtPr>
              <w:sdtContent>
                <w:r>
                  <w:rPr>
                    <w:rFonts w:ascii="MS Gothic" w:eastAsia="MS Gothic" w:hAnsi="MS Gothic" w:hint="eastAsia"/>
                    <w:szCs w:val="18"/>
                  </w:rPr>
                  <w:t>☐</w:t>
                </w:r>
              </w:sdtContent>
            </w:sdt>
            <w:r w:rsidRPr="00E47FB3">
              <w:rPr>
                <w:szCs w:val="18"/>
              </w:rPr>
              <w:t>N/P</w:t>
            </w:r>
          </w:p>
        </w:tc>
        <w:tc>
          <w:tcPr>
            <w:tcW w:w="1701" w:type="dxa"/>
            <w:vAlign w:val="center"/>
          </w:tcPr>
          <w:p w14:paraId="04E818A8" w14:textId="77777777" w:rsidR="00E47FB3" w:rsidRDefault="00E47FB3" w:rsidP="008D4BAF">
            <w:pPr>
              <w:spacing w:before="60" w:after="60"/>
            </w:pPr>
          </w:p>
        </w:tc>
        <w:tc>
          <w:tcPr>
            <w:tcW w:w="1190" w:type="dxa"/>
            <w:vAlign w:val="center"/>
          </w:tcPr>
          <w:p w14:paraId="57068E04" w14:textId="77777777" w:rsidR="00E47FB3" w:rsidRDefault="00E47FB3" w:rsidP="008D4BAF">
            <w:pPr>
              <w:spacing w:before="60" w:after="60"/>
            </w:pPr>
          </w:p>
        </w:tc>
      </w:tr>
    </w:tbl>
    <w:p w14:paraId="0D165C41" w14:textId="77777777" w:rsidR="00E47FB3" w:rsidRDefault="00E47FB3" w:rsidP="00E47FB3">
      <w:pPr>
        <w:spacing w:after="0"/>
      </w:pPr>
    </w:p>
    <w:p w14:paraId="2DDDE9C1" w14:textId="77777777" w:rsidR="00E47FB3" w:rsidRDefault="00E47FB3" w:rsidP="00E47FB3">
      <w:r>
        <w:br w:type="page"/>
      </w:r>
    </w:p>
    <w:tbl>
      <w:tblPr>
        <w:tblW w:w="0" w:type="auto"/>
        <w:jc w:val="center"/>
        <w:tblLook w:val="04A0" w:firstRow="1" w:lastRow="0" w:firstColumn="1" w:lastColumn="0" w:noHBand="0" w:noVBand="1"/>
      </w:tblPr>
      <w:tblGrid>
        <w:gridCol w:w="10246"/>
      </w:tblGrid>
      <w:tr w:rsidR="00E47FB3" w:rsidRPr="00AA49D4" w14:paraId="58E60674" w14:textId="77777777" w:rsidTr="00743513">
        <w:trPr>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355D572C" w14:textId="77777777" w:rsidR="00E47FB3" w:rsidRPr="00AA49D4" w:rsidRDefault="00E47FB3" w:rsidP="00743513">
            <w:pPr>
              <w:keepNext/>
              <w:spacing w:after="0"/>
              <w:rPr>
                <w:b/>
                <w:bCs/>
                <w:color w:val="FFFFFF" w:themeColor="background1"/>
                <w:sz w:val="24"/>
                <w:szCs w:val="24"/>
                <w:lang w:val="es-ES"/>
              </w:rPr>
            </w:pPr>
            <w:bookmarkStart w:id="24" w:name="bloque_firma"/>
            <w:bookmarkEnd w:id="24"/>
            <w:r w:rsidRPr="00AA49D4">
              <w:rPr>
                <w:b/>
                <w:bCs/>
                <w:color w:val="FFFFFF" w:themeColor="background1"/>
                <w:sz w:val="24"/>
                <w:szCs w:val="24"/>
                <w:lang w:val="es-ES"/>
              </w:rPr>
              <w:lastRenderedPageBreak/>
              <w:t>DECLARACIÓN RESPONSABLE Y FIRMA</w:t>
            </w:r>
          </w:p>
        </w:tc>
      </w:tr>
    </w:tbl>
    <w:p w14:paraId="63C4DCA9" w14:textId="77777777" w:rsidR="00E47FB3" w:rsidRDefault="00E47FB3"/>
    <w:p w14:paraId="77820428" w14:textId="77777777" w:rsidR="00E47FB3" w:rsidRDefault="00E47FB3"/>
    <w:p w14:paraId="59C7DB8C" w14:textId="77777777" w:rsidR="00621CE7" w:rsidRDefault="00621CE7" w:rsidP="00621CE7">
      <w:pPr>
        <w:spacing w:after="0"/>
      </w:pPr>
    </w:p>
    <w:tbl>
      <w:tblPr>
        <w:tblW w:w="0" w:type="auto"/>
        <w:jc w:val="center"/>
        <w:tblLayout w:type="fixed"/>
        <w:tblLook w:val="04A0" w:firstRow="1" w:lastRow="0" w:firstColumn="1" w:lastColumn="0" w:noHBand="0" w:noVBand="1"/>
      </w:tblPr>
      <w:tblGrid>
        <w:gridCol w:w="2438"/>
        <w:gridCol w:w="7597"/>
      </w:tblGrid>
      <w:tr w:rsidR="00621CE7" w:rsidRPr="00621CE7" w14:paraId="1F1A4708" w14:textId="77777777" w:rsidTr="00743513">
        <w:trPr>
          <w:cantSplit/>
          <w:jc w:val="center"/>
        </w:trPr>
        <w:tc>
          <w:tcPr>
            <w:tcW w:w="243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633E6AD1" w14:textId="77777777" w:rsidR="00621CE7" w:rsidRDefault="00621CE7" w:rsidP="00743513">
            <w:pPr>
              <w:spacing w:after="0"/>
            </w:pPr>
            <w:r>
              <w:rPr>
                <w:color w:val="18482E"/>
              </w:rPr>
              <w:t>Título de la operación</w:t>
            </w:r>
          </w:p>
        </w:tc>
        <w:tc>
          <w:tcPr>
            <w:tcW w:w="759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6C94AF69" w14:textId="77777777" w:rsidR="00621CE7" w:rsidRPr="00621CE7" w:rsidRDefault="00621CE7" w:rsidP="00743513">
            <w:pPr>
              <w:spacing w:after="0"/>
              <w:rPr>
                <w:lang w:val="es-ES"/>
              </w:rPr>
            </w:pPr>
            <w:r w:rsidRPr="00621CE7">
              <w:rPr>
                <w:i/>
                <w:color w:val="7F7F7F"/>
                <w:lang w:val="es-ES"/>
              </w:rPr>
              <w:t>Repita la denominación consignada en el apartado 1.1.</w:t>
            </w:r>
          </w:p>
        </w:tc>
      </w:tr>
      <w:tr w:rsidR="00621CE7" w:rsidRPr="00621CE7" w14:paraId="23F289D5" w14:textId="77777777" w:rsidTr="00743513">
        <w:trPr>
          <w:cantSplit/>
          <w:jc w:val="center"/>
        </w:trPr>
        <w:tc>
          <w:tcPr>
            <w:tcW w:w="243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4E23C95C" w14:textId="77777777" w:rsidR="00621CE7" w:rsidRDefault="00621CE7" w:rsidP="00743513">
            <w:pPr>
              <w:spacing w:after="0"/>
            </w:pPr>
            <w:r>
              <w:rPr>
                <w:color w:val="18482E"/>
              </w:rPr>
              <w:t>Representante</w:t>
            </w:r>
          </w:p>
        </w:tc>
        <w:tc>
          <w:tcPr>
            <w:tcW w:w="759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4DF0A4E3" w14:textId="77777777" w:rsidR="00621CE7" w:rsidRPr="00621CE7" w:rsidRDefault="00621CE7" w:rsidP="00743513">
            <w:pPr>
              <w:spacing w:after="0"/>
              <w:rPr>
                <w:lang w:val="it-IT"/>
              </w:rPr>
            </w:pPr>
            <w:r w:rsidRPr="00621CE7">
              <w:rPr>
                <w:i/>
                <w:color w:val="7F7F7F"/>
                <w:lang w:val="it-IT"/>
              </w:rPr>
              <w:t>Dña./D. _____________________________________________, con DNI/NIE nº ______________.</w:t>
            </w:r>
          </w:p>
        </w:tc>
      </w:tr>
      <w:tr w:rsidR="00621CE7" w:rsidRPr="00621CE7" w14:paraId="5D1AC6CA" w14:textId="77777777" w:rsidTr="00743513">
        <w:trPr>
          <w:cantSplit/>
          <w:jc w:val="center"/>
        </w:trPr>
        <w:tc>
          <w:tcPr>
            <w:tcW w:w="2438" w:type="dxa"/>
            <w:tcBorders>
              <w:top w:val="single" w:sz="6" w:space="0" w:color="9CB9A6"/>
              <w:left w:val="single" w:sz="6" w:space="0" w:color="9CB9A6"/>
              <w:bottom w:val="single" w:sz="6" w:space="0" w:color="9CB9A6"/>
              <w:right w:val="single" w:sz="6" w:space="0" w:color="9CB9A6"/>
            </w:tcBorders>
            <w:shd w:val="clear" w:color="auto" w:fill="EAF3EC"/>
            <w:tcMar>
              <w:top w:w="80" w:type="dxa"/>
              <w:left w:w="80" w:type="dxa"/>
              <w:bottom w:w="80" w:type="dxa"/>
              <w:right w:w="80" w:type="dxa"/>
            </w:tcMar>
            <w:vAlign w:val="center"/>
          </w:tcPr>
          <w:p w14:paraId="2A9E8367" w14:textId="77777777" w:rsidR="00621CE7" w:rsidRDefault="00621CE7" w:rsidP="00743513">
            <w:pPr>
              <w:spacing w:after="0"/>
            </w:pPr>
            <w:r>
              <w:rPr>
                <w:color w:val="18482E"/>
              </w:rPr>
              <w:t>Entidad</w:t>
            </w:r>
          </w:p>
        </w:tc>
        <w:tc>
          <w:tcPr>
            <w:tcW w:w="7597" w:type="dxa"/>
            <w:tcBorders>
              <w:top w:val="single" w:sz="6" w:space="0" w:color="9CB9A6"/>
              <w:left w:val="single" w:sz="6" w:space="0" w:color="9CB9A6"/>
              <w:bottom w:val="single" w:sz="6" w:space="0" w:color="9CB9A6"/>
              <w:right w:val="single" w:sz="6" w:space="0" w:color="9CB9A6"/>
            </w:tcBorders>
            <w:tcMar>
              <w:top w:w="80" w:type="dxa"/>
              <w:left w:w="80" w:type="dxa"/>
              <w:bottom w:w="80" w:type="dxa"/>
              <w:right w:w="80" w:type="dxa"/>
            </w:tcMar>
            <w:vAlign w:val="center"/>
          </w:tcPr>
          <w:p w14:paraId="1E23C3C9" w14:textId="77777777" w:rsidR="00621CE7" w:rsidRPr="00621CE7" w:rsidRDefault="00621CE7" w:rsidP="00743513">
            <w:pPr>
              <w:spacing w:after="0"/>
              <w:rPr>
                <w:lang w:val="es-ES"/>
              </w:rPr>
            </w:pPr>
            <w:r w:rsidRPr="00621CE7">
              <w:rPr>
                <w:i/>
                <w:color w:val="7F7F7F"/>
                <w:lang w:val="es-ES"/>
              </w:rPr>
              <w:t>En representación de ________________________________________, con NIF nº ______________.</w:t>
            </w:r>
          </w:p>
        </w:tc>
      </w:tr>
    </w:tbl>
    <w:p w14:paraId="67492C3D" w14:textId="77777777" w:rsidR="00621CE7" w:rsidRPr="00621CE7" w:rsidRDefault="00621CE7" w:rsidP="00621CE7">
      <w:pPr>
        <w:spacing w:after="0"/>
        <w:rPr>
          <w:lang w:val="es-ES"/>
        </w:rPr>
      </w:pPr>
    </w:p>
    <w:p w14:paraId="7D331FD6" w14:textId="77777777" w:rsidR="00621CE7" w:rsidRPr="00621CE7" w:rsidRDefault="00621CE7" w:rsidP="00621CE7">
      <w:pPr>
        <w:spacing w:before="80" w:after="100"/>
        <w:rPr>
          <w:lang w:val="es-ES"/>
        </w:rPr>
      </w:pPr>
      <w:r w:rsidRPr="00621CE7">
        <w:rPr>
          <w:color w:val="000000"/>
          <w:lang w:val="es-ES"/>
        </w:rPr>
        <w:t>La persona firmante declara bajo su responsabilidad ante el Grupo de Acción Local gestor de las ayudas y la Consejería de Medio Rural y Política Agraria del Principado de Asturias que los datos e información reflejados en esta memoria, incluidos sus anexos, y la documentación que acompaña a la solicitud son ciertos; que conoce y acepta las bases y la convocatoria; y que asume los compromisos expresamente recogidos en el documento.</w:t>
      </w:r>
    </w:p>
    <w:p w14:paraId="2D59425D" w14:textId="2F845E71" w:rsidR="00621CE7" w:rsidRPr="00621CE7" w:rsidRDefault="002A582D" w:rsidP="00621CE7">
      <w:pPr>
        <w:spacing w:before="60" w:after="160"/>
        <w:rPr>
          <w:lang w:val="es-ES"/>
        </w:rPr>
      </w:pPr>
      <w:sdt>
        <w:sdtPr>
          <w:rPr>
            <w:color w:val="000000"/>
            <w:lang w:val="es-ES"/>
          </w:rPr>
          <w:id w:val="-1581597457"/>
          <w14:checkbox>
            <w14:checked w14:val="0"/>
            <w14:checkedState w14:val="2612" w14:font="MS Gothic"/>
            <w14:uncheckedState w14:val="2610" w14:font="MS Gothic"/>
          </w14:checkbox>
        </w:sdtPr>
        <w:sdtContent>
          <w:r>
            <w:rPr>
              <w:rFonts w:ascii="MS Gothic" w:eastAsia="MS Gothic" w:hAnsi="MS Gothic" w:hint="eastAsia"/>
              <w:color w:val="000000"/>
              <w:lang w:val="es-ES"/>
            </w:rPr>
            <w:t>☐</w:t>
          </w:r>
        </w:sdtContent>
      </w:sdt>
      <w:r w:rsidR="00621CE7" w:rsidRPr="00621CE7">
        <w:rPr>
          <w:color w:val="000000"/>
          <w:lang w:val="es-ES"/>
        </w:rPr>
        <w:t xml:space="preserve"> He leído y he sido informado/a sobre el tratamiento de los datos personales.</w:t>
      </w:r>
    </w:p>
    <w:p w14:paraId="5453B9BC" w14:textId="77777777" w:rsidR="00621CE7" w:rsidRDefault="00621CE7" w:rsidP="00621CE7">
      <w:pPr>
        <w:spacing w:before="100" w:after="360"/>
      </w:pPr>
      <w:r>
        <w:rPr>
          <w:b/>
          <w:color w:val="000000"/>
          <w:sz w:val="20"/>
        </w:rPr>
        <w:t>Firma digital:</w:t>
      </w:r>
    </w:p>
    <w:p w14:paraId="7274018D" w14:textId="77777777" w:rsidR="00AA49D4" w:rsidRDefault="00AA49D4" w:rsidP="00621CE7">
      <w:pPr>
        <w:spacing w:before="300" w:after="0"/>
        <w:rPr>
          <w:b/>
          <w:color w:val="000000"/>
          <w:sz w:val="20"/>
        </w:rPr>
      </w:pPr>
    </w:p>
    <w:p w14:paraId="47D931BE" w14:textId="77777777" w:rsidR="00AA49D4" w:rsidRDefault="00AA49D4" w:rsidP="00621CE7">
      <w:pPr>
        <w:spacing w:before="300" w:after="0"/>
        <w:rPr>
          <w:b/>
          <w:color w:val="000000"/>
          <w:sz w:val="20"/>
        </w:rPr>
      </w:pPr>
    </w:p>
    <w:p w14:paraId="6C0B9EB9" w14:textId="77777777" w:rsidR="00AA49D4" w:rsidRDefault="00AA49D4" w:rsidP="00621CE7">
      <w:pPr>
        <w:spacing w:before="300" w:after="0"/>
        <w:rPr>
          <w:b/>
          <w:color w:val="000000"/>
          <w:sz w:val="20"/>
        </w:rPr>
      </w:pPr>
    </w:p>
    <w:p w14:paraId="4DC9E069" w14:textId="77777777" w:rsidR="00AA49D4" w:rsidRDefault="00AA49D4" w:rsidP="00621CE7">
      <w:pPr>
        <w:spacing w:before="300" w:after="0"/>
        <w:rPr>
          <w:b/>
          <w:color w:val="000000"/>
          <w:sz w:val="20"/>
        </w:rPr>
      </w:pPr>
    </w:p>
    <w:p w14:paraId="2B0933DF" w14:textId="14D5166C" w:rsidR="00621CE7" w:rsidRDefault="00621CE7" w:rsidP="00621CE7">
      <w:pPr>
        <w:spacing w:before="300" w:after="0"/>
        <w:rPr>
          <w:b/>
          <w:color w:val="000000"/>
          <w:sz w:val="20"/>
        </w:rPr>
      </w:pPr>
      <w:r>
        <w:rPr>
          <w:b/>
          <w:color w:val="000000"/>
          <w:sz w:val="20"/>
        </w:rPr>
        <w:t>DOCUMENTO FIRMADO ELECTRÓNICAMENTE</w:t>
      </w:r>
    </w:p>
    <w:p w14:paraId="138A1E49" w14:textId="34B88114" w:rsidR="004B176D" w:rsidRDefault="004B176D">
      <w:pPr>
        <w:spacing w:after="200" w:line="276" w:lineRule="auto"/>
        <w:rPr>
          <w:b/>
          <w:color w:val="000000"/>
          <w:sz w:val="20"/>
        </w:rPr>
      </w:pPr>
      <w:r>
        <w:rPr>
          <w:b/>
          <w:color w:val="000000"/>
          <w:sz w:val="20"/>
        </w:rPr>
        <w:br w:type="page"/>
      </w:r>
    </w:p>
    <w:p w14:paraId="261FF01A" w14:textId="77777777" w:rsidR="004B176D" w:rsidRPr="004E1367" w:rsidRDefault="004B176D" w:rsidP="004B176D">
      <w:pPr>
        <w:spacing w:after="160"/>
        <w:jc w:val="both"/>
        <w:rPr>
          <w:b/>
          <w:bCs/>
          <w:color w:val="18482E"/>
          <w:sz w:val="24"/>
          <w:szCs w:val="24"/>
          <w:lang w:val="es-ES"/>
        </w:rPr>
      </w:pPr>
      <w:r w:rsidRPr="004E1367">
        <w:rPr>
          <w:b/>
          <w:bCs/>
          <w:color w:val="18482E"/>
          <w:sz w:val="24"/>
          <w:szCs w:val="24"/>
          <w:lang w:val="es-ES"/>
        </w:rPr>
        <w:lastRenderedPageBreak/>
        <w:t>INFO</w:t>
      </w:r>
      <w:bookmarkStart w:id="25" w:name="bloque_proteccion_datos"/>
      <w:bookmarkEnd w:id="25"/>
      <w:r w:rsidRPr="004E1367">
        <w:rPr>
          <w:b/>
          <w:bCs/>
          <w:color w:val="18482E"/>
          <w:sz w:val="24"/>
          <w:szCs w:val="24"/>
          <w:lang w:val="es-ES"/>
        </w:rPr>
        <w:t>RMA</w:t>
      </w:r>
      <w:bookmarkStart w:id="26" w:name="protecciondatos"/>
      <w:bookmarkEnd w:id="26"/>
      <w:r w:rsidRPr="004E1367">
        <w:rPr>
          <w:b/>
          <w:bCs/>
          <w:color w:val="18482E"/>
          <w:sz w:val="24"/>
          <w:szCs w:val="24"/>
          <w:lang w:val="es-ES"/>
        </w:rPr>
        <w:t>CIÓN ADICIONAL DE PROTECCIÓN DE DATOS</w:t>
      </w:r>
      <w:r w:rsidRPr="004E1367">
        <w:rPr>
          <w:b/>
          <w:bCs/>
          <w:color w:val="18482E"/>
          <w:sz w:val="24"/>
          <w:szCs w:val="24"/>
          <w:lang w:val="es-ES"/>
        </w:rPr>
        <w:tab/>
      </w:r>
    </w:p>
    <w:p w14:paraId="324ADD74" w14:textId="77777777" w:rsidR="004B176D" w:rsidRPr="004E1367" w:rsidRDefault="004B176D" w:rsidP="004B176D">
      <w:pPr>
        <w:spacing w:after="160"/>
        <w:jc w:val="both"/>
        <w:rPr>
          <w:b/>
          <w:sz w:val="20"/>
          <w:szCs w:val="20"/>
          <w:lang w:val="es-ES"/>
        </w:rPr>
      </w:pPr>
      <w:r w:rsidRPr="004E1367">
        <w:rPr>
          <w:b/>
          <w:sz w:val="20"/>
          <w:szCs w:val="20"/>
          <w:lang w:val="es-ES"/>
        </w:rPr>
        <w:t>ACTIVIDAD DE TRATAMIENTO</w:t>
      </w:r>
    </w:p>
    <w:p w14:paraId="7D1E73F8" w14:textId="77777777" w:rsidR="004B176D" w:rsidRPr="004E1367" w:rsidRDefault="004B176D" w:rsidP="004B176D">
      <w:pPr>
        <w:spacing w:after="160"/>
        <w:jc w:val="both"/>
        <w:rPr>
          <w:sz w:val="20"/>
          <w:szCs w:val="20"/>
          <w:lang w:val="es-ES"/>
        </w:rPr>
      </w:pPr>
      <w:r w:rsidRPr="004E1367">
        <w:rPr>
          <w:sz w:val="20"/>
          <w:szCs w:val="20"/>
          <w:lang w:val="es-ES"/>
        </w:rPr>
        <w:t>Ayudas LEADER para el desarrollo de las operaciones previstas en las Estrategias de Desarrollo Local Participativo de los Grupos de Acción Local.</w:t>
      </w:r>
    </w:p>
    <w:p w14:paraId="1453E037" w14:textId="77777777" w:rsidR="004B176D" w:rsidRPr="004E1367" w:rsidRDefault="004B176D" w:rsidP="004B176D">
      <w:pPr>
        <w:spacing w:after="160"/>
        <w:jc w:val="both"/>
        <w:rPr>
          <w:b/>
          <w:sz w:val="20"/>
          <w:szCs w:val="20"/>
          <w:lang w:val="es-ES"/>
        </w:rPr>
      </w:pPr>
      <w:r w:rsidRPr="004E1367">
        <w:rPr>
          <w:b/>
          <w:sz w:val="20"/>
          <w:szCs w:val="20"/>
          <w:lang w:val="es-ES"/>
        </w:rPr>
        <w:t>RESPONSABLE</w:t>
      </w:r>
    </w:p>
    <w:p w14:paraId="70CD5FD7" w14:textId="77777777" w:rsidR="004B176D" w:rsidRPr="004E1367" w:rsidRDefault="004B176D" w:rsidP="004B176D">
      <w:pPr>
        <w:spacing w:after="0"/>
        <w:jc w:val="both"/>
        <w:rPr>
          <w:sz w:val="20"/>
          <w:szCs w:val="20"/>
          <w:lang w:val="es-ES"/>
        </w:rPr>
      </w:pPr>
      <w:r w:rsidRPr="004E1367">
        <w:rPr>
          <w:sz w:val="20"/>
          <w:szCs w:val="20"/>
          <w:lang w:val="es-ES"/>
        </w:rPr>
        <w:t>Dirección General de Agricultura, Agroindustria y Desarrollo Rural dependiente de la Consejería de Medio Rural y Política Agraria</w:t>
      </w:r>
    </w:p>
    <w:p w14:paraId="11E2AE59" w14:textId="77777777" w:rsidR="004B176D" w:rsidRPr="004E1367" w:rsidRDefault="004B176D" w:rsidP="004B176D">
      <w:pPr>
        <w:spacing w:after="0"/>
        <w:jc w:val="both"/>
        <w:rPr>
          <w:sz w:val="20"/>
          <w:szCs w:val="20"/>
          <w:lang w:val="es-ES"/>
        </w:rPr>
      </w:pPr>
      <w:r w:rsidRPr="004E1367">
        <w:rPr>
          <w:sz w:val="20"/>
          <w:szCs w:val="20"/>
          <w:lang w:val="es-ES"/>
        </w:rPr>
        <w:t>NIF: S3333001J</w:t>
      </w:r>
    </w:p>
    <w:p w14:paraId="40474DE5" w14:textId="77777777" w:rsidR="004B176D" w:rsidRPr="004E1367" w:rsidRDefault="004B176D" w:rsidP="004B176D">
      <w:pPr>
        <w:spacing w:after="0"/>
        <w:jc w:val="both"/>
        <w:rPr>
          <w:sz w:val="20"/>
          <w:szCs w:val="20"/>
          <w:lang w:val="es-ES"/>
        </w:rPr>
      </w:pPr>
      <w:r w:rsidRPr="004E1367">
        <w:rPr>
          <w:sz w:val="20"/>
          <w:szCs w:val="20"/>
          <w:lang w:val="es-ES"/>
        </w:rPr>
        <w:t xml:space="preserve">C/ Antonio Suárez Gutiérrez, 2 – 2ª planta sector </w:t>
      </w:r>
      <w:r>
        <w:rPr>
          <w:sz w:val="20"/>
          <w:szCs w:val="20"/>
          <w:lang w:val="es-ES"/>
        </w:rPr>
        <w:t>izquierdo</w:t>
      </w:r>
      <w:r w:rsidRPr="004E1367">
        <w:rPr>
          <w:sz w:val="20"/>
          <w:szCs w:val="20"/>
          <w:lang w:val="es-ES"/>
        </w:rPr>
        <w:t xml:space="preserve"> – 33005 Oviedo Teléfono: 985105638</w:t>
      </w:r>
    </w:p>
    <w:p w14:paraId="0A842190" w14:textId="77777777" w:rsidR="004B176D" w:rsidRPr="004E1367" w:rsidRDefault="004B176D" w:rsidP="004B176D">
      <w:pPr>
        <w:spacing w:after="0"/>
        <w:jc w:val="both"/>
        <w:rPr>
          <w:sz w:val="20"/>
          <w:szCs w:val="20"/>
          <w:lang w:val="es-ES"/>
        </w:rPr>
      </w:pPr>
      <w:r w:rsidRPr="004E1367">
        <w:rPr>
          <w:sz w:val="20"/>
          <w:szCs w:val="20"/>
          <w:lang w:val="es-ES"/>
        </w:rPr>
        <w:t>Fax: 985105517</w:t>
      </w:r>
    </w:p>
    <w:p w14:paraId="0A083CD9" w14:textId="77777777" w:rsidR="004B176D" w:rsidRPr="004E1367" w:rsidRDefault="004B176D" w:rsidP="004B176D">
      <w:pPr>
        <w:spacing w:after="0"/>
        <w:jc w:val="both"/>
        <w:rPr>
          <w:sz w:val="20"/>
          <w:szCs w:val="20"/>
          <w:lang w:val="es-ES"/>
        </w:rPr>
      </w:pPr>
      <w:r w:rsidRPr="004E1367">
        <w:rPr>
          <w:sz w:val="20"/>
          <w:szCs w:val="20"/>
          <w:lang w:val="es-ES"/>
        </w:rPr>
        <w:t xml:space="preserve">Correo electrónico: </w:t>
      </w:r>
      <w:hyperlink r:id="rId9" w:history="1">
        <w:r w:rsidRPr="004E1367">
          <w:rPr>
            <w:rStyle w:val="Hipervnculo"/>
            <w:sz w:val="20"/>
            <w:szCs w:val="20"/>
            <w:lang w:val="es-ES"/>
          </w:rPr>
          <w:t>dgdesarrollorural@asturias.org</w:t>
        </w:r>
      </w:hyperlink>
    </w:p>
    <w:p w14:paraId="791318C3" w14:textId="77777777" w:rsidR="004B176D" w:rsidRPr="004E1367" w:rsidRDefault="004B176D" w:rsidP="004B176D">
      <w:pPr>
        <w:spacing w:after="160"/>
        <w:jc w:val="both"/>
        <w:rPr>
          <w:b/>
          <w:sz w:val="20"/>
          <w:szCs w:val="20"/>
          <w:lang w:val="es-ES"/>
        </w:rPr>
      </w:pPr>
      <w:r w:rsidRPr="004E1367">
        <w:rPr>
          <w:b/>
          <w:sz w:val="20"/>
          <w:szCs w:val="20"/>
          <w:lang w:val="es-ES"/>
        </w:rPr>
        <w:t>Delegado de Protección de Datos.</w:t>
      </w:r>
    </w:p>
    <w:p w14:paraId="6CA9D910" w14:textId="77777777" w:rsidR="004B176D" w:rsidRPr="004E1367" w:rsidRDefault="004B176D" w:rsidP="004B176D">
      <w:pPr>
        <w:spacing w:after="160"/>
        <w:jc w:val="both"/>
        <w:rPr>
          <w:b/>
          <w:sz w:val="20"/>
          <w:szCs w:val="20"/>
          <w:lang w:val="es-ES"/>
        </w:rPr>
      </w:pPr>
      <w:r w:rsidRPr="004E1367">
        <w:rPr>
          <w:b/>
          <w:sz w:val="20"/>
          <w:szCs w:val="20"/>
          <w:lang w:val="es-ES"/>
        </w:rPr>
        <w:t>FINALIDAD</w:t>
      </w:r>
    </w:p>
    <w:p w14:paraId="4AF92E20" w14:textId="77777777" w:rsidR="004B176D" w:rsidRPr="004E1367" w:rsidRDefault="004B176D" w:rsidP="004B176D">
      <w:pPr>
        <w:spacing w:after="0"/>
        <w:jc w:val="both"/>
        <w:rPr>
          <w:sz w:val="20"/>
          <w:szCs w:val="20"/>
          <w:lang w:val="es-ES"/>
        </w:rPr>
      </w:pPr>
      <w:r w:rsidRPr="004E1367">
        <w:rPr>
          <w:sz w:val="20"/>
          <w:szCs w:val="20"/>
          <w:lang w:val="es-ES"/>
        </w:rPr>
        <w:t>Los datos personales recabados a través del presente formulario, así como los generados en el transcurso de la relación administrativa serán tratados para gestionar los expedientes de Ayudas LEADER para el desarrollo de las operaciones previstas en las Estrategias de Desarrollo Local Participativo de los Grupos de Acción Local.</w:t>
      </w:r>
    </w:p>
    <w:p w14:paraId="546B7071" w14:textId="77777777" w:rsidR="004B176D" w:rsidRPr="004E1367" w:rsidRDefault="004B176D" w:rsidP="004B176D">
      <w:pPr>
        <w:spacing w:after="0"/>
        <w:jc w:val="both"/>
        <w:rPr>
          <w:sz w:val="20"/>
          <w:szCs w:val="20"/>
          <w:lang w:val="es-ES"/>
        </w:rPr>
      </w:pPr>
      <w:r w:rsidRPr="004E1367">
        <w:rPr>
          <w:sz w:val="20"/>
          <w:szCs w:val="20"/>
          <w:lang w:val="es-ES"/>
        </w:rPr>
        <w:t>Los datos personales proporcionados se conservarán durante el plazo establecido en el dictamen de la Comisión de Calificación y Valoración de Documentos de la Administración del Principado de Asturias, reflejada en el Calendario de Conservación.</w:t>
      </w:r>
    </w:p>
    <w:p w14:paraId="38C591B1" w14:textId="77777777" w:rsidR="004B176D" w:rsidRPr="004E1367" w:rsidRDefault="004B176D" w:rsidP="004B176D">
      <w:pPr>
        <w:spacing w:after="0"/>
        <w:jc w:val="both"/>
        <w:rPr>
          <w:sz w:val="20"/>
          <w:szCs w:val="20"/>
          <w:lang w:val="es-ES"/>
        </w:rPr>
      </w:pPr>
      <w:r w:rsidRPr="004E1367">
        <w:rPr>
          <w:sz w:val="20"/>
          <w:szCs w:val="20"/>
          <w:lang w:val="es-ES"/>
        </w:rPr>
        <w:t>Los datos personales serán asimismo incorporados a la Base Corporativa de Terceros, cuya finalidad es la gestión de los datos personales de todas las personas que mantengan o han mantenido contacto con la administración pública del Principado de Asturias para garantizar su fiabilidad.</w:t>
      </w:r>
    </w:p>
    <w:p w14:paraId="0E7309B2" w14:textId="77777777" w:rsidR="004B176D" w:rsidRPr="004E1367" w:rsidRDefault="004B176D" w:rsidP="004B176D">
      <w:pPr>
        <w:spacing w:after="0"/>
        <w:jc w:val="both"/>
        <w:rPr>
          <w:sz w:val="20"/>
          <w:szCs w:val="20"/>
          <w:lang w:val="es-ES"/>
        </w:rPr>
      </w:pPr>
      <w:r w:rsidRPr="004E1367">
        <w:rPr>
          <w:sz w:val="20"/>
          <w:szCs w:val="20"/>
          <w:lang w:val="es-ES"/>
        </w:rPr>
        <w:t>No se toman decisiones automatizadas ni se elaboran perfiles con los datos que nos facilitan.</w:t>
      </w:r>
    </w:p>
    <w:p w14:paraId="6E47B5B2" w14:textId="77777777" w:rsidR="004B176D" w:rsidRPr="004E1367" w:rsidRDefault="004B176D" w:rsidP="004B176D">
      <w:pPr>
        <w:spacing w:before="240" w:after="160"/>
        <w:jc w:val="both"/>
        <w:rPr>
          <w:b/>
          <w:sz w:val="20"/>
          <w:szCs w:val="20"/>
          <w:lang w:val="es-ES"/>
        </w:rPr>
      </w:pPr>
      <w:r w:rsidRPr="004E1367">
        <w:rPr>
          <w:b/>
          <w:sz w:val="20"/>
          <w:szCs w:val="20"/>
          <w:lang w:val="es-ES"/>
        </w:rPr>
        <w:t>LEGITIMACIÓN</w:t>
      </w:r>
    </w:p>
    <w:p w14:paraId="50126B2B" w14:textId="77777777" w:rsidR="004B176D" w:rsidRPr="004E1367" w:rsidRDefault="004B176D" w:rsidP="004B176D">
      <w:pPr>
        <w:spacing w:after="160"/>
        <w:jc w:val="both"/>
        <w:rPr>
          <w:sz w:val="20"/>
          <w:szCs w:val="20"/>
          <w:lang w:val="es-ES"/>
        </w:rPr>
      </w:pPr>
      <w:r w:rsidRPr="004E1367">
        <w:rPr>
          <w:sz w:val="20"/>
          <w:szCs w:val="20"/>
          <w:lang w:val="es-ES"/>
        </w:rPr>
        <w:t>Cumplimiento de una misión realizada en interés público o en el ejercicio de poderes públicos, según dispone el artículo 6.1e) del Reglamento General de Protección de Datos (RGPD).</w:t>
      </w:r>
    </w:p>
    <w:p w14:paraId="6DA6340C" w14:textId="77777777" w:rsidR="004B176D" w:rsidRPr="004E1367" w:rsidRDefault="004B176D" w:rsidP="004B176D">
      <w:pPr>
        <w:spacing w:after="160"/>
        <w:jc w:val="both"/>
        <w:rPr>
          <w:b/>
          <w:sz w:val="20"/>
          <w:szCs w:val="20"/>
          <w:lang w:val="es-ES"/>
        </w:rPr>
      </w:pPr>
      <w:r w:rsidRPr="004E1367">
        <w:rPr>
          <w:b/>
          <w:sz w:val="20"/>
          <w:szCs w:val="20"/>
          <w:lang w:val="es-ES"/>
        </w:rPr>
        <w:t>DESTINATARIOS</w:t>
      </w:r>
    </w:p>
    <w:p w14:paraId="1C27B1FD" w14:textId="77777777" w:rsidR="004B176D" w:rsidRPr="004E1367" w:rsidRDefault="004B176D" w:rsidP="004B176D">
      <w:pPr>
        <w:spacing w:after="0"/>
        <w:jc w:val="both"/>
        <w:rPr>
          <w:sz w:val="20"/>
          <w:szCs w:val="20"/>
          <w:lang w:val="es-ES"/>
        </w:rPr>
      </w:pPr>
      <w:r w:rsidRPr="004E1367">
        <w:rPr>
          <w:sz w:val="20"/>
          <w:szCs w:val="20"/>
          <w:lang w:val="es-ES"/>
        </w:rPr>
        <w:t>No se cederán datos a terceros.</w:t>
      </w:r>
    </w:p>
    <w:p w14:paraId="39E3F3AD" w14:textId="77777777" w:rsidR="004B176D" w:rsidRPr="004E1367" w:rsidRDefault="004B176D" w:rsidP="004B176D">
      <w:pPr>
        <w:spacing w:after="160"/>
        <w:jc w:val="both"/>
        <w:rPr>
          <w:sz w:val="20"/>
          <w:szCs w:val="20"/>
          <w:lang w:val="es-ES"/>
        </w:rPr>
      </w:pPr>
      <w:r w:rsidRPr="004E1367">
        <w:rPr>
          <w:sz w:val="20"/>
          <w:szCs w:val="20"/>
          <w:lang w:val="es-ES"/>
        </w:rPr>
        <w:t xml:space="preserve">Encargado de tratamiento: Centro de Gestión de Servicios Informáticos (CGSI), </w:t>
      </w:r>
      <w:proofErr w:type="gramStart"/>
      <w:r w:rsidRPr="004E1367">
        <w:rPr>
          <w:sz w:val="20"/>
          <w:szCs w:val="20"/>
          <w:lang w:val="es-ES"/>
        </w:rPr>
        <w:t>de acuerdo al</w:t>
      </w:r>
      <w:proofErr w:type="gramEnd"/>
      <w:r w:rsidRPr="004E1367">
        <w:rPr>
          <w:sz w:val="20"/>
          <w:szCs w:val="20"/>
          <w:lang w:val="es-ES"/>
        </w:rPr>
        <w:t xml:space="preserve"> respectivo contrato de prestación de servicios, adjudicado conforme a la legislación de contratos del Sector Público.</w:t>
      </w:r>
    </w:p>
    <w:p w14:paraId="79081999" w14:textId="77777777" w:rsidR="004B176D" w:rsidRPr="004E1367" w:rsidRDefault="004B176D" w:rsidP="004B176D">
      <w:pPr>
        <w:spacing w:after="160"/>
        <w:jc w:val="both"/>
        <w:rPr>
          <w:b/>
          <w:sz w:val="20"/>
          <w:szCs w:val="20"/>
          <w:lang w:val="es-ES"/>
        </w:rPr>
      </w:pPr>
      <w:r w:rsidRPr="004E1367">
        <w:rPr>
          <w:b/>
          <w:sz w:val="20"/>
          <w:szCs w:val="20"/>
          <w:lang w:val="es-ES"/>
        </w:rPr>
        <w:t>DERECHOS</w:t>
      </w:r>
    </w:p>
    <w:p w14:paraId="46CAF60C" w14:textId="77777777" w:rsidR="004B176D" w:rsidRPr="004E1367" w:rsidRDefault="004B176D" w:rsidP="004B176D">
      <w:pPr>
        <w:spacing w:after="0"/>
        <w:jc w:val="both"/>
        <w:rPr>
          <w:sz w:val="20"/>
          <w:szCs w:val="20"/>
          <w:lang w:val="es-ES"/>
        </w:rPr>
      </w:pPr>
      <w:r w:rsidRPr="004E1367">
        <w:rPr>
          <w:sz w:val="20"/>
          <w:szCs w:val="20"/>
          <w:lang w:val="es-ES"/>
        </w:rPr>
        <w:t xml:space="preserve">Puede ejercer los derechos de acceso, rectificación, supresión, oposición, limitación del tratamiento y portabilidad, a través del Servicio de Atención Ciudadana (SAC) de la Administración del Principado de Asturias, presentando el formulario normalizado, disponible en </w:t>
      </w:r>
      <w:r w:rsidRPr="004E1367">
        <w:rPr>
          <w:sz w:val="20"/>
          <w:szCs w:val="20"/>
          <w:u w:val="single"/>
          <w:lang w:val="es-ES"/>
        </w:rPr>
        <w:t>https://sede.asturias.es</w:t>
      </w:r>
      <w:r w:rsidRPr="004E1367">
        <w:rPr>
          <w:sz w:val="20"/>
          <w:szCs w:val="20"/>
          <w:lang w:val="es-ES"/>
        </w:rPr>
        <w:t xml:space="preserve"> electrónicamente o presencialmente a través del Registro General Central de la Administración del Principado de Asturias o por cualquiera de los medios establecidos en la Ley de Procedimiento Administrativo.</w:t>
      </w:r>
    </w:p>
    <w:p w14:paraId="734E00C0" w14:textId="77777777" w:rsidR="004B176D" w:rsidRPr="004E1367" w:rsidRDefault="004B176D" w:rsidP="004B176D">
      <w:pPr>
        <w:spacing w:after="160"/>
        <w:jc w:val="both"/>
        <w:rPr>
          <w:b/>
          <w:sz w:val="20"/>
          <w:szCs w:val="20"/>
          <w:lang w:val="es-ES"/>
        </w:rPr>
      </w:pPr>
      <w:r w:rsidRPr="004E1367">
        <w:rPr>
          <w:sz w:val="20"/>
          <w:szCs w:val="20"/>
          <w:lang w:val="es-ES"/>
        </w:rPr>
        <w:t xml:space="preserve">Sin perjuicio de cualquier otro recurso administrativo o acción judicial, todo interesado tendrá derecho a presentar una reclamación ante una Autoridad de Control en materia de Protección de Datos competente, si considera que el tratamiento de datos personales que le </w:t>
      </w:r>
      <w:proofErr w:type="gramStart"/>
      <w:r w:rsidRPr="004E1367">
        <w:rPr>
          <w:sz w:val="20"/>
          <w:szCs w:val="20"/>
          <w:lang w:val="es-ES"/>
        </w:rPr>
        <w:t>concierne,</w:t>
      </w:r>
      <w:proofErr w:type="gramEnd"/>
      <w:r w:rsidRPr="004E1367">
        <w:rPr>
          <w:sz w:val="20"/>
          <w:szCs w:val="20"/>
          <w:lang w:val="es-ES"/>
        </w:rPr>
        <w:t xml:space="preserve"> infringe la normativa en materia de Protección de datos personales.</w:t>
      </w:r>
    </w:p>
    <w:p w14:paraId="127FB027" w14:textId="77777777" w:rsidR="004B176D" w:rsidRPr="004E1367" w:rsidRDefault="004B176D" w:rsidP="004B176D">
      <w:pPr>
        <w:spacing w:after="160"/>
        <w:jc w:val="both"/>
        <w:rPr>
          <w:b/>
          <w:sz w:val="20"/>
          <w:szCs w:val="20"/>
          <w:lang w:val="es-ES"/>
        </w:rPr>
      </w:pPr>
      <w:r w:rsidRPr="004E1367">
        <w:rPr>
          <w:b/>
          <w:sz w:val="20"/>
          <w:szCs w:val="20"/>
          <w:lang w:val="es-ES"/>
        </w:rPr>
        <w:t>Autoridad de control:</w:t>
      </w:r>
    </w:p>
    <w:p w14:paraId="479578F2" w14:textId="77777777" w:rsidR="004B176D" w:rsidRPr="004E1367" w:rsidRDefault="004B176D" w:rsidP="004B176D">
      <w:pPr>
        <w:spacing w:after="0"/>
        <w:jc w:val="both"/>
        <w:rPr>
          <w:sz w:val="20"/>
          <w:szCs w:val="20"/>
          <w:lang w:val="es-ES"/>
        </w:rPr>
      </w:pPr>
      <w:r w:rsidRPr="004E1367">
        <w:rPr>
          <w:sz w:val="20"/>
          <w:szCs w:val="20"/>
          <w:lang w:val="es-ES"/>
        </w:rPr>
        <w:t>Agencia Española de Protección de Datos (AEPD) C/ Jorge Juan nº 6</w:t>
      </w:r>
    </w:p>
    <w:p w14:paraId="4C4DBF45" w14:textId="77777777" w:rsidR="004B176D" w:rsidRPr="002F15C7" w:rsidRDefault="004B176D" w:rsidP="004B176D">
      <w:pPr>
        <w:spacing w:after="0"/>
        <w:jc w:val="both"/>
        <w:rPr>
          <w:sz w:val="20"/>
          <w:szCs w:val="20"/>
        </w:rPr>
      </w:pPr>
      <w:r w:rsidRPr="002F15C7">
        <w:rPr>
          <w:sz w:val="20"/>
          <w:szCs w:val="20"/>
        </w:rPr>
        <w:t>28001 Madrid</w:t>
      </w:r>
    </w:p>
    <w:p w14:paraId="5DAF8E5C" w14:textId="77777777" w:rsidR="004B176D" w:rsidRDefault="004B176D" w:rsidP="004B176D">
      <w:pPr>
        <w:spacing w:after="0"/>
        <w:jc w:val="both"/>
        <w:rPr>
          <w:sz w:val="20"/>
          <w:szCs w:val="20"/>
        </w:rPr>
      </w:pPr>
      <w:r w:rsidRPr="0050017D">
        <w:rPr>
          <w:b/>
          <w:bCs/>
          <w:sz w:val="20"/>
          <w:szCs w:val="20"/>
        </w:rPr>
        <w:t>900 293 183</w:t>
      </w:r>
      <w:r w:rsidRPr="0050017D">
        <w:rPr>
          <w:sz w:val="20"/>
          <w:szCs w:val="20"/>
        </w:rPr>
        <w:t xml:space="preserve"> </w:t>
      </w:r>
    </w:p>
    <w:p w14:paraId="32F54686" w14:textId="77777777" w:rsidR="004B176D" w:rsidRPr="002F15C7" w:rsidRDefault="004B176D" w:rsidP="004B176D">
      <w:pPr>
        <w:spacing w:after="0"/>
        <w:jc w:val="both"/>
        <w:rPr>
          <w:sz w:val="20"/>
          <w:szCs w:val="20"/>
        </w:rPr>
      </w:pPr>
      <w:hyperlink r:id="rId10" w:history="1">
        <w:r w:rsidRPr="00A947B8">
          <w:rPr>
            <w:rStyle w:val="Hipervnculo"/>
            <w:sz w:val="20"/>
            <w:szCs w:val="20"/>
          </w:rPr>
          <w:t>www.aepd.es</w:t>
        </w:r>
      </w:hyperlink>
    </w:p>
    <w:p w14:paraId="253CBCB3" w14:textId="77777777" w:rsidR="004B176D" w:rsidRDefault="004B176D" w:rsidP="00621CE7">
      <w:pPr>
        <w:spacing w:before="300" w:after="0"/>
      </w:pPr>
    </w:p>
    <w:p w14:paraId="59505EE2" w14:textId="77777777" w:rsidR="00DB2DC9" w:rsidRPr="00E47FB3" w:rsidRDefault="00A3308C">
      <w:pPr>
        <w:rPr>
          <w:lang w:val="es-ES"/>
        </w:rPr>
      </w:pPr>
      <w:r>
        <w:br w:type="page"/>
      </w:r>
    </w:p>
    <w:tbl>
      <w:tblPr>
        <w:tblW w:w="0" w:type="auto"/>
        <w:jc w:val="center"/>
        <w:tblLook w:val="04A0" w:firstRow="1" w:lastRow="0" w:firstColumn="1" w:lastColumn="0" w:noHBand="0" w:noVBand="1"/>
      </w:tblPr>
      <w:tblGrid>
        <w:gridCol w:w="10246"/>
      </w:tblGrid>
      <w:tr w:rsidR="00DB2DC9" w:rsidRPr="00B363B0" w14:paraId="050C331C" w14:textId="77777777">
        <w:trPr>
          <w:cantSplit/>
          <w:jc w:val="center"/>
        </w:trPr>
        <w:tc>
          <w:tcPr>
            <w:tcW w:w="10262" w:type="dxa"/>
            <w:tcBorders>
              <w:top w:val="single" w:sz="6" w:space="0" w:color="31849B"/>
              <w:left w:val="single" w:sz="6" w:space="0" w:color="31849B"/>
              <w:bottom w:val="single" w:sz="6" w:space="0" w:color="31849B"/>
              <w:right w:val="single" w:sz="6" w:space="0" w:color="31849B"/>
            </w:tcBorders>
            <w:shd w:val="clear" w:color="auto" w:fill="31849B"/>
            <w:tcMar>
              <w:top w:w="65" w:type="dxa"/>
              <w:left w:w="85" w:type="dxa"/>
              <w:bottom w:w="65" w:type="dxa"/>
              <w:right w:w="85" w:type="dxa"/>
            </w:tcMar>
          </w:tcPr>
          <w:p w14:paraId="7B54F371" w14:textId="301A8DCE" w:rsidR="00DB2DC9" w:rsidRPr="00B363B0" w:rsidRDefault="004B176D">
            <w:pPr>
              <w:keepNext/>
              <w:spacing w:after="0"/>
              <w:rPr>
                <w:color w:val="FFFFFF" w:themeColor="background1"/>
                <w:lang w:val="es-ES"/>
              </w:rPr>
            </w:pPr>
            <w:bookmarkStart w:id="27" w:name="anexo_orientativo"/>
            <w:r w:rsidRPr="00B363B0">
              <w:rPr>
                <w:b/>
                <w:color w:val="FFFFFF" w:themeColor="background1"/>
                <w:sz w:val="24"/>
                <w:lang w:val="es-ES"/>
              </w:rPr>
              <w:lastRenderedPageBreak/>
              <w:t>INFORMACIÓN</w:t>
            </w:r>
            <w:r w:rsidR="00A3308C" w:rsidRPr="00B363B0">
              <w:rPr>
                <w:b/>
                <w:color w:val="FFFFFF" w:themeColor="background1"/>
                <w:sz w:val="24"/>
                <w:lang w:val="es-ES"/>
              </w:rPr>
              <w:t xml:space="preserve"> ORIENTATIV</w:t>
            </w:r>
            <w:r w:rsidRPr="00B363B0">
              <w:rPr>
                <w:b/>
                <w:color w:val="FFFFFF" w:themeColor="background1"/>
                <w:sz w:val="24"/>
                <w:lang w:val="es-ES"/>
              </w:rPr>
              <w:t>A</w:t>
            </w:r>
            <w:r w:rsidR="00A3308C" w:rsidRPr="00B363B0">
              <w:rPr>
                <w:b/>
                <w:color w:val="FFFFFF" w:themeColor="background1"/>
                <w:sz w:val="24"/>
                <w:lang w:val="es-ES"/>
              </w:rPr>
              <w:t xml:space="preserve">. </w:t>
            </w:r>
            <w:r w:rsidRPr="00B363B0">
              <w:rPr>
                <w:b/>
                <w:color w:val="FFFFFF" w:themeColor="background1"/>
                <w:sz w:val="24"/>
                <w:lang w:val="es-ES"/>
              </w:rPr>
              <w:t>INDICACIONES</w:t>
            </w:r>
            <w:r w:rsidR="00A3308C" w:rsidRPr="00B363B0">
              <w:rPr>
                <w:b/>
                <w:color w:val="FFFFFF" w:themeColor="background1"/>
                <w:sz w:val="24"/>
                <w:lang w:val="es-ES"/>
              </w:rPr>
              <w:t xml:space="preserve"> Y EJEMPLO </w:t>
            </w:r>
            <w:r w:rsidR="00A3308C" w:rsidRPr="00B363B0">
              <w:rPr>
                <w:b/>
                <w:color w:val="FFFFFF" w:themeColor="background1"/>
                <w:sz w:val="24"/>
                <w:lang w:val="es-ES"/>
              </w:rPr>
              <w:t>DE CUMPLIMENTACIÓN</w:t>
            </w:r>
            <w:bookmarkEnd w:id="27"/>
          </w:p>
        </w:tc>
      </w:tr>
      <w:tr w:rsidR="00DB2DC9" w:rsidRPr="00497C72" w14:paraId="786DA35E" w14:textId="77777777">
        <w:tblPrEx>
          <w:jc w:val="left"/>
        </w:tblPrEx>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EAF3EC"/>
          </w:tcPr>
          <w:p w14:paraId="401172CB" w14:textId="6A77026B" w:rsidR="00DB2DC9" w:rsidRPr="00497C72" w:rsidRDefault="00A3308C">
            <w:pPr>
              <w:rPr>
                <w:lang w:val="es-ES"/>
              </w:rPr>
            </w:pPr>
            <w:r w:rsidRPr="00497C72">
              <w:rPr>
                <w:i/>
                <w:color w:val="18482E"/>
                <w:lang w:val="es-ES"/>
              </w:rPr>
              <w:t>Finalidad del anexo: ofrecer orientación práctica sin añadir requisitos distintos de los previstos en las bases, la convocatoria y la EDLP. Todos los nombres, datos e importes son ficticios. El ejemplo utilizado en</w:t>
            </w:r>
            <w:r w:rsidR="004B176D">
              <w:rPr>
                <w:i/>
                <w:color w:val="18482E"/>
                <w:lang w:val="es-ES"/>
              </w:rPr>
              <w:t xml:space="preserve"> este apartado es ficiticeo </w:t>
            </w:r>
            <w:proofErr w:type="gramStart"/>
            <w:r w:rsidR="004B176D">
              <w:rPr>
                <w:i/>
                <w:color w:val="18482E"/>
                <w:lang w:val="es-ES"/>
              </w:rPr>
              <w:t>(</w:t>
            </w:r>
            <w:r w:rsidRPr="00497C72">
              <w:rPr>
                <w:i/>
                <w:color w:val="18482E"/>
                <w:lang w:val="es-ES"/>
              </w:rPr>
              <w:t xml:space="preserve"> “</w:t>
            </w:r>
            <w:proofErr w:type="gramEnd"/>
            <w:r w:rsidRPr="00497C72">
              <w:rPr>
                <w:i/>
                <w:color w:val="18482E"/>
                <w:lang w:val="es-ES"/>
              </w:rPr>
              <w:t>Rehabilitación y equipamiento de la antigua escuela municipal de Valdemora para crear un Centro Intergeneracional y de Inclusión Digital</w:t>
            </w:r>
            <w:r w:rsidR="004B176D">
              <w:rPr>
                <w:i/>
                <w:color w:val="18482E"/>
                <w:lang w:val="es-ES"/>
              </w:rPr>
              <w:t>)</w:t>
            </w:r>
            <w:r w:rsidRPr="00497C72">
              <w:rPr>
                <w:i/>
                <w:color w:val="18482E"/>
                <w:lang w:val="es-ES"/>
              </w:rPr>
              <w:t>”. El ejemplo no implica que una actuación análoga sea automáticamente elegible ni que obtenga puntuación: la valoración corresponde al GAL a partir del expediente real.</w:t>
            </w:r>
          </w:p>
        </w:tc>
      </w:tr>
    </w:tbl>
    <w:p w14:paraId="2121543F" w14:textId="77777777" w:rsidR="00DB2DC9" w:rsidRPr="00497C72" w:rsidRDefault="00A3308C">
      <w:pPr>
        <w:keepNext/>
        <w:pBdr>
          <w:bottom w:val="single" w:sz="8" w:space="2" w:color="18482E"/>
        </w:pBdr>
        <w:spacing w:before="100" w:after="60"/>
        <w:rPr>
          <w:lang w:val="es-ES"/>
        </w:rPr>
      </w:pPr>
      <w:bookmarkStart w:id="28" w:name="ej_antecedentes"/>
      <w:r w:rsidRPr="00497C72">
        <w:rPr>
          <w:b/>
          <w:color w:val="18482E"/>
          <w:sz w:val="24"/>
          <w:lang w:val="es-ES"/>
        </w:rPr>
        <w:t>A.1. Antecedentes, situación de partida y necesidad</w:t>
      </w:r>
      <w:bookmarkEnd w:id="28"/>
    </w:p>
    <w:tbl>
      <w:tblPr>
        <w:tblW w:w="0" w:type="auto"/>
        <w:tblLook w:val="04A0" w:firstRow="1" w:lastRow="0" w:firstColumn="1" w:lastColumn="0" w:noHBand="0" w:noVBand="1"/>
      </w:tblPr>
      <w:tblGrid>
        <w:gridCol w:w="10246"/>
      </w:tblGrid>
      <w:tr w:rsidR="00DB2DC9" w:rsidRPr="00497C72" w14:paraId="088CA85A"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16A9BB8C" w14:textId="77777777" w:rsidR="00DB2DC9" w:rsidRPr="00497C72" w:rsidRDefault="00A3308C">
            <w:pPr>
              <w:spacing w:after="0"/>
              <w:rPr>
                <w:lang w:val="es-ES"/>
              </w:rPr>
            </w:pPr>
            <w:r w:rsidRPr="00497C72">
              <w:rPr>
                <w:color w:val="333333"/>
                <w:lang w:val="es-ES"/>
              </w:rPr>
              <w:t>Orientación: describa primero el problema existente y después explique por qué la solución propuesta es necesaria, proporcionada y útil. Evite comenzar directamente por la obra.</w:t>
            </w:r>
            <w:r w:rsidRPr="00497C72">
              <w:rPr>
                <w:color w:val="333333"/>
                <w:lang w:val="es-ES"/>
              </w:rPr>
              <w:br/>
            </w:r>
            <w:r w:rsidRPr="00497C72">
              <w:rPr>
                <w:color w:val="333333"/>
                <w:lang w:val="es-ES"/>
              </w:rPr>
              <w:br/>
            </w:r>
            <w:r w:rsidRPr="00497C72">
              <w:rPr>
                <w:color w:val="333333"/>
                <w:lang w:val="es-ES"/>
              </w:rPr>
              <w:t>Ejemplo ficticio: La antigua escuela municipal de Valdemora permanece cerrada desde 2018 y presenta barreras de accesibilidad, instalaciones obsoletas y ausencia de conectividad. La localidad no dispone de un espacio accesible para actividades de envejecimiento activo, apoyo digital y convivencia intergeneracional. Las asociaciones vecinales utilizan locales dispersos y el Ayuntamiento ha detectado demanda de acompañamiento para trámites electrónicos. La intervención permitirá recuperar un inmueble municipa</w:t>
            </w:r>
            <w:r w:rsidRPr="00497C72">
              <w:rPr>
                <w:color w:val="333333"/>
                <w:lang w:val="es-ES"/>
              </w:rPr>
              <w:t>l en desuso y concentrar en él un servicio estable.</w:t>
            </w:r>
          </w:p>
        </w:tc>
      </w:tr>
    </w:tbl>
    <w:p w14:paraId="17234AE8" w14:textId="77777777" w:rsidR="00DB2DC9" w:rsidRPr="00497C72" w:rsidRDefault="00A3308C">
      <w:pPr>
        <w:spacing w:after="80"/>
        <w:rPr>
          <w:lang w:val="es-ES"/>
        </w:rPr>
      </w:pPr>
      <w:hyperlink w:anchor="ap_ej_antecedentes_94780" w:history="1">
        <w:r w:rsidRPr="00497C72">
          <w:rPr>
            <w:color w:val="18482E"/>
            <w:u w:val="single"/>
            <w:lang w:val="es-ES"/>
          </w:rPr>
          <w:t>Volver al apartado de la memoria</w:t>
        </w:r>
      </w:hyperlink>
    </w:p>
    <w:p w14:paraId="3FFD6153" w14:textId="77777777" w:rsidR="00DB2DC9" w:rsidRPr="00497C72" w:rsidRDefault="00A3308C">
      <w:pPr>
        <w:keepNext/>
        <w:pBdr>
          <w:bottom w:val="single" w:sz="8" w:space="2" w:color="18482E"/>
        </w:pBdr>
        <w:spacing w:before="100" w:after="60"/>
        <w:rPr>
          <w:lang w:val="es-ES"/>
        </w:rPr>
      </w:pPr>
      <w:bookmarkStart w:id="29" w:name="ej_participacion"/>
      <w:r w:rsidRPr="00497C72">
        <w:rPr>
          <w:b/>
          <w:color w:val="18482E"/>
          <w:sz w:val="24"/>
          <w:lang w:val="es-ES"/>
        </w:rPr>
        <w:t>A.2. Población destinataria, participación y objetivos</w:t>
      </w:r>
      <w:bookmarkEnd w:id="29"/>
    </w:p>
    <w:tbl>
      <w:tblPr>
        <w:tblW w:w="0" w:type="auto"/>
        <w:tblLook w:val="04A0" w:firstRow="1" w:lastRow="0" w:firstColumn="1" w:lastColumn="0" w:noHBand="0" w:noVBand="1"/>
      </w:tblPr>
      <w:tblGrid>
        <w:gridCol w:w="10246"/>
      </w:tblGrid>
      <w:tr w:rsidR="00DB2DC9" w:rsidRPr="00497C72" w14:paraId="628A0726"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768B8C15" w14:textId="77777777" w:rsidR="00DB2DC9" w:rsidRPr="00497C72" w:rsidRDefault="00A3308C">
            <w:pPr>
              <w:spacing w:after="0"/>
              <w:rPr>
                <w:lang w:val="es-ES"/>
              </w:rPr>
            </w:pPr>
            <w:r w:rsidRPr="00497C72">
              <w:rPr>
                <w:color w:val="333333"/>
                <w:lang w:val="es-ES"/>
              </w:rPr>
              <w:t>Orientación: identifique colectivos, estime usuarios con una fuente razonable y explique cómo participaron en el diseño. Distinga necesidad detectada, aportación recibida y decisión incorporada.</w:t>
            </w:r>
            <w:r w:rsidRPr="00497C72">
              <w:rPr>
                <w:color w:val="333333"/>
                <w:lang w:val="es-ES"/>
              </w:rPr>
              <w:br/>
            </w:r>
            <w:r w:rsidRPr="00497C72">
              <w:rPr>
                <w:color w:val="333333"/>
                <w:lang w:val="es-ES"/>
              </w:rPr>
              <w:br/>
            </w:r>
            <w:r w:rsidRPr="00497C72">
              <w:rPr>
                <w:color w:val="333333"/>
                <w:lang w:val="es-ES"/>
              </w:rPr>
              <w:t>Ejemplo ficticio: Destinatarios directos: personas mayores, jóvenes, familias, asociaciones y población con dificultades de acceso digital; previsión de 120 usuarios distintos al año, estimada a partir del padrón, registros de actividades y encuesta municipal. Se realizaron dos reuniones abiertas y una encuesta. Las personas mayores solicitaron apoyo presencial y horarios de mañana; los jóvenes propusieron conexión wifi y zona de estudio. El proyecto incorpora ambas demandas. Objetivos: abrir el centro, des</w:t>
            </w:r>
            <w:r w:rsidRPr="00497C72">
              <w:rPr>
                <w:color w:val="333333"/>
                <w:lang w:val="es-ES"/>
              </w:rPr>
              <w:t>arrollar al menos 24 actividades anuales y prestar apoyo digital dos tardes y dos mañanas por semana.</w:t>
            </w:r>
          </w:p>
        </w:tc>
      </w:tr>
    </w:tbl>
    <w:p w14:paraId="64413104" w14:textId="77777777" w:rsidR="00DB2DC9" w:rsidRPr="00497C72" w:rsidRDefault="00A3308C">
      <w:pPr>
        <w:spacing w:after="80"/>
        <w:rPr>
          <w:lang w:val="es-ES"/>
        </w:rPr>
      </w:pPr>
      <w:hyperlink w:anchor="ap_ej_participacion_49603" w:history="1">
        <w:r w:rsidRPr="00497C72">
          <w:rPr>
            <w:color w:val="18482E"/>
            <w:u w:val="single"/>
            <w:lang w:val="es-ES"/>
          </w:rPr>
          <w:t>Volver al apartado de la memoria</w:t>
        </w:r>
      </w:hyperlink>
    </w:p>
    <w:p w14:paraId="34025C17" w14:textId="77777777" w:rsidR="00DB2DC9" w:rsidRPr="00497C72" w:rsidRDefault="00A3308C">
      <w:pPr>
        <w:keepNext/>
        <w:pBdr>
          <w:bottom w:val="single" w:sz="8" w:space="2" w:color="18482E"/>
        </w:pBdr>
        <w:spacing w:before="100" w:after="60"/>
        <w:rPr>
          <w:lang w:val="es-ES"/>
        </w:rPr>
      </w:pPr>
      <w:bookmarkStart w:id="30" w:name="ej_encaje"/>
      <w:r w:rsidRPr="00497C72">
        <w:rPr>
          <w:b/>
          <w:color w:val="18482E"/>
          <w:sz w:val="24"/>
          <w:lang w:val="es-ES"/>
        </w:rPr>
        <w:t>A.3. Encaje en LEADER y en la EDLP</w:t>
      </w:r>
      <w:bookmarkEnd w:id="30"/>
    </w:p>
    <w:tbl>
      <w:tblPr>
        <w:tblW w:w="0" w:type="auto"/>
        <w:tblLook w:val="04A0" w:firstRow="1" w:lastRow="0" w:firstColumn="1" w:lastColumn="0" w:noHBand="0" w:noVBand="1"/>
      </w:tblPr>
      <w:tblGrid>
        <w:gridCol w:w="10246"/>
      </w:tblGrid>
      <w:tr w:rsidR="00DB2DC9" w:rsidRPr="00497C72" w14:paraId="1410DC33"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5993BEF0" w14:textId="77777777" w:rsidR="00DB2DC9" w:rsidRPr="00497C72" w:rsidRDefault="00A3308C">
            <w:pPr>
              <w:spacing w:after="0"/>
              <w:rPr>
                <w:lang w:val="es-ES"/>
              </w:rPr>
            </w:pPr>
            <w:r w:rsidRPr="00497C72">
              <w:rPr>
                <w:color w:val="333333"/>
                <w:lang w:val="es-ES"/>
              </w:rPr>
              <w:t>Orientación: relacione la operación con la finalidad de mejorar infraestructuras y servicios públicos innovadores, la calidad de vida y, cuando proceda, el asentamiento de población. Cite necesidades de la EDLP solo cuando exista una relación directa.</w:t>
            </w:r>
            <w:r w:rsidRPr="00497C72">
              <w:rPr>
                <w:color w:val="333333"/>
                <w:lang w:val="es-ES"/>
              </w:rPr>
              <w:br/>
            </w:r>
            <w:r w:rsidRPr="00497C72">
              <w:rPr>
                <w:color w:val="333333"/>
                <w:lang w:val="es-ES"/>
              </w:rPr>
              <w:br/>
            </w:r>
            <w:r w:rsidRPr="00497C72">
              <w:rPr>
                <w:color w:val="333333"/>
                <w:lang w:val="es-ES"/>
              </w:rPr>
              <w:t>Ejemplo ficticio: La operación mejora un servicio básico de proximidad mediante un modelo integrado de inclusión digital y convivencia intergeneracional. Contribuye a reducir la brecha digital, ampliar los servicios a personas mayores y jóvenes y recuperar un inmueble municipal para un uso comunitario estable. Estas actuaciones se vinculan con la mejora de la calidad de vida y el fortalecimiento de servicios que favorecen la permanencia de población.</w:t>
            </w:r>
          </w:p>
        </w:tc>
      </w:tr>
    </w:tbl>
    <w:p w14:paraId="65DC504A" w14:textId="77777777" w:rsidR="00DB2DC9" w:rsidRPr="00497C72" w:rsidRDefault="00A3308C">
      <w:pPr>
        <w:spacing w:after="80"/>
        <w:rPr>
          <w:lang w:val="es-ES"/>
        </w:rPr>
      </w:pPr>
      <w:hyperlink w:anchor="ap_ej_encaje_25386" w:history="1">
        <w:r w:rsidRPr="00497C72">
          <w:rPr>
            <w:color w:val="18482E"/>
            <w:u w:val="single"/>
            <w:lang w:val="es-ES"/>
          </w:rPr>
          <w:t>Volver al apartado</w:t>
        </w:r>
        <w:r w:rsidRPr="00497C72">
          <w:rPr>
            <w:color w:val="18482E"/>
            <w:u w:val="single"/>
            <w:lang w:val="es-ES"/>
          </w:rPr>
          <w:t xml:space="preserve"> </w:t>
        </w:r>
        <w:r w:rsidRPr="00497C72">
          <w:rPr>
            <w:color w:val="18482E"/>
            <w:u w:val="single"/>
            <w:lang w:val="es-ES"/>
          </w:rPr>
          <w:t>de la memoria</w:t>
        </w:r>
      </w:hyperlink>
    </w:p>
    <w:p w14:paraId="500116D3" w14:textId="77777777" w:rsidR="00DB2DC9" w:rsidRPr="00497C72" w:rsidRDefault="00A3308C">
      <w:pPr>
        <w:keepNext/>
        <w:pBdr>
          <w:bottom w:val="single" w:sz="8" w:space="2" w:color="18482E"/>
        </w:pBdr>
        <w:spacing w:before="100" w:after="60"/>
        <w:rPr>
          <w:lang w:val="es-ES"/>
        </w:rPr>
      </w:pPr>
      <w:bookmarkStart w:id="31" w:name="ej_operaciones"/>
      <w:r w:rsidRPr="00497C72">
        <w:rPr>
          <w:b/>
          <w:color w:val="18482E"/>
          <w:sz w:val="24"/>
          <w:lang w:val="es-ES"/>
        </w:rPr>
        <w:t>A.4. Diferencia entre inversiones y otras operaciones</w:t>
      </w:r>
      <w:bookmarkEnd w:id="31"/>
    </w:p>
    <w:tbl>
      <w:tblPr>
        <w:tblW w:w="0" w:type="auto"/>
        <w:tblLook w:val="04A0" w:firstRow="1" w:lastRow="0" w:firstColumn="1" w:lastColumn="0" w:noHBand="0" w:noVBand="1"/>
      </w:tblPr>
      <w:tblGrid>
        <w:gridCol w:w="10246"/>
      </w:tblGrid>
      <w:tr w:rsidR="00DB2DC9" w:rsidRPr="00497C72" w14:paraId="1E51B8E0"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54D584BA" w14:textId="77777777" w:rsidR="00DB2DC9" w:rsidRPr="00497C72" w:rsidRDefault="00A3308C">
            <w:pPr>
              <w:spacing w:after="0"/>
              <w:rPr>
                <w:lang w:val="es-ES"/>
              </w:rPr>
            </w:pPr>
            <w:r w:rsidRPr="00497C72">
              <w:rPr>
                <w:color w:val="333333"/>
                <w:lang w:val="es-ES"/>
              </w:rPr>
              <w:t>Orientación: las inversiones son bienes u obras sujetos a durabilidad; las otras operaciones son actividades, servicios, protocolos o compromisos que hacen funcionar el proyecto. Deben estar conectadas mediante códigos.</w:t>
            </w:r>
            <w:r w:rsidRPr="00497C72">
              <w:rPr>
                <w:color w:val="333333"/>
                <w:lang w:val="es-ES"/>
              </w:rPr>
              <w:br/>
            </w:r>
            <w:r w:rsidRPr="00497C72">
              <w:rPr>
                <w:color w:val="333333"/>
                <w:lang w:val="es-ES"/>
              </w:rPr>
              <w:br/>
            </w:r>
            <w:r w:rsidRPr="00497C72">
              <w:rPr>
                <w:color w:val="333333"/>
                <w:lang w:val="es-ES"/>
              </w:rPr>
              <w:t>Ejemplo ficticio: I1 - rehabilitación, accesibilidad e instalaciones del edificio; I2 - mobiliario y equipamiento informático; O1 - programa anual de alfabetización digital y actividades intergeneracionales; O2 - reglamento de uso, sistema de reservas y comisión de seguimiento. Sin I1 e I2 no existe espacio operativo; sin O1 y O2 la actuación quedaría reducida a una reforma sin servicio definido.</w:t>
            </w:r>
          </w:p>
        </w:tc>
      </w:tr>
    </w:tbl>
    <w:p w14:paraId="402E3308" w14:textId="77777777" w:rsidR="00DB2DC9" w:rsidRPr="00497C72" w:rsidRDefault="00A3308C">
      <w:pPr>
        <w:spacing w:after="80"/>
        <w:rPr>
          <w:lang w:val="es-ES"/>
        </w:rPr>
      </w:pPr>
      <w:hyperlink w:anchor="ap_ej_operaciones_27876" w:history="1">
        <w:r w:rsidRPr="00497C72">
          <w:rPr>
            <w:color w:val="18482E"/>
            <w:u w:val="single"/>
            <w:lang w:val="es-ES"/>
          </w:rPr>
          <w:t xml:space="preserve">Volver al apartado de la </w:t>
        </w:r>
        <w:r w:rsidRPr="00497C72">
          <w:rPr>
            <w:color w:val="18482E"/>
            <w:u w:val="single"/>
            <w:lang w:val="es-ES"/>
          </w:rPr>
          <w:t>m</w:t>
        </w:r>
        <w:r w:rsidRPr="00497C72">
          <w:rPr>
            <w:color w:val="18482E"/>
            <w:u w:val="single"/>
            <w:lang w:val="es-ES"/>
          </w:rPr>
          <w:t>e</w:t>
        </w:r>
        <w:r w:rsidRPr="00497C72">
          <w:rPr>
            <w:color w:val="18482E"/>
            <w:u w:val="single"/>
            <w:lang w:val="es-ES"/>
          </w:rPr>
          <w:t>moria</w:t>
        </w:r>
      </w:hyperlink>
    </w:p>
    <w:p w14:paraId="47688296" w14:textId="77777777" w:rsidR="00DB2DC9" w:rsidRDefault="00A3308C">
      <w:pPr>
        <w:keepNext/>
        <w:pBdr>
          <w:bottom w:val="single" w:sz="8" w:space="2" w:color="18482E"/>
        </w:pBdr>
        <w:spacing w:before="100" w:after="60"/>
      </w:pPr>
      <w:bookmarkStart w:id="32" w:name="ej_resultados"/>
      <w:r>
        <w:rPr>
          <w:b/>
          <w:color w:val="18482E"/>
          <w:sz w:val="24"/>
        </w:rPr>
        <w:t>A.5. Resultados, indicadores y estrategia</w:t>
      </w:r>
      <w:bookmarkEnd w:id="32"/>
    </w:p>
    <w:tbl>
      <w:tblPr>
        <w:tblW w:w="0" w:type="auto"/>
        <w:tblLook w:val="04A0" w:firstRow="1" w:lastRow="0" w:firstColumn="1" w:lastColumn="0" w:noHBand="0" w:noVBand="1"/>
      </w:tblPr>
      <w:tblGrid>
        <w:gridCol w:w="10246"/>
      </w:tblGrid>
      <w:tr w:rsidR="00DB2DC9" w:rsidRPr="00497C72" w14:paraId="6D88D7E0"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0F6695AD" w14:textId="77777777" w:rsidR="00DB2DC9" w:rsidRPr="00497C72" w:rsidRDefault="00A3308C">
            <w:pPr>
              <w:spacing w:after="0"/>
              <w:rPr>
                <w:lang w:val="es-ES"/>
              </w:rPr>
            </w:pPr>
            <w:r w:rsidRPr="00497C72">
              <w:rPr>
                <w:color w:val="333333"/>
                <w:lang w:val="es-ES"/>
              </w:rPr>
              <w:t>Orientación: formule resultados verificables, no solo intenciones. Cada indicador debe tener situación inicial, meta, fecha y evidencia.</w:t>
            </w:r>
            <w:r w:rsidRPr="00497C72">
              <w:rPr>
                <w:color w:val="333333"/>
                <w:lang w:val="es-ES"/>
              </w:rPr>
              <w:br/>
            </w:r>
            <w:r w:rsidRPr="00497C72">
              <w:rPr>
                <w:color w:val="333333"/>
                <w:lang w:val="es-ES"/>
              </w:rPr>
              <w:br/>
            </w:r>
            <w:r w:rsidRPr="00497C72">
              <w:rPr>
                <w:color w:val="333333"/>
                <w:lang w:val="es-ES"/>
              </w:rPr>
              <w:t>Ejemplo ficticio: Resultado 1: centro abierto y operativo antes del 31/08/2028; evidencia: acta de recepción, fotografías y resolución de puesta en servicio. Resultado 2: 120 usuarios distintos y 24 actividades durante el primer año completo; evidencia: registros de asistencia y programa anual. Resultado 3: reducción estimada del consumo energético respecto de la situación de partida; evidencia: informe técnico y facturación comparable, únicamente si el proyecto permite medirla.</w:t>
            </w:r>
          </w:p>
        </w:tc>
      </w:tr>
    </w:tbl>
    <w:p w14:paraId="35CE97E6" w14:textId="77777777" w:rsidR="00DB2DC9" w:rsidRPr="00497C72" w:rsidRDefault="00A3308C">
      <w:pPr>
        <w:spacing w:after="80"/>
        <w:rPr>
          <w:lang w:val="es-ES"/>
        </w:rPr>
      </w:pPr>
      <w:hyperlink w:anchor="ap_ej_resultados_12228" w:history="1">
        <w:r w:rsidRPr="00497C72">
          <w:rPr>
            <w:color w:val="18482E"/>
            <w:u w:val="single"/>
            <w:lang w:val="es-ES"/>
          </w:rPr>
          <w:t>Volver al apar</w:t>
        </w:r>
        <w:r w:rsidRPr="00497C72">
          <w:rPr>
            <w:color w:val="18482E"/>
            <w:u w:val="single"/>
            <w:lang w:val="es-ES"/>
          </w:rPr>
          <w:t>t</w:t>
        </w:r>
        <w:r w:rsidRPr="00497C72">
          <w:rPr>
            <w:color w:val="18482E"/>
            <w:u w:val="single"/>
            <w:lang w:val="es-ES"/>
          </w:rPr>
          <w:t>ado de la memoria</w:t>
        </w:r>
      </w:hyperlink>
    </w:p>
    <w:p w14:paraId="51A61F35" w14:textId="77777777" w:rsidR="00DB2DC9" w:rsidRPr="00497C72" w:rsidRDefault="00A3308C">
      <w:pPr>
        <w:keepNext/>
        <w:pBdr>
          <w:bottom w:val="single" w:sz="8" w:space="2" w:color="18482E"/>
        </w:pBdr>
        <w:spacing w:before="100" w:after="60"/>
        <w:rPr>
          <w:lang w:val="es-ES"/>
        </w:rPr>
      </w:pPr>
      <w:bookmarkStart w:id="33" w:name="ej_gestion"/>
      <w:r w:rsidRPr="00497C72">
        <w:rPr>
          <w:b/>
          <w:color w:val="18482E"/>
          <w:sz w:val="24"/>
          <w:lang w:val="es-ES"/>
        </w:rPr>
        <w:lastRenderedPageBreak/>
        <w:t>A.6. Modelo de gestión y funcionamiento</w:t>
      </w:r>
      <w:bookmarkEnd w:id="33"/>
    </w:p>
    <w:tbl>
      <w:tblPr>
        <w:tblW w:w="0" w:type="auto"/>
        <w:tblLook w:val="04A0" w:firstRow="1" w:lastRow="0" w:firstColumn="1" w:lastColumn="0" w:noHBand="0" w:noVBand="1"/>
      </w:tblPr>
      <w:tblGrid>
        <w:gridCol w:w="10246"/>
      </w:tblGrid>
      <w:tr w:rsidR="00DB2DC9" w:rsidRPr="00497C72" w14:paraId="68062C6A"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6D08071F" w14:textId="77777777" w:rsidR="00DB2DC9" w:rsidRPr="00497C72" w:rsidRDefault="00A3308C">
            <w:pPr>
              <w:spacing w:after="0"/>
              <w:rPr>
                <w:lang w:val="es-ES"/>
              </w:rPr>
            </w:pPr>
            <w:r w:rsidRPr="00497C72">
              <w:rPr>
                <w:color w:val="333333"/>
                <w:lang w:val="es-ES"/>
              </w:rPr>
              <w:t>Orientación: indique quién abre, programa, mantiene y controla el servicio; horarios; reserva o acceso; personal; colaboraciones y fecha de puesta en marcha.</w:t>
            </w:r>
            <w:r w:rsidRPr="00497C72">
              <w:rPr>
                <w:color w:val="333333"/>
                <w:lang w:val="es-ES"/>
              </w:rPr>
              <w:br/>
            </w:r>
            <w:r w:rsidRPr="00497C72">
              <w:rPr>
                <w:color w:val="333333"/>
                <w:lang w:val="es-ES"/>
              </w:rPr>
              <w:br/>
            </w:r>
            <w:r w:rsidRPr="00497C72">
              <w:rPr>
                <w:color w:val="333333"/>
                <w:lang w:val="es-ES"/>
              </w:rPr>
              <w:t>Ejemplo ficticio: gestión directa municipal por el área de servicios sociales y cultura. Apertura de lunes a viernes, con franjas de libre acceso y actividades programadas. Una persona municipal coordina el calendario; las asociaciones colaboran mediante convenios o autorizaciones sin exclusividad. El reglamento establece reservas, prioridades de uso, protección de datos y condiciones de convivencia. La apertura se producirá tras la recepción, alta de suministros y aprobación del programa inicial.</w:t>
            </w:r>
          </w:p>
        </w:tc>
      </w:tr>
    </w:tbl>
    <w:p w14:paraId="4FE2DDF6" w14:textId="77777777" w:rsidR="00DB2DC9" w:rsidRPr="00497C72" w:rsidRDefault="00A3308C">
      <w:pPr>
        <w:spacing w:after="80"/>
        <w:rPr>
          <w:lang w:val="es-ES"/>
        </w:rPr>
      </w:pPr>
      <w:hyperlink w:anchor="ap_ej_gestion_39343" w:history="1">
        <w:r w:rsidRPr="00497C72">
          <w:rPr>
            <w:color w:val="18482E"/>
            <w:u w:val="single"/>
            <w:lang w:val="es-ES"/>
          </w:rPr>
          <w:t>Volver al apartado de la memoria</w:t>
        </w:r>
      </w:hyperlink>
    </w:p>
    <w:p w14:paraId="4D69FF15" w14:textId="77777777" w:rsidR="00DB2DC9" w:rsidRDefault="00A3308C">
      <w:pPr>
        <w:keepNext/>
        <w:pBdr>
          <w:bottom w:val="single" w:sz="8" w:space="2" w:color="18482E"/>
        </w:pBdr>
        <w:spacing w:before="100" w:after="60"/>
      </w:pPr>
      <w:bookmarkStart w:id="34" w:name="ej_innovacion"/>
      <w:r>
        <w:rPr>
          <w:b/>
          <w:color w:val="18482E"/>
          <w:sz w:val="24"/>
        </w:rPr>
        <w:t>A.7. Innovación y valor añadido</w:t>
      </w:r>
      <w:bookmarkEnd w:id="34"/>
    </w:p>
    <w:tbl>
      <w:tblPr>
        <w:tblW w:w="0" w:type="auto"/>
        <w:tblLook w:val="04A0" w:firstRow="1" w:lastRow="0" w:firstColumn="1" w:lastColumn="0" w:noHBand="0" w:noVBand="1"/>
      </w:tblPr>
      <w:tblGrid>
        <w:gridCol w:w="10246"/>
      </w:tblGrid>
      <w:tr w:rsidR="00DB2DC9" w:rsidRPr="00497C72" w14:paraId="1AA0A321"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766BA4DD" w14:textId="77777777" w:rsidR="00DB2DC9" w:rsidRPr="00497C72" w:rsidRDefault="00A3308C">
            <w:pPr>
              <w:spacing w:after="0"/>
              <w:rPr>
                <w:lang w:val="es-ES"/>
              </w:rPr>
            </w:pPr>
            <w:r w:rsidRPr="00497C72">
              <w:rPr>
                <w:color w:val="333333"/>
                <w:lang w:val="es-ES"/>
              </w:rPr>
              <w:t>Orientación: explique qué cambia en el servicio, uso o gestión. Una reforma, sustitución o compra no es innovadora por sí misma.</w:t>
            </w:r>
            <w:r w:rsidRPr="00497C72">
              <w:rPr>
                <w:color w:val="333333"/>
                <w:lang w:val="es-ES"/>
              </w:rPr>
              <w:br/>
            </w:r>
            <w:r w:rsidRPr="00497C72">
              <w:rPr>
                <w:color w:val="333333"/>
                <w:lang w:val="es-ES"/>
              </w:rPr>
              <w:br/>
            </w:r>
            <w:r w:rsidRPr="00497C72">
              <w:rPr>
                <w:color w:val="333333"/>
                <w:lang w:val="es-ES"/>
              </w:rPr>
              <w:t>Ejemplo ficticio: la innovación no consiste en rehabilitar la escuela, sino en implantar en una localidad sin servicio equivalente un centro que combina apoyo digital, actividades intergeneracionales, cesión organizada de espacios y seguimiento de uso. El valor añadido se acredita comparando la situación anterior -edificio cerrado y actividades dispersas- con la posterior -servicio único, accesible, programado y medible-.</w:t>
            </w:r>
          </w:p>
        </w:tc>
      </w:tr>
    </w:tbl>
    <w:p w14:paraId="1F9EF1BF" w14:textId="77777777" w:rsidR="00DB2DC9" w:rsidRPr="00497C72" w:rsidRDefault="00A3308C">
      <w:pPr>
        <w:spacing w:after="80"/>
        <w:rPr>
          <w:lang w:val="es-ES"/>
        </w:rPr>
      </w:pPr>
      <w:hyperlink w:anchor="ap_ej_innovacion_18510" w:history="1">
        <w:r w:rsidRPr="00497C72">
          <w:rPr>
            <w:color w:val="18482E"/>
            <w:u w:val="single"/>
            <w:lang w:val="es-ES"/>
          </w:rPr>
          <w:t>Volver al apartado de la memoria</w:t>
        </w:r>
      </w:hyperlink>
    </w:p>
    <w:p w14:paraId="2FACEE2D" w14:textId="77777777" w:rsidR="00DB2DC9" w:rsidRPr="00497C72" w:rsidRDefault="00A3308C">
      <w:pPr>
        <w:keepNext/>
        <w:pBdr>
          <w:bottom w:val="single" w:sz="8" w:space="2" w:color="18482E"/>
        </w:pBdr>
        <w:spacing w:before="100" w:after="60"/>
        <w:rPr>
          <w:lang w:val="es-ES"/>
        </w:rPr>
      </w:pPr>
      <w:bookmarkStart w:id="35" w:name="ej_no_productivo"/>
      <w:r w:rsidRPr="00497C72">
        <w:rPr>
          <w:b/>
          <w:color w:val="18482E"/>
          <w:sz w:val="24"/>
          <w:lang w:val="es-ES"/>
        </w:rPr>
        <w:t>A.8. Interés público, carácter no productivo y posibles ingresos</w:t>
      </w:r>
      <w:bookmarkEnd w:id="35"/>
    </w:p>
    <w:tbl>
      <w:tblPr>
        <w:tblW w:w="0" w:type="auto"/>
        <w:tblLook w:val="04A0" w:firstRow="1" w:lastRow="0" w:firstColumn="1" w:lastColumn="0" w:noHBand="0" w:noVBand="1"/>
      </w:tblPr>
      <w:tblGrid>
        <w:gridCol w:w="10246"/>
      </w:tblGrid>
      <w:tr w:rsidR="00DB2DC9" w:rsidRPr="00497C72" w14:paraId="03427B84"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1839FA42" w14:textId="77777777" w:rsidR="00DB2DC9" w:rsidRPr="00497C72" w:rsidRDefault="00A3308C">
            <w:pPr>
              <w:spacing w:after="0"/>
              <w:rPr>
                <w:lang w:val="es-ES"/>
              </w:rPr>
            </w:pPr>
            <w:r w:rsidRPr="00497C72">
              <w:rPr>
                <w:color w:val="333333"/>
                <w:lang w:val="es-ES"/>
              </w:rPr>
              <w:t>Orientación: describa la finalidad pública, el régimen de acceso y la ausencia de explotación comercial. La existencia de tasas o precios públicos no convierte automáticamente la operación en productiva; debe explicarse su regulación y destino.</w:t>
            </w:r>
            <w:r w:rsidRPr="00497C72">
              <w:rPr>
                <w:color w:val="333333"/>
                <w:lang w:val="es-ES"/>
              </w:rPr>
              <w:br/>
            </w:r>
            <w:r w:rsidRPr="00497C72">
              <w:rPr>
                <w:color w:val="333333"/>
                <w:lang w:val="es-ES"/>
              </w:rPr>
              <w:br/>
            </w:r>
            <w:r w:rsidRPr="00497C72">
              <w:rPr>
                <w:color w:val="333333"/>
                <w:lang w:val="es-ES"/>
              </w:rPr>
              <w:t>Ejemplo ficticio: el centro presta un servicio municipal abierto a la población con criterios objetivos y no favorece a una empresa concreta. El acceso general es gratuito. Determinados talleres pueden exigir una aportación regulada para materiales, destinada exclusivamente a compensar su coste. No existe reparto de beneficios ni explotación empresarial del inmueble. Cualquier colaboración externa se formalizará conforme a la normativa aplicable y sin derechos exclusivos injustificados.</w:t>
            </w:r>
          </w:p>
        </w:tc>
      </w:tr>
    </w:tbl>
    <w:p w14:paraId="288919A6" w14:textId="77777777" w:rsidR="00DB2DC9" w:rsidRPr="00497C72" w:rsidRDefault="00A3308C">
      <w:pPr>
        <w:spacing w:after="80"/>
        <w:rPr>
          <w:lang w:val="es-ES"/>
        </w:rPr>
      </w:pPr>
      <w:hyperlink w:anchor="ap_ej_no_productivo_13227" w:history="1">
        <w:r w:rsidRPr="00497C72">
          <w:rPr>
            <w:color w:val="18482E"/>
            <w:u w:val="single"/>
            <w:lang w:val="es-ES"/>
          </w:rPr>
          <w:t>Volver al apartado de la memoria</w:t>
        </w:r>
      </w:hyperlink>
    </w:p>
    <w:p w14:paraId="2EA9AC9B" w14:textId="77777777" w:rsidR="00DB2DC9" w:rsidRPr="00497C72" w:rsidRDefault="00A3308C">
      <w:pPr>
        <w:keepNext/>
        <w:pBdr>
          <w:bottom w:val="single" w:sz="8" w:space="2" w:color="18482E"/>
        </w:pBdr>
        <w:spacing w:before="100" w:after="60"/>
        <w:rPr>
          <w:lang w:val="es-ES"/>
        </w:rPr>
      </w:pPr>
      <w:bookmarkStart w:id="36" w:name="ej_preparacion"/>
      <w:r w:rsidRPr="00497C72">
        <w:rPr>
          <w:b/>
          <w:color w:val="18482E"/>
          <w:sz w:val="24"/>
          <w:lang w:val="es-ES"/>
        </w:rPr>
        <w:t>A.9. Preparación técnica, integridad, sostenibilidad y publicidad</w:t>
      </w:r>
      <w:bookmarkEnd w:id="36"/>
    </w:p>
    <w:tbl>
      <w:tblPr>
        <w:tblW w:w="0" w:type="auto"/>
        <w:tblLook w:val="04A0" w:firstRow="1" w:lastRow="0" w:firstColumn="1" w:lastColumn="0" w:noHBand="0" w:noVBand="1"/>
      </w:tblPr>
      <w:tblGrid>
        <w:gridCol w:w="10246"/>
      </w:tblGrid>
      <w:tr w:rsidR="00DB2DC9" w:rsidRPr="00497C72" w14:paraId="0B574AA1"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3E4F82BC" w14:textId="77777777" w:rsidR="00DB2DC9" w:rsidRPr="00497C72" w:rsidRDefault="00A3308C">
            <w:pPr>
              <w:spacing w:after="0"/>
              <w:rPr>
                <w:lang w:val="es-ES"/>
              </w:rPr>
            </w:pPr>
            <w:r w:rsidRPr="00497C72">
              <w:rPr>
                <w:color w:val="333333"/>
                <w:lang w:val="es-ES"/>
              </w:rPr>
              <w:t>Orientación: identifique la documentación técnica y permisos, explique por qué el conjunto quedará plenamente operativo y cómo se mantendrá durante tres años desde el pago final.</w:t>
            </w:r>
            <w:r w:rsidRPr="00497C72">
              <w:rPr>
                <w:color w:val="333333"/>
                <w:lang w:val="es-ES"/>
              </w:rPr>
              <w:br/>
            </w:r>
            <w:r w:rsidRPr="00497C72">
              <w:rPr>
                <w:color w:val="333333"/>
                <w:lang w:val="es-ES"/>
              </w:rPr>
              <w:br/>
            </w:r>
            <w:r w:rsidRPr="00497C72">
              <w:rPr>
                <w:color w:val="333333"/>
                <w:lang w:val="es-ES"/>
              </w:rPr>
              <w:t>Ejemplo ficticio: el Ayuntamiento dispone del inmueble y aporta referencia catastral. Se adjunta proyecto técnico con accesibilidad, instalaciones y eficiencia energética; se relacionan las autorizaciones y su estado. La operación es completa porque incluye obra, equipamiento, reglamento y programa inicial. El mantenimiento se financiará con una aplicación presupuestaria anual para energía, limpieza, seguros, conectividad y actividades. La publicidad incluirá web y redes oficiales, documentación de licitaci</w:t>
            </w:r>
            <w:r w:rsidRPr="00497C72">
              <w:rPr>
                <w:color w:val="333333"/>
                <w:lang w:val="es-ES"/>
              </w:rPr>
              <w:t>ón y placa o pantalla A3 en la sede, conservando evidencias.</w:t>
            </w:r>
          </w:p>
        </w:tc>
      </w:tr>
    </w:tbl>
    <w:p w14:paraId="2ED6BE48" w14:textId="77777777" w:rsidR="00DB2DC9" w:rsidRPr="00497C72" w:rsidRDefault="00A3308C">
      <w:pPr>
        <w:spacing w:after="80"/>
        <w:rPr>
          <w:lang w:val="es-ES"/>
        </w:rPr>
      </w:pPr>
      <w:hyperlink w:anchor="ap_ej_preparacion_67916" w:history="1">
        <w:r w:rsidRPr="00497C72">
          <w:rPr>
            <w:color w:val="18482E"/>
            <w:u w:val="single"/>
            <w:lang w:val="es-ES"/>
          </w:rPr>
          <w:t>Volver al apartado de la memoria</w:t>
        </w:r>
      </w:hyperlink>
    </w:p>
    <w:p w14:paraId="7F4EA80B" w14:textId="77777777" w:rsidR="00DB2DC9" w:rsidRPr="00497C72" w:rsidRDefault="00A3308C">
      <w:pPr>
        <w:keepNext/>
        <w:pBdr>
          <w:bottom w:val="single" w:sz="8" w:space="2" w:color="18482E"/>
        </w:pBdr>
        <w:spacing w:before="100" w:after="60"/>
        <w:rPr>
          <w:lang w:val="es-ES"/>
        </w:rPr>
      </w:pPr>
      <w:bookmarkStart w:id="37" w:name="ej_economico"/>
      <w:r w:rsidRPr="00497C72">
        <w:rPr>
          <w:b/>
          <w:color w:val="18482E"/>
          <w:sz w:val="24"/>
          <w:lang w:val="es-ES"/>
        </w:rPr>
        <w:t>A.10. Presupuesto, IVA, contratación, financiación y cronograma</w:t>
      </w:r>
      <w:bookmarkEnd w:id="37"/>
    </w:p>
    <w:tbl>
      <w:tblPr>
        <w:tblW w:w="0" w:type="auto"/>
        <w:tblLook w:val="04A0" w:firstRow="1" w:lastRow="0" w:firstColumn="1" w:lastColumn="0" w:noHBand="0" w:noVBand="1"/>
      </w:tblPr>
      <w:tblGrid>
        <w:gridCol w:w="10246"/>
      </w:tblGrid>
      <w:tr w:rsidR="00DB2DC9" w:rsidRPr="00497C72" w14:paraId="7B3387EE"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0791B0AD" w14:textId="540469A5" w:rsidR="00DB2DC9" w:rsidRPr="00497C72" w:rsidRDefault="00A3308C">
            <w:pPr>
              <w:spacing w:after="0"/>
              <w:rPr>
                <w:lang w:val="es-ES"/>
              </w:rPr>
            </w:pPr>
            <w:r w:rsidRPr="00497C72">
              <w:rPr>
                <w:color w:val="333333"/>
                <w:lang w:val="es-ES"/>
              </w:rPr>
              <w:t>Orientación: cada gasto debe relacionarse con un código del Bloque 2 y mantener coherencia con contratos, financiación y anualidades. El IVA solo es subvencionable cuando no sea recuperable.</w:t>
            </w:r>
            <w:r w:rsidR="005A6ED4">
              <w:rPr>
                <w:color w:val="333333"/>
                <w:lang w:val="es-ES"/>
              </w:rPr>
              <w:t xml:space="preserve">  Aquí se incluirán únicamente los importes de aquellas inversiones que son subvencionables (</w:t>
            </w:r>
            <w:r w:rsidRPr="00497C72">
              <w:rPr>
                <w:color w:val="333333"/>
                <w:lang w:val="es-ES"/>
              </w:rPr>
              <w:br/>
            </w:r>
            <w:r w:rsidRPr="00497C72">
              <w:rPr>
                <w:color w:val="333333"/>
                <w:lang w:val="es-ES"/>
              </w:rPr>
              <w:br/>
            </w:r>
            <w:r w:rsidRPr="00497C72">
              <w:rPr>
                <w:color w:val="333333"/>
                <w:lang w:val="es-ES"/>
              </w:rPr>
              <w:t xml:space="preserve">Ejemplo ficticio: I1 - rehabilitación: 80.000,00 € sin IVA / 96.800,00 € con IVA; I2 - equipamiento: 30.000,00 € / 36.300,00 €; O1 - </w:t>
            </w:r>
            <w:r w:rsidRPr="00497C72">
              <w:rPr>
                <w:color w:val="333333"/>
                <w:lang w:val="es-ES"/>
              </w:rPr>
              <w:t>servicios técnicos vinculados: 7.000,00 € / 8.470,00 €.</w:t>
            </w:r>
            <w:r w:rsidRPr="00497C72">
              <w:rPr>
                <w:color w:val="333333"/>
                <w:lang w:val="es-ES"/>
              </w:rPr>
              <w:t xml:space="preserve"> La Intervención acredita el régimen de IVA. Los contratos se agrupan por objetos coherentes y se aplica el procedimiento que corresponda, planificando tres ofertas comparables o el informe exigido cuando no se obtengan. El cronograma incorpora proyecto, autorizaciones, licitación, ejecución, recepción, equipamiento, apertura y solicitudes de pago.</w:t>
            </w:r>
          </w:p>
        </w:tc>
      </w:tr>
    </w:tbl>
    <w:p w14:paraId="02F2A050" w14:textId="77777777" w:rsidR="00DB2DC9" w:rsidRPr="00497C72" w:rsidRDefault="00A3308C">
      <w:pPr>
        <w:spacing w:after="80"/>
        <w:rPr>
          <w:lang w:val="es-ES"/>
        </w:rPr>
      </w:pPr>
      <w:hyperlink w:anchor="ap_ej_economico_98352" w:history="1">
        <w:r w:rsidRPr="00497C72">
          <w:rPr>
            <w:color w:val="18482E"/>
            <w:u w:val="single"/>
            <w:lang w:val="es-ES"/>
          </w:rPr>
          <w:t>Volver al apartado de la memoria</w:t>
        </w:r>
      </w:hyperlink>
    </w:p>
    <w:p w14:paraId="30FCD170" w14:textId="77777777" w:rsidR="00DB2DC9" w:rsidRPr="00497C72" w:rsidRDefault="00A3308C">
      <w:pPr>
        <w:keepNext/>
        <w:pBdr>
          <w:bottom w:val="single" w:sz="8" w:space="2" w:color="18482E"/>
        </w:pBdr>
        <w:spacing w:before="100" w:after="60"/>
        <w:rPr>
          <w:lang w:val="es-ES"/>
        </w:rPr>
      </w:pPr>
      <w:bookmarkStart w:id="38" w:name="ej_cso"/>
      <w:r w:rsidRPr="00497C72">
        <w:rPr>
          <w:b/>
          <w:color w:val="18482E"/>
          <w:sz w:val="24"/>
          <w:lang w:val="es-ES"/>
        </w:rPr>
        <w:lastRenderedPageBreak/>
        <w:t>A.11. Información para aplicar los CSO</w:t>
      </w:r>
      <w:bookmarkEnd w:id="38"/>
    </w:p>
    <w:tbl>
      <w:tblPr>
        <w:tblW w:w="0" w:type="auto"/>
        <w:tblLook w:val="04A0" w:firstRow="1" w:lastRow="0" w:firstColumn="1" w:lastColumn="0" w:noHBand="0" w:noVBand="1"/>
      </w:tblPr>
      <w:tblGrid>
        <w:gridCol w:w="10246"/>
      </w:tblGrid>
      <w:tr w:rsidR="00DB2DC9" w:rsidRPr="00497C72" w14:paraId="668D38EA" w14:textId="77777777">
        <w:trPr>
          <w:cantSplit/>
        </w:trPr>
        <w:tc>
          <w:tcPr>
            <w:tcW w:w="10262" w:type="dxa"/>
            <w:tcBorders>
              <w:top w:val="single" w:sz="6" w:space="0" w:color="8BA99A"/>
              <w:left w:val="single" w:sz="6" w:space="0" w:color="8BA99A"/>
              <w:bottom w:val="single" w:sz="6" w:space="0" w:color="8BA99A"/>
              <w:right w:val="single" w:sz="6" w:space="0" w:color="8BA99A"/>
            </w:tcBorders>
            <w:shd w:val="clear" w:color="auto" w:fill="F4F8F5"/>
          </w:tcPr>
          <w:p w14:paraId="6DFB8E41" w14:textId="77777777" w:rsidR="00DB2DC9" w:rsidRPr="00497C72" w:rsidRDefault="00A3308C">
            <w:pPr>
              <w:spacing w:after="0"/>
              <w:rPr>
                <w:lang w:val="es-ES"/>
              </w:rPr>
            </w:pPr>
            <w:r w:rsidRPr="00497C72">
              <w:rPr>
                <w:color w:val="333333"/>
                <w:lang w:val="es-ES"/>
              </w:rPr>
              <w:t>Orientación: el Bloque 4 debe contener todos los datos y documentos de valoración, aunque parte de la información se explique en otros bloques. No se debe confundir alegación con puntuación concedida.</w:t>
            </w:r>
            <w:r w:rsidRPr="00497C72">
              <w:rPr>
                <w:color w:val="333333"/>
                <w:lang w:val="es-ES"/>
              </w:rPr>
              <w:br/>
            </w:r>
            <w:r w:rsidRPr="00497C72">
              <w:rPr>
                <w:color w:val="333333"/>
                <w:lang w:val="es-ES"/>
              </w:rPr>
              <w:br/>
            </w:r>
            <w:r w:rsidRPr="00497C72">
              <w:rPr>
                <w:color w:val="333333"/>
                <w:lang w:val="es-ES"/>
              </w:rPr>
              <w:t xml:space="preserve">Ejemplo ficticio: se selecciona una sola prioridad atendiendo a la finalidad principal; la inversión subvencionable determina el tramo; se identifican todas las ubicaciones para que el GAL calcule la ruralidad; se acredita la antigüedad del inmueble mediante referencia catastral; las inversiones TIC, la mejora energética y el servicio social se describen y documentan; la contribución ambiental se concreta mediante partidas e informe técnico. La tipología de entidad se selecciona una sola vez. La puntuación </w:t>
            </w:r>
            <w:r w:rsidRPr="00497C72">
              <w:rPr>
                <w:color w:val="333333"/>
                <w:lang w:val="es-ES"/>
              </w:rPr>
              <w:t>definitiva corresponde al GAL.</w:t>
            </w:r>
          </w:p>
        </w:tc>
      </w:tr>
    </w:tbl>
    <w:p w14:paraId="52CD5906" w14:textId="77777777" w:rsidR="00DB2DC9" w:rsidRPr="00497C72" w:rsidRDefault="00A3308C">
      <w:pPr>
        <w:spacing w:after="80"/>
        <w:rPr>
          <w:lang w:val="es-ES"/>
        </w:rPr>
      </w:pPr>
      <w:hyperlink w:anchor="ap_ej_cso_22002" w:history="1">
        <w:r w:rsidRPr="00497C72">
          <w:rPr>
            <w:color w:val="18482E"/>
            <w:u w:val="single"/>
            <w:lang w:val="es-ES"/>
          </w:rPr>
          <w:t>Volver al apartado de la memoria</w:t>
        </w:r>
      </w:hyperlink>
    </w:p>
    <w:p w14:paraId="3BB74F94" w14:textId="77777777" w:rsidR="004E1367" w:rsidRPr="004E1367" w:rsidRDefault="004E1367">
      <w:pPr>
        <w:spacing w:after="200" w:line="276" w:lineRule="auto"/>
        <w:rPr>
          <w:b/>
          <w:color w:val="18482E"/>
          <w:sz w:val="17"/>
          <w:lang w:val="es-ES"/>
        </w:rPr>
      </w:pPr>
      <w:r w:rsidRPr="004E1367">
        <w:rPr>
          <w:b/>
          <w:color w:val="18482E"/>
          <w:sz w:val="17"/>
          <w:lang w:val="es-ES"/>
        </w:rPr>
        <w:br w:type="page"/>
      </w:r>
    </w:p>
    <w:sectPr w:rsidR="004E1367" w:rsidRPr="004E1367" w:rsidSect="000A30DA">
      <w:headerReference w:type="default" r:id="rId11"/>
      <w:footerReference w:type="default" r:id="rId12"/>
      <w:pgSz w:w="11906" w:h="16838"/>
      <w:pgMar w:top="2268" w:right="822" w:bottom="709" w:left="822"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FCF69" w14:textId="77777777" w:rsidR="00A3308C" w:rsidRDefault="00A3308C">
      <w:pPr>
        <w:spacing w:after="0"/>
      </w:pPr>
      <w:r>
        <w:separator/>
      </w:r>
    </w:p>
  </w:endnote>
  <w:endnote w:type="continuationSeparator" w:id="0">
    <w:p w14:paraId="0B1DED72" w14:textId="77777777" w:rsidR="00A3308C" w:rsidRDefault="00A330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DFE8" w14:textId="0BF3796E" w:rsidR="00EA18A3" w:rsidRPr="009E1F7B" w:rsidRDefault="00125072">
    <w:pPr>
      <w:pStyle w:val="Piedepgina"/>
      <w:jc w:val="center"/>
      <w:rPr>
        <w:lang w:val="es-ES"/>
      </w:rPr>
    </w:pPr>
    <w:r w:rsidRPr="009E1F7B">
      <w:rPr>
        <w:color w:val="666666"/>
        <w:sz w:val="14"/>
        <w:lang w:val="es-ES"/>
      </w:rPr>
      <w:t xml:space="preserve">MODELO DE MEMORIA </w:t>
    </w:r>
    <w:r w:rsidR="003633C1">
      <w:rPr>
        <w:color w:val="666666"/>
        <w:sz w:val="14"/>
        <w:lang w:val="es-ES"/>
      </w:rPr>
      <w:t xml:space="preserve">DESCRIPTIVA Y JUSTIFICATIVA </w:t>
    </w:r>
    <w:r w:rsidR="004E1367">
      <w:rPr>
        <w:color w:val="666666"/>
        <w:sz w:val="14"/>
        <w:lang w:val="es-ES"/>
      </w:rPr>
      <w:t>ENTIDADES LOCALES</w:t>
    </w:r>
    <w:r w:rsidRPr="009E1F7B">
      <w:rPr>
        <w:color w:val="666666"/>
        <w:sz w:val="14"/>
        <w:lang w:val="es-ES"/>
      </w:rPr>
      <w:t xml:space="preserve"> · V</w:t>
    </w:r>
    <w:r w:rsidR="004E1367">
      <w:rPr>
        <w:color w:val="666666"/>
        <w:sz w:val="14"/>
        <w:lang w:val="es-ES"/>
      </w:rPr>
      <w:t>1</w:t>
    </w:r>
    <w:r w:rsidRPr="009E1F7B">
      <w:rPr>
        <w:color w:val="666666"/>
        <w:sz w:val="14"/>
        <w:lang w:val="es-ES"/>
      </w:rPr>
      <w:t xml:space="preserve"> · Página </w:t>
    </w:r>
    <w:r>
      <w:rPr>
        <w:color w:val="666666"/>
        <w:sz w:val="15"/>
      </w:rPr>
      <w:fldChar w:fldCharType="begin"/>
    </w:r>
    <w:r w:rsidRPr="009E1F7B">
      <w:rPr>
        <w:color w:val="666666"/>
        <w:sz w:val="15"/>
        <w:lang w:val="es-ES"/>
      </w:rPr>
      <w:instrText>PAGE</w:instrText>
    </w:r>
    <w:r>
      <w:rPr>
        <w:color w:val="666666"/>
        <w:sz w:val="15"/>
      </w:rPr>
      <w:fldChar w:fldCharType="separate"/>
    </w:r>
    <w:r w:rsidR="009E1F7B" w:rsidRPr="009E1F7B">
      <w:rPr>
        <w:noProof/>
        <w:color w:val="666666"/>
        <w:sz w:val="15"/>
        <w:lang w:val="es-ES"/>
      </w:rPr>
      <w:t>1</w:t>
    </w:r>
    <w:r>
      <w:rPr>
        <w:color w:val="666666"/>
        <w:sz w:val="15"/>
      </w:rPr>
      <w:fldChar w:fldCharType="end"/>
    </w:r>
    <w:r w:rsidRPr="009E1F7B">
      <w:rPr>
        <w:color w:val="666666"/>
        <w:sz w:val="14"/>
        <w:lang w:val="es-ES"/>
      </w:rPr>
      <w:t xml:space="preserve"> de </w:t>
    </w:r>
    <w:r>
      <w:rPr>
        <w:color w:val="666666"/>
        <w:sz w:val="15"/>
      </w:rPr>
      <w:fldChar w:fldCharType="begin"/>
    </w:r>
    <w:r w:rsidRPr="009E1F7B">
      <w:rPr>
        <w:color w:val="666666"/>
        <w:sz w:val="15"/>
        <w:lang w:val="es-ES"/>
      </w:rPr>
      <w:instrText>NUMPAGES</w:instrText>
    </w:r>
    <w:r>
      <w:rPr>
        <w:color w:val="666666"/>
        <w:sz w:val="15"/>
      </w:rPr>
      <w:fldChar w:fldCharType="separate"/>
    </w:r>
    <w:r w:rsidR="009E1F7B" w:rsidRPr="009E1F7B">
      <w:rPr>
        <w:noProof/>
        <w:color w:val="666666"/>
        <w:sz w:val="15"/>
        <w:lang w:val="es-ES"/>
      </w:rPr>
      <w:t>1</w:t>
    </w:r>
    <w:r>
      <w:rPr>
        <w:color w:val="666666"/>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A345D" w14:textId="77777777" w:rsidR="00A3308C" w:rsidRDefault="00A3308C">
      <w:pPr>
        <w:spacing w:after="0"/>
      </w:pPr>
      <w:r>
        <w:separator/>
      </w:r>
    </w:p>
  </w:footnote>
  <w:footnote w:type="continuationSeparator" w:id="0">
    <w:p w14:paraId="3867423A" w14:textId="77777777" w:rsidR="00A3308C" w:rsidRDefault="00A330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9EC6" w14:textId="77777777" w:rsidR="008F735A" w:rsidRDefault="008F735A" w:rsidP="008F735A">
    <w:pPr>
      <w:tabs>
        <w:tab w:val="left" w:pos="-91"/>
      </w:tabs>
      <w:ind w:left="-567" w:right="-709"/>
      <w:jc w:val="both"/>
    </w:pPr>
    <w:r>
      <w:rPr>
        <w:noProof/>
      </w:rPr>
      <w:drawing>
        <wp:anchor distT="0" distB="0" distL="114300" distR="114300" simplePos="0" relativeHeight="251661312" behindDoc="0" locked="0" layoutInCell="1" allowOverlap="1" wp14:anchorId="4CAABDA3" wp14:editId="5AF473C3">
          <wp:simplePos x="0" y="0"/>
          <wp:positionH relativeFrom="column">
            <wp:posOffset>4670883</wp:posOffset>
          </wp:positionH>
          <wp:positionV relativeFrom="paragraph">
            <wp:posOffset>112868</wp:posOffset>
          </wp:positionV>
          <wp:extent cx="1800225" cy="321310"/>
          <wp:effectExtent l="0" t="0" r="9525" b="2540"/>
          <wp:wrapNone/>
          <wp:docPr id="14662073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48776" name="Picture 11"/>
                  <pic:cNvPicPr>
                    <a:picLocks noChangeAspect="1" noChangeArrowheads="1"/>
                  </pic:cNvPicPr>
                </pic:nvPicPr>
                <pic:blipFill>
                  <a:blip r:embed="rId1">
                    <a:extLst>
                      <a:ext uri="{28A0092B-C50C-407E-A947-70E740481C1C}">
                        <a14:useLocalDpi xmlns:a14="http://schemas.microsoft.com/office/drawing/2010/main" val="0"/>
                      </a:ext>
                    </a:extLst>
                  </a:blip>
                  <a:srcRect t="15530" b="13029"/>
                  <a:stretch>
                    <a:fillRect/>
                  </a:stretch>
                </pic:blipFill>
                <pic:spPr bwMode="auto">
                  <a:xfrm>
                    <a:off x="0" y="0"/>
                    <a:ext cx="1800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g">
          <w:drawing>
            <wp:anchor distT="0" distB="0" distL="114300" distR="114300" simplePos="0" relativeHeight="251660288" behindDoc="0" locked="0" layoutInCell="1" allowOverlap="1" wp14:anchorId="77CDCB67" wp14:editId="4ABDD11D">
              <wp:simplePos x="0" y="0"/>
              <wp:positionH relativeFrom="column">
                <wp:posOffset>74378</wp:posOffset>
              </wp:positionH>
              <wp:positionV relativeFrom="paragraph">
                <wp:posOffset>8614</wp:posOffset>
              </wp:positionV>
              <wp:extent cx="4481830" cy="392430"/>
              <wp:effectExtent l="0" t="0" r="0" b="7620"/>
              <wp:wrapNone/>
              <wp:docPr id="150247648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1830" cy="392430"/>
                        <a:chOff x="766" y="534"/>
                        <a:chExt cx="7058" cy="618"/>
                      </a:xfrm>
                    </wpg:grpSpPr>
                    <pic:pic xmlns:pic="http://schemas.openxmlformats.org/drawingml/2006/picture">
                      <pic:nvPicPr>
                        <pic:cNvPr id="1866157979" name="Imag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168" y="780"/>
                          <a:ext cx="872"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0481683" name="Imag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165" y="802"/>
                          <a:ext cx="65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0244510" name="Imag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66" y="534"/>
                          <a:ext cx="2332" cy="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242996" name="Imag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471" y="549"/>
                          <a:ext cx="1694"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85653" name="Graphic 6"/>
                      <wps:cNvSpPr>
                        <a:spLocks/>
                      </wps:cNvSpPr>
                      <wps:spPr bwMode="auto">
                        <a:xfrm>
                          <a:off x="5772" y="571"/>
                          <a:ext cx="290" cy="577"/>
                        </a:xfrm>
                        <a:custGeom>
                          <a:avLst/>
                          <a:gdLst>
                            <a:gd name="T0" fmla="*/ 1816 w 184150"/>
                            <a:gd name="T1" fmla="*/ 47853 h 332740"/>
                            <a:gd name="T2" fmla="*/ 32423 w 184150"/>
                            <a:gd name="T3" fmla="*/ 72593 h 332740"/>
                            <a:gd name="T4" fmla="*/ 20688 w 184150"/>
                            <a:gd name="T5" fmla="*/ 40170 h 332740"/>
                            <a:gd name="T6" fmla="*/ 78803 w 184150"/>
                            <a:gd name="T7" fmla="*/ 14211 h 332740"/>
                            <a:gd name="T8" fmla="*/ 105321 w 184150"/>
                            <a:gd name="T9" fmla="*/ 12293 h 332740"/>
                            <a:gd name="T10" fmla="*/ 43320 w 184150"/>
                            <a:gd name="T11" fmla="*/ 51181 h 332740"/>
                            <a:gd name="T12" fmla="*/ 64884 w 184150"/>
                            <a:gd name="T13" fmla="*/ 72593 h 332740"/>
                            <a:gd name="T14" fmla="*/ 140398 w 184150"/>
                            <a:gd name="T15" fmla="*/ 29578 h 332740"/>
                            <a:gd name="T16" fmla="*/ 99069 w 184150"/>
                            <a:gd name="T17" fmla="*/ 42774 h 332740"/>
                            <a:gd name="T18" fmla="*/ 140398 w 184150"/>
                            <a:gd name="T19" fmla="*/ 29578 h 332740"/>
                            <a:gd name="T20" fmla="*/ 146138 w 184150"/>
                            <a:gd name="T21" fmla="*/ 99631 h 332740"/>
                            <a:gd name="T22" fmla="*/ 151447 w 184150"/>
                            <a:gd name="T23" fmla="*/ 47244 h 332740"/>
                            <a:gd name="T24" fmla="*/ 184124 w 184150"/>
                            <a:gd name="T25" fmla="*/ 51752 h 332740"/>
                            <a:gd name="T26" fmla="*/ 183997 w 184150"/>
                            <a:gd name="T27" fmla="*/ 110401 h 332740"/>
                            <a:gd name="T28" fmla="*/ 5332 w 184150"/>
                            <a:gd name="T29" fmla="*/ 283705 h 332740"/>
                            <a:gd name="T30" fmla="*/ 65706 w 184150"/>
                            <a:gd name="T31" fmla="*/ 313186 h 332740"/>
                            <a:gd name="T32" fmla="*/ 151049 w 184150"/>
                            <a:gd name="T33" fmla="*/ 307890 h 332740"/>
                            <a:gd name="T34" fmla="*/ 76555 w 184150"/>
                            <a:gd name="T35" fmla="*/ 279577 h 332740"/>
                            <a:gd name="T36" fmla="*/ 52476 w 184150"/>
                            <a:gd name="T37" fmla="*/ 239890 h 332740"/>
                            <a:gd name="T38" fmla="*/ 51427 w 184150"/>
                            <a:gd name="T39" fmla="*/ 238772 h 332740"/>
                            <a:gd name="T40" fmla="*/ 61074 w 184150"/>
                            <a:gd name="T41" fmla="*/ 220446 h 332740"/>
                            <a:gd name="T42" fmla="*/ 43510 w 184150"/>
                            <a:gd name="T43" fmla="*/ 219875 h 332740"/>
                            <a:gd name="T44" fmla="*/ 46583 w 184150"/>
                            <a:gd name="T45" fmla="*/ 189801 h 332740"/>
                            <a:gd name="T46" fmla="*/ 77228 w 184150"/>
                            <a:gd name="T47" fmla="*/ 147294 h 332740"/>
                            <a:gd name="T48" fmla="*/ 128587 w 184150"/>
                            <a:gd name="T49" fmla="*/ 213144 h 332740"/>
                            <a:gd name="T50" fmla="*/ 106260 w 184150"/>
                            <a:gd name="T51" fmla="*/ 282663 h 332740"/>
                            <a:gd name="T52" fmla="*/ 183997 w 184150"/>
                            <a:gd name="T53" fmla="*/ 261823 h 332740"/>
                            <a:gd name="T54" fmla="*/ 111251 w 184150"/>
                            <a:gd name="T55" fmla="*/ 236067 h 332740"/>
                            <a:gd name="T56" fmla="*/ 110446 w 184150"/>
                            <a:gd name="T57" fmla="*/ 228155 h 332740"/>
                            <a:gd name="T58" fmla="*/ 113601 w 184150"/>
                            <a:gd name="T59" fmla="*/ 222973 h 332740"/>
                            <a:gd name="T60" fmla="*/ 128587 w 184150"/>
                            <a:gd name="T61" fmla="*/ 213144 h 332740"/>
                            <a:gd name="T62" fmla="*/ 72931 w 184150"/>
                            <a:gd name="T63" fmla="*/ 239141 h 332740"/>
                            <a:gd name="T64" fmla="*/ 71843 w 184150"/>
                            <a:gd name="T65" fmla="*/ 240195 h 332740"/>
                            <a:gd name="T66" fmla="*/ 84086 w 184150"/>
                            <a:gd name="T67" fmla="*/ 220446 h 332740"/>
                            <a:gd name="T68" fmla="*/ 69043 w 184150"/>
                            <a:gd name="T69" fmla="*/ 240195 h 332740"/>
                            <a:gd name="T70" fmla="*/ 55080 w 184150"/>
                            <a:gd name="T71" fmla="*/ 239890 h 332740"/>
                            <a:gd name="T72" fmla="*/ 60718 w 184150"/>
                            <a:gd name="T73" fmla="*/ 238137 h 332740"/>
                            <a:gd name="T74" fmla="*/ 65847 w 184150"/>
                            <a:gd name="T75" fmla="*/ 238772 h 332740"/>
                            <a:gd name="T76" fmla="*/ 128930 w 184150"/>
                            <a:gd name="T77" fmla="*/ 223418 h 332740"/>
                            <a:gd name="T78" fmla="*/ 131229 w 184150"/>
                            <a:gd name="T79" fmla="*/ 228155 h 332740"/>
                            <a:gd name="T80" fmla="*/ 130428 w 184150"/>
                            <a:gd name="T81" fmla="*/ 236067 h 332740"/>
                            <a:gd name="T82" fmla="*/ 183997 w 184150"/>
                            <a:gd name="T83" fmla="*/ 222973 h 332740"/>
                            <a:gd name="T84" fmla="*/ 84086 w 184150"/>
                            <a:gd name="T85" fmla="*/ 220281 h 332740"/>
                            <a:gd name="T86" fmla="*/ 140601 w 184150"/>
                            <a:gd name="T87" fmla="*/ 190207 h 332740"/>
                            <a:gd name="T88" fmla="*/ 137540 w 184150"/>
                            <a:gd name="T89" fmla="*/ 220281 h 332740"/>
                            <a:gd name="T90" fmla="*/ 46583 w 184150"/>
                            <a:gd name="T91" fmla="*/ 189801 h 332740"/>
                            <a:gd name="T92" fmla="*/ 183997 w 184150"/>
                            <a:gd name="T93" fmla="*/ 137121 h 332740"/>
                            <a:gd name="T94" fmla="*/ 100037 w 184150"/>
                            <a:gd name="T95" fmla="*/ 159473 h 332740"/>
                            <a:gd name="T96" fmla="*/ 183997 w 184150"/>
                            <a:gd name="T97" fmla="*/ 189801 h 332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4150" h="332740">
                              <a:moveTo>
                                <a:pt x="20688" y="40170"/>
                              </a:moveTo>
                              <a:lnTo>
                                <a:pt x="11734" y="40170"/>
                              </a:lnTo>
                              <a:lnTo>
                                <a:pt x="7683" y="41986"/>
                              </a:lnTo>
                              <a:lnTo>
                                <a:pt x="1816" y="47853"/>
                              </a:lnTo>
                              <a:lnTo>
                                <a:pt x="0" y="51904"/>
                              </a:lnTo>
                              <a:lnTo>
                                <a:pt x="0" y="65328"/>
                              </a:lnTo>
                              <a:lnTo>
                                <a:pt x="7264" y="72593"/>
                              </a:lnTo>
                              <a:lnTo>
                                <a:pt x="32423" y="72593"/>
                              </a:lnTo>
                              <a:lnTo>
                                <a:pt x="32423" y="51904"/>
                              </a:lnTo>
                              <a:lnTo>
                                <a:pt x="30606" y="47853"/>
                              </a:lnTo>
                              <a:lnTo>
                                <a:pt x="24752" y="41986"/>
                              </a:lnTo>
                              <a:lnTo>
                                <a:pt x="20688" y="40170"/>
                              </a:lnTo>
                              <a:close/>
                            </a:path>
                            <a:path w="184150" h="332740">
                              <a:moveTo>
                                <a:pt x="93027" y="0"/>
                              </a:moveTo>
                              <a:lnTo>
                                <a:pt x="91109" y="0"/>
                              </a:lnTo>
                              <a:lnTo>
                                <a:pt x="78803" y="12293"/>
                              </a:lnTo>
                              <a:lnTo>
                                <a:pt x="78803" y="14211"/>
                              </a:lnTo>
                              <a:lnTo>
                                <a:pt x="91109" y="26504"/>
                              </a:lnTo>
                              <a:lnTo>
                                <a:pt x="93027" y="26504"/>
                              </a:lnTo>
                              <a:lnTo>
                                <a:pt x="105321" y="14211"/>
                              </a:lnTo>
                              <a:lnTo>
                                <a:pt x="105321" y="12293"/>
                              </a:lnTo>
                              <a:lnTo>
                                <a:pt x="93027" y="0"/>
                              </a:lnTo>
                              <a:close/>
                            </a:path>
                            <a:path w="184150" h="332740">
                              <a:moveTo>
                                <a:pt x="64706" y="29578"/>
                              </a:moveTo>
                              <a:lnTo>
                                <a:pt x="43281" y="29578"/>
                              </a:lnTo>
                              <a:lnTo>
                                <a:pt x="43320" y="51181"/>
                              </a:lnTo>
                              <a:lnTo>
                                <a:pt x="44980" y="59402"/>
                              </a:lnTo>
                              <a:lnTo>
                                <a:pt x="49610" y="66268"/>
                              </a:lnTo>
                              <a:lnTo>
                                <a:pt x="56477" y="70896"/>
                              </a:lnTo>
                              <a:lnTo>
                                <a:pt x="64884" y="72593"/>
                              </a:lnTo>
                              <a:lnTo>
                                <a:pt x="86309" y="72593"/>
                              </a:lnTo>
                              <a:lnTo>
                                <a:pt x="73112" y="31276"/>
                              </a:lnTo>
                              <a:lnTo>
                                <a:pt x="64706" y="29578"/>
                              </a:lnTo>
                              <a:close/>
                            </a:path>
                            <a:path w="184150" h="332740">
                              <a:moveTo>
                                <a:pt x="140398" y="29578"/>
                              </a:moveTo>
                              <a:lnTo>
                                <a:pt x="118986" y="29578"/>
                              </a:lnTo>
                              <a:lnTo>
                                <a:pt x="110572" y="31276"/>
                              </a:lnTo>
                              <a:lnTo>
                                <a:pt x="103701" y="35907"/>
                              </a:lnTo>
                              <a:lnTo>
                                <a:pt x="99069" y="42774"/>
                              </a:lnTo>
                              <a:lnTo>
                                <a:pt x="97409" y="50990"/>
                              </a:lnTo>
                              <a:lnTo>
                                <a:pt x="97370" y="72593"/>
                              </a:lnTo>
                              <a:lnTo>
                                <a:pt x="118795" y="72593"/>
                              </a:lnTo>
                              <a:lnTo>
                                <a:pt x="140398" y="29578"/>
                              </a:lnTo>
                              <a:close/>
                            </a:path>
                            <a:path w="184150" h="332740">
                              <a:moveTo>
                                <a:pt x="146138" y="83413"/>
                              </a:moveTo>
                              <a:lnTo>
                                <a:pt x="37985" y="83413"/>
                              </a:lnTo>
                              <a:lnTo>
                                <a:pt x="37985" y="99631"/>
                              </a:lnTo>
                              <a:lnTo>
                                <a:pt x="146138" y="99631"/>
                              </a:lnTo>
                              <a:lnTo>
                                <a:pt x="146138" y="83413"/>
                              </a:lnTo>
                              <a:close/>
                            </a:path>
                            <a:path w="184150" h="332740">
                              <a:moveTo>
                                <a:pt x="172300" y="39928"/>
                              </a:moveTo>
                              <a:lnTo>
                                <a:pt x="158762" y="39928"/>
                              </a:lnTo>
                              <a:lnTo>
                                <a:pt x="151447" y="47244"/>
                              </a:lnTo>
                              <a:lnTo>
                                <a:pt x="151447" y="72593"/>
                              </a:lnTo>
                              <a:lnTo>
                                <a:pt x="176809" y="72593"/>
                              </a:lnTo>
                              <a:lnTo>
                                <a:pt x="184124" y="65290"/>
                              </a:lnTo>
                              <a:lnTo>
                                <a:pt x="184124" y="51752"/>
                              </a:lnTo>
                              <a:lnTo>
                                <a:pt x="182295" y="47663"/>
                              </a:lnTo>
                              <a:lnTo>
                                <a:pt x="176377" y="41757"/>
                              </a:lnTo>
                              <a:lnTo>
                                <a:pt x="172300" y="39928"/>
                              </a:lnTo>
                              <a:close/>
                            </a:path>
                            <a:path w="184150" h="332740">
                              <a:moveTo>
                                <a:pt x="183997" y="110401"/>
                              </a:moveTo>
                              <a:lnTo>
                                <a:pt x="126" y="110401"/>
                              </a:lnTo>
                              <a:lnTo>
                                <a:pt x="126" y="261823"/>
                              </a:lnTo>
                              <a:lnTo>
                                <a:pt x="1497" y="273342"/>
                              </a:lnTo>
                              <a:lnTo>
                                <a:pt x="5332" y="283705"/>
                              </a:lnTo>
                              <a:lnTo>
                                <a:pt x="5394" y="283871"/>
                              </a:lnTo>
                              <a:lnTo>
                                <a:pt x="40720" y="309821"/>
                              </a:lnTo>
                              <a:lnTo>
                                <a:pt x="57469" y="311181"/>
                              </a:lnTo>
                              <a:lnTo>
                                <a:pt x="65706" y="313186"/>
                              </a:lnTo>
                              <a:lnTo>
                                <a:pt x="92062" y="332130"/>
                              </a:lnTo>
                              <a:lnTo>
                                <a:pt x="95338" y="327748"/>
                              </a:lnTo>
                              <a:lnTo>
                                <a:pt x="143402" y="309821"/>
                              </a:lnTo>
                              <a:lnTo>
                                <a:pt x="151049" y="307890"/>
                              </a:lnTo>
                              <a:lnTo>
                                <a:pt x="178790" y="283705"/>
                              </a:lnTo>
                              <a:lnTo>
                                <a:pt x="88201" y="283705"/>
                              </a:lnTo>
                              <a:lnTo>
                                <a:pt x="77876" y="282663"/>
                              </a:lnTo>
                              <a:lnTo>
                                <a:pt x="76555" y="279577"/>
                              </a:lnTo>
                              <a:lnTo>
                                <a:pt x="84086" y="270129"/>
                              </a:lnTo>
                              <a:lnTo>
                                <a:pt x="84086" y="240372"/>
                              </a:lnTo>
                              <a:lnTo>
                                <a:pt x="52552" y="240372"/>
                              </a:lnTo>
                              <a:lnTo>
                                <a:pt x="52476" y="239890"/>
                              </a:lnTo>
                              <a:lnTo>
                                <a:pt x="52153" y="239890"/>
                              </a:lnTo>
                              <a:lnTo>
                                <a:pt x="51429" y="239141"/>
                              </a:lnTo>
                              <a:lnTo>
                                <a:pt x="51560" y="239141"/>
                              </a:lnTo>
                              <a:lnTo>
                                <a:pt x="51427" y="238772"/>
                              </a:lnTo>
                              <a:lnTo>
                                <a:pt x="51104" y="238467"/>
                              </a:lnTo>
                              <a:lnTo>
                                <a:pt x="51336" y="237286"/>
                              </a:lnTo>
                              <a:lnTo>
                                <a:pt x="52023" y="236067"/>
                              </a:lnTo>
                              <a:lnTo>
                                <a:pt x="61074" y="220446"/>
                              </a:lnTo>
                              <a:lnTo>
                                <a:pt x="84086" y="220446"/>
                              </a:lnTo>
                              <a:lnTo>
                                <a:pt x="84086" y="220281"/>
                              </a:lnTo>
                              <a:lnTo>
                                <a:pt x="46583" y="220281"/>
                              </a:lnTo>
                              <a:lnTo>
                                <a:pt x="43510" y="219875"/>
                              </a:lnTo>
                              <a:lnTo>
                                <a:pt x="33362" y="206184"/>
                              </a:lnTo>
                              <a:lnTo>
                                <a:pt x="33362" y="203898"/>
                              </a:lnTo>
                              <a:lnTo>
                                <a:pt x="43510" y="190207"/>
                              </a:lnTo>
                              <a:lnTo>
                                <a:pt x="46583" y="189801"/>
                              </a:lnTo>
                              <a:lnTo>
                                <a:pt x="84086" y="189801"/>
                              </a:lnTo>
                              <a:lnTo>
                                <a:pt x="84086" y="159473"/>
                              </a:lnTo>
                              <a:lnTo>
                                <a:pt x="76822" y="150355"/>
                              </a:lnTo>
                              <a:lnTo>
                                <a:pt x="77228" y="147294"/>
                              </a:lnTo>
                              <a:lnTo>
                                <a:pt x="90906" y="137121"/>
                              </a:lnTo>
                              <a:lnTo>
                                <a:pt x="183997" y="137121"/>
                              </a:lnTo>
                              <a:lnTo>
                                <a:pt x="183997" y="110401"/>
                              </a:lnTo>
                              <a:close/>
                            </a:path>
                            <a:path w="184150" h="332740">
                              <a:moveTo>
                                <a:pt x="128587" y="213144"/>
                              </a:moveTo>
                              <a:lnTo>
                                <a:pt x="100037" y="213144"/>
                              </a:lnTo>
                              <a:lnTo>
                                <a:pt x="100037" y="270129"/>
                              </a:lnTo>
                              <a:lnTo>
                                <a:pt x="107568" y="279577"/>
                              </a:lnTo>
                              <a:lnTo>
                                <a:pt x="106260" y="282663"/>
                              </a:lnTo>
                              <a:lnTo>
                                <a:pt x="95923" y="283705"/>
                              </a:lnTo>
                              <a:lnTo>
                                <a:pt x="178790" y="283705"/>
                              </a:lnTo>
                              <a:lnTo>
                                <a:pt x="182626" y="273342"/>
                              </a:lnTo>
                              <a:lnTo>
                                <a:pt x="183997" y="261823"/>
                              </a:lnTo>
                              <a:lnTo>
                                <a:pt x="183997" y="239141"/>
                              </a:lnTo>
                              <a:lnTo>
                                <a:pt x="114443" y="239141"/>
                              </a:lnTo>
                              <a:lnTo>
                                <a:pt x="112116" y="237286"/>
                              </a:lnTo>
                              <a:lnTo>
                                <a:pt x="111251" y="236067"/>
                              </a:lnTo>
                              <a:lnTo>
                                <a:pt x="110446" y="233489"/>
                              </a:lnTo>
                              <a:lnTo>
                                <a:pt x="110264" y="232219"/>
                              </a:lnTo>
                              <a:lnTo>
                                <a:pt x="110248" y="229450"/>
                              </a:lnTo>
                              <a:lnTo>
                                <a:pt x="110446" y="228155"/>
                              </a:lnTo>
                              <a:lnTo>
                                <a:pt x="111277" y="225869"/>
                              </a:lnTo>
                              <a:lnTo>
                                <a:pt x="111734" y="224942"/>
                              </a:lnTo>
                              <a:lnTo>
                                <a:pt x="112775" y="223418"/>
                              </a:lnTo>
                              <a:lnTo>
                                <a:pt x="113601" y="222973"/>
                              </a:lnTo>
                              <a:lnTo>
                                <a:pt x="183997" y="222973"/>
                              </a:lnTo>
                              <a:lnTo>
                                <a:pt x="183997" y="220281"/>
                              </a:lnTo>
                              <a:lnTo>
                                <a:pt x="137540" y="220281"/>
                              </a:lnTo>
                              <a:lnTo>
                                <a:pt x="128587" y="213144"/>
                              </a:lnTo>
                              <a:close/>
                            </a:path>
                            <a:path w="184150" h="332740">
                              <a:moveTo>
                                <a:pt x="84086" y="220446"/>
                              </a:moveTo>
                              <a:lnTo>
                                <a:pt x="63131" y="220446"/>
                              </a:lnTo>
                              <a:lnTo>
                                <a:pt x="72847" y="237286"/>
                              </a:lnTo>
                              <a:lnTo>
                                <a:pt x="72931" y="239141"/>
                              </a:lnTo>
                              <a:lnTo>
                                <a:pt x="72481" y="239141"/>
                              </a:lnTo>
                              <a:lnTo>
                                <a:pt x="71399" y="239890"/>
                              </a:lnTo>
                              <a:lnTo>
                                <a:pt x="71771" y="239890"/>
                              </a:lnTo>
                              <a:lnTo>
                                <a:pt x="71843" y="240195"/>
                              </a:lnTo>
                              <a:lnTo>
                                <a:pt x="54518" y="240195"/>
                              </a:lnTo>
                              <a:lnTo>
                                <a:pt x="52552" y="240372"/>
                              </a:lnTo>
                              <a:lnTo>
                                <a:pt x="84086" y="240372"/>
                              </a:lnTo>
                              <a:lnTo>
                                <a:pt x="84086" y="220446"/>
                              </a:lnTo>
                              <a:close/>
                            </a:path>
                            <a:path w="184150" h="332740">
                              <a:moveTo>
                                <a:pt x="68709" y="239890"/>
                              </a:moveTo>
                              <a:lnTo>
                                <a:pt x="55216" y="239890"/>
                              </a:lnTo>
                              <a:lnTo>
                                <a:pt x="54900" y="240195"/>
                              </a:lnTo>
                              <a:lnTo>
                                <a:pt x="69043" y="240195"/>
                              </a:lnTo>
                              <a:lnTo>
                                <a:pt x="68709" y="239890"/>
                              </a:lnTo>
                              <a:close/>
                            </a:path>
                            <a:path w="184150" h="332740">
                              <a:moveTo>
                                <a:pt x="66890" y="239141"/>
                              </a:moveTo>
                              <a:lnTo>
                                <a:pt x="57193" y="239141"/>
                              </a:lnTo>
                              <a:lnTo>
                                <a:pt x="55080" y="239890"/>
                              </a:lnTo>
                              <a:lnTo>
                                <a:pt x="68992" y="239890"/>
                              </a:lnTo>
                              <a:lnTo>
                                <a:pt x="66890" y="239141"/>
                              </a:lnTo>
                              <a:close/>
                            </a:path>
                            <a:path w="184150" h="332740">
                              <a:moveTo>
                                <a:pt x="63118" y="238137"/>
                              </a:moveTo>
                              <a:lnTo>
                                <a:pt x="60718" y="238137"/>
                              </a:lnTo>
                              <a:lnTo>
                                <a:pt x="58229" y="238772"/>
                              </a:lnTo>
                              <a:lnTo>
                                <a:pt x="57329" y="239141"/>
                              </a:lnTo>
                              <a:lnTo>
                                <a:pt x="66755" y="239141"/>
                              </a:lnTo>
                              <a:lnTo>
                                <a:pt x="65847" y="238772"/>
                              </a:lnTo>
                              <a:lnTo>
                                <a:pt x="63118" y="238137"/>
                              </a:lnTo>
                              <a:close/>
                            </a:path>
                            <a:path w="184150" h="332740">
                              <a:moveTo>
                                <a:pt x="183997" y="222973"/>
                              </a:moveTo>
                              <a:lnTo>
                                <a:pt x="128104" y="222973"/>
                              </a:lnTo>
                              <a:lnTo>
                                <a:pt x="128930" y="223418"/>
                              </a:lnTo>
                              <a:lnTo>
                                <a:pt x="129959" y="224942"/>
                              </a:lnTo>
                              <a:lnTo>
                                <a:pt x="130408" y="225869"/>
                              </a:lnTo>
                              <a:lnTo>
                                <a:pt x="130809" y="226949"/>
                              </a:lnTo>
                              <a:lnTo>
                                <a:pt x="131229" y="228155"/>
                              </a:lnTo>
                              <a:lnTo>
                                <a:pt x="131444" y="229450"/>
                              </a:lnTo>
                              <a:lnTo>
                                <a:pt x="131444" y="232219"/>
                              </a:lnTo>
                              <a:lnTo>
                                <a:pt x="131254" y="233489"/>
                              </a:lnTo>
                              <a:lnTo>
                                <a:pt x="130428" y="236067"/>
                              </a:lnTo>
                              <a:lnTo>
                                <a:pt x="129560" y="237286"/>
                              </a:lnTo>
                              <a:lnTo>
                                <a:pt x="127195" y="239141"/>
                              </a:lnTo>
                              <a:lnTo>
                                <a:pt x="183997" y="239141"/>
                              </a:lnTo>
                              <a:lnTo>
                                <a:pt x="183997" y="222973"/>
                              </a:lnTo>
                              <a:close/>
                            </a:path>
                            <a:path w="184150" h="332740">
                              <a:moveTo>
                                <a:pt x="84086" y="213144"/>
                              </a:moveTo>
                              <a:lnTo>
                                <a:pt x="55537" y="213144"/>
                              </a:lnTo>
                              <a:lnTo>
                                <a:pt x="46583" y="220281"/>
                              </a:lnTo>
                              <a:lnTo>
                                <a:pt x="84086" y="220281"/>
                              </a:lnTo>
                              <a:lnTo>
                                <a:pt x="84086" y="213144"/>
                              </a:lnTo>
                              <a:close/>
                            </a:path>
                            <a:path w="184150" h="332740">
                              <a:moveTo>
                                <a:pt x="183997" y="189801"/>
                              </a:moveTo>
                              <a:lnTo>
                                <a:pt x="137540" y="189801"/>
                              </a:lnTo>
                              <a:lnTo>
                                <a:pt x="140601" y="190207"/>
                              </a:lnTo>
                              <a:lnTo>
                                <a:pt x="150761" y="203898"/>
                              </a:lnTo>
                              <a:lnTo>
                                <a:pt x="150761" y="206184"/>
                              </a:lnTo>
                              <a:lnTo>
                                <a:pt x="140601" y="219875"/>
                              </a:lnTo>
                              <a:lnTo>
                                <a:pt x="137540" y="220281"/>
                              </a:lnTo>
                              <a:lnTo>
                                <a:pt x="183997" y="220281"/>
                              </a:lnTo>
                              <a:lnTo>
                                <a:pt x="183997" y="189801"/>
                              </a:lnTo>
                              <a:close/>
                            </a:path>
                            <a:path w="184150" h="332740">
                              <a:moveTo>
                                <a:pt x="84086" y="189801"/>
                              </a:moveTo>
                              <a:lnTo>
                                <a:pt x="46583" y="189801"/>
                              </a:lnTo>
                              <a:lnTo>
                                <a:pt x="55537" y="196926"/>
                              </a:lnTo>
                              <a:lnTo>
                                <a:pt x="84086" y="196926"/>
                              </a:lnTo>
                              <a:lnTo>
                                <a:pt x="84086" y="189801"/>
                              </a:lnTo>
                              <a:close/>
                            </a:path>
                            <a:path w="184150" h="332740">
                              <a:moveTo>
                                <a:pt x="183997" y="137121"/>
                              </a:moveTo>
                              <a:lnTo>
                                <a:pt x="93205" y="137121"/>
                              </a:lnTo>
                              <a:lnTo>
                                <a:pt x="106895" y="147294"/>
                              </a:lnTo>
                              <a:lnTo>
                                <a:pt x="107302" y="150355"/>
                              </a:lnTo>
                              <a:lnTo>
                                <a:pt x="100037" y="159473"/>
                              </a:lnTo>
                              <a:lnTo>
                                <a:pt x="100037" y="196926"/>
                              </a:lnTo>
                              <a:lnTo>
                                <a:pt x="128587" y="196926"/>
                              </a:lnTo>
                              <a:lnTo>
                                <a:pt x="137540" y="189801"/>
                              </a:lnTo>
                              <a:lnTo>
                                <a:pt x="183997" y="189801"/>
                              </a:lnTo>
                              <a:lnTo>
                                <a:pt x="183997" y="137121"/>
                              </a:lnTo>
                              <a:close/>
                            </a:path>
                          </a:pathLst>
                        </a:custGeom>
                        <a:solidFill>
                          <a:srgbClr val="0069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AF1390" id="Group 4" o:spid="_x0000_s1026" style="position:absolute;margin-left:5.85pt;margin-top:.7pt;width:352.9pt;height:30.9pt;z-index:251660288;mso-width-relative:margin;mso-height-relative:margin" coordorigin="766,534" coordsize="7058,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6168;top:780;width:872;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">
                <v:imagedata r:id="rId6" o:title=""/>
              </v:shape>
              <v:shape id="Image 5" o:spid="_x0000_s1028" type="#_x0000_t75" style="position:absolute;left:7165;top:802;width:659;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">
                <v:imagedata r:id="rId7" o:title=""/>
              </v:shape>
              <v:shape id="Image 7" o:spid="_x0000_s1029" type="#_x0000_t75" style="position:absolute;left:766;top:534;width:2332;height: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">
                <v:imagedata r:id="rId8" o:title=""/>
              </v:shape>
              <v:shape id="Image 8" o:spid="_x0000_s1030" type="#_x0000_t75" style="position:absolute;left:3471;top:549;width:1694;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">
                <v:imagedata r:id="rId9" o:title=""/>
              </v:shape>
              <v:shape id="Graphic 6" o:spid="_x0000_s1031" style="position:absolute;left:5772;top:571;width:290;height:577;visibility:visible;mso-wrap-style:square;v-text-anchor:top" coordsize="18415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" path="m20688,40170r-8954,l7683,41986,1816,47853,,51904,,65328r7264,7265l32423,72593r,-20689l30606,47853,24752,41986,20688,40170xem93027,l91109,,78803,12293r,1918l91109,26504r1918,l105321,14211r,-1918l93027,xem64706,29578r-21425,l43320,51181r1660,8221l49610,66268r6867,4628l64884,72593r21425,l73112,31276,64706,29578xem140398,29578r-21412,l110572,31276r-6871,4631l99069,42774r-1660,8216l97370,72593r21425,l140398,29578xem146138,83413r-108153,l37985,99631r108153,l146138,83413xem172300,39928r-13538,l151447,47244r,25349l176809,72593r7315,-7303l184124,51752r-1829,-4089l176377,41757r-4077,-1829xem183997,110401r-183871,l126,261823r1371,11519l5332,283705r62,166l40720,309821r16749,1360l65706,313186r26356,18944l95338,327748r48064,-17927l151049,307890r27741,-24185l88201,283705,77876,282663r-1321,-3086l84086,270129r,-29757l52552,240372r-76,-482l52153,239890r-724,-749l51560,239141r-133,-369l51104,238467r232,-1181l52023,236067r9051,-15621l84086,220446r,-165l46583,220281r-3073,-406l33362,206184r,-2286l43510,190207r3073,-406l84086,189801r,-30328l76822,150355r406,-3061l90906,137121r93091,l183997,110401xem128587,213144r-28550,l100037,270129r7531,9448l106260,282663r-10337,1042l178790,283705r3836,-10363l183997,261823r,-22682l114443,239141r-2327,-1855l111251,236067r-805,-2578l110264,232219r-16,-2769l110446,228155r831,-2286l111734,224942r1041,-1524l113601,222973r70396,l183997,220281r-46457,l128587,213144xem84086,220446r-20955,l72847,237286r84,1855l72481,239141r-1082,749l71771,239890r72,305l54518,240195r-1966,177l84086,240372r,-19926xem68709,239890r-13493,l54900,240195r14143,l68709,239890xem66890,239141r-9697,l55080,239890r13912,l66890,239141xem63118,238137r-2400,l58229,238772r-900,369l66755,239141r-908,-369l63118,238137xem183997,222973r-55893,l128930,223418r1029,1524l130408,225869r401,1080l131229,228155r215,1295l131444,232219r-190,1270l130428,236067r-868,1219l127195,239141r56802,l183997,222973xem84086,213144r-28549,l46583,220281r37503,l84086,213144xem183997,189801r-46457,l140601,190207r10160,13691l150761,206184r-10160,13691l137540,220281r46457,l183997,189801xem84086,189801r-37503,l55537,196926r28549,l84086,189801xem183997,137121r-90792,l106895,147294r407,3061l100037,159473r,37453l128587,196926r8953,-7125l183997,189801r,-52680xe" fillcolor="#0069b4" stroked="f">
                <v:path arrowok="t" o:connecttype="custom" o:connectlocs="3,83;51,126;33,70;124,25;166,21;68,89;102,126;221,51;156,74;221,51;230,173;238,82;290,90;290,191;8,492;103,543;238,534;121,485;83,416;81,414;96,382;69,381;73,329;122,255;202,370;167,490;290,454;175,409;174,396;179,387;202,370;115,415;113,417;132,382;109,417;87,416;96,413;104,414;203,387;207,396;205,409;290,387;132,382;221,330;217,382;73,329;290,238;158,277;290,329" o:connectangles="0,0,0,0,0,0,0,0,0,0,0,0,0,0,0,0,0,0,0,0,0,0,0,0,0,0,0,0,0,0,0,0,0,0,0,0,0,0,0,0,0,0,0,0,0,0,0,0,0"/>
              </v:shape>
            </v:group>
          </w:pict>
        </mc:Fallback>
      </mc:AlternateContent>
    </w:r>
  </w:p>
  <w:p w14:paraId="2BFAE8A0" w14:textId="77777777" w:rsidR="008F735A" w:rsidRDefault="008F735A" w:rsidP="008F735A">
    <w:pPr>
      <w:tabs>
        <w:tab w:val="left" w:pos="-91"/>
      </w:tabs>
      <w:ind w:left="-567" w:right="-709"/>
      <w:jc w:val="both"/>
    </w:pPr>
  </w:p>
  <w:p w14:paraId="53BAFBAB" w14:textId="77777777" w:rsidR="008F735A" w:rsidRDefault="008F735A" w:rsidP="008F735A">
    <w:pPr>
      <w:tabs>
        <w:tab w:val="left" w:pos="-91"/>
      </w:tabs>
      <w:ind w:left="-567" w:right="-709"/>
      <w:jc w:val="both"/>
    </w:pPr>
    <w:r>
      <w:rPr>
        <w:noProof/>
      </w:rPr>
      <mc:AlternateContent>
        <mc:Choice Requires="wps">
          <w:drawing>
            <wp:anchor distT="0" distB="0" distL="114300" distR="114300" simplePos="0" relativeHeight="251657216" behindDoc="0" locked="0" layoutInCell="1" allowOverlap="1" wp14:anchorId="154BB01D" wp14:editId="2477CB4E">
              <wp:simplePos x="0" y="0"/>
              <wp:positionH relativeFrom="column">
                <wp:posOffset>1121410</wp:posOffset>
              </wp:positionH>
              <wp:positionV relativeFrom="paragraph">
                <wp:posOffset>436245</wp:posOffset>
              </wp:positionV>
              <wp:extent cx="5391785" cy="404495"/>
              <wp:effectExtent l="1270" t="1270" r="7620" b="3810"/>
              <wp:wrapNone/>
              <wp:docPr id="109347180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85" cy="404495"/>
                      </a:xfrm>
                      <a:prstGeom prst="rect">
                        <a:avLst/>
                      </a:prstGeom>
                      <a:solidFill>
                        <a:srgbClr val="D8D8D8">
                          <a:alpha val="75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117D2" w14:textId="77777777" w:rsidR="008F735A" w:rsidRPr="00D67147" w:rsidRDefault="008F735A" w:rsidP="008F735A">
                          <w:pPr>
                            <w:jc w:val="center"/>
                            <w:rPr>
                              <w:rFonts w:ascii="Arial Black" w:hAnsi="Arial Black"/>
                              <w:bCs/>
                              <w:color w:val="548DD4"/>
                              <w:sz w:val="16"/>
                              <w:szCs w:val="16"/>
                              <w:lang w:val="es-ES"/>
                            </w:rPr>
                          </w:pPr>
                          <w:r w:rsidRPr="00D67147">
                            <w:rPr>
                              <w:rFonts w:ascii="Arial Black" w:hAnsi="Arial Black"/>
                              <w:bCs/>
                              <w:color w:val="548DD4"/>
                              <w:sz w:val="16"/>
                              <w:szCs w:val="16"/>
                              <w:lang w:val="es-ES"/>
                            </w:rPr>
                            <w:t xml:space="preserve">MEMORIA DESCRIPTIVA </w:t>
                          </w:r>
                          <w:r w:rsidR="004E1367" w:rsidRPr="00D67147">
                            <w:rPr>
                              <w:rFonts w:ascii="Arial Black" w:hAnsi="Arial Black"/>
                              <w:bCs/>
                              <w:color w:val="548DD4"/>
                              <w:sz w:val="16"/>
                              <w:szCs w:val="16"/>
                              <w:lang w:val="es-ES"/>
                            </w:rPr>
                            <w:t xml:space="preserve">Y JUSTIFICATIVA - </w:t>
                          </w:r>
                          <w:r w:rsidRPr="00D67147">
                            <w:rPr>
                              <w:rFonts w:ascii="Arial Black" w:hAnsi="Arial Black"/>
                              <w:bCs/>
                              <w:color w:val="548DD4"/>
                              <w:sz w:val="16"/>
                              <w:szCs w:val="16"/>
                              <w:lang w:val="es-ES"/>
                            </w:rPr>
                            <w:t xml:space="preserve">SOLICITUD DE AYUDA </w:t>
                          </w:r>
                        </w:p>
                        <w:p w14:paraId="20FB8053" w14:textId="77777777" w:rsidR="008F735A" w:rsidRPr="00D67147" w:rsidRDefault="008F735A" w:rsidP="008F735A">
                          <w:pPr>
                            <w:ind w:left="142"/>
                            <w:jc w:val="center"/>
                            <w:rPr>
                              <w:rFonts w:ascii="Arial Black" w:hAnsi="Arial Black"/>
                              <w:sz w:val="16"/>
                              <w:szCs w:val="16"/>
                            </w:rPr>
                          </w:pPr>
                          <w:r w:rsidRPr="00D67147">
                            <w:rPr>
                              <w:rFonts w:ascii="Arial Black" w:hAnsi="Arial Black"/>
                              <w:bCs/>
                              <w:color w:val="548DD4"/>
                              <w:sz w:val="16"/>
                              <w:szCs w:val="16"/>
                            </w:rPr>
                            <w:t>‘LEADER Entidades Locales”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BB01D" id="_x0000_t202" coordsize="21600,21600" o:spt="202" path="m,l,21600r21600,l21600,xe">
              <v:stroke joinstyle="miter"/>
              <v:path gradientshapeok="t" o:connecttype="rect"/>
            </v:shapetype>
            <v:shape id="Cuadro de texto 1" o:spid="_x0000_s1026" type="#_x0000_t202" style="position:absolute;left:0;text-align:left;margin-left:88.3pt;margin-top:34.35pt;width:424.55pt;height:3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" fillcolor="#d8d8d8" stroked="f">
              <v:fill opacity="49858f"/>
              <v:textbox>
                <w:txbxContent>
                  <w:p w14:paraId="0C0117D2" w14:textId="77777777" w:rsidR="008F735A" w:rsidRPr="00D67147" w:rsidRDefault="008F735A" w:rsidP="008F735A">
                    <w:pPr>
                      <w:jc w:val="center"/>
                      <w:rPr>
                        <w:rFonts w:ascii="Arial Black" w:hAnsi="Arial Black"/>
                        <w:bCs/>
                        <w:color w:val="548DD4"/>
                        <w:sz w:val="16"/>
                        <w:szCs w:val="16"/>
                        <w:lang w:val="es-ES"/>
                      </w:rPr>
                    </w:pPr>
                    <w:r w:rsidRPr="00D67147">
                      <w:rPr>
                        <w:rFonts w:ascii="Arial Black" w:hAnsi="Arial Black"/>
                        <w:bCs/>
                        <w:color w:val="548DD4"/>
                        <w:sz w:val="16"/>
                        <w:szCs w:val="16"/>
                        <w:lang w:val="es-ES"/>
                      </w:rPr>
                      <w:t xml:space="preserve">MEMORIA DESCRIPTIVA </w:t>
                    </w:r>
                    <w:r w:rsidR="004E1367" w:rsidRPr="00D67147">
                      <w:rPr>
                        <w:rFonts w:ascii="Arial Black" w:hAnsi="Arial Black"/>
                        <w:bCs/>
                        <w:color w:val="548DD4"/>
                        <w:sz w:val="16"/>
                        <w:szCs w:val="16"/>
                        <w:lang w:val="es-ES"/>
                      </w:rPr>
                      <w:t xml:space="preserve">Y JUSTIFICATIVA - </w:t>
                    </w:r>
                    <w:r w:rsidRPr="00D67147">
                      <w:rPr>
                        <w:rFonts w:ascii="Arial Black" w:hAnsi="Arial Black"/>
                        <w:bCs/>
                        <w:color w:val="548DD4"/>
                        <w:sz w:val="16"/>
                        <w:szCs w:val="16"/>
                        <w:lang w:val="es-ES"/>
                      </w:rPr>
                      <w:t xml:space="preserve">SOLICITUD DE AYUDA </w:t>
                    </w:r>
                  </w:p>
                  <w:p w14:paraId="20FB8053" w14:textId="77777777" w:rsidR="008F735A" w:rsidRPr="00D67147" w:rsidRDefault="008F735A" w:rsidP="008F735A">
                    <w:pPr>
                      <w:ind w:left="142"/>
                      <w:jc w:val="center"/>
                      <w:rPr>
                        <w:rFonts w:ascii="Arial Black" w:hAnsi="Arial Black"/>
                        <w:sz w:val="16"/>
                        <w:szCs w:val="16"/>
                      </w:rPr>
                    </w:pPr>
                    <w:r w:rsidRPr="00D67147">
                      <w:rPr>
                        <w:rFonts w:ascii="Arial Black" w:hAnsi="Arial Black"/>
                        <w:bCs/>
                        <w:color w:val="548DD4"/>
                        <w:sz w:val="16"/>
                        <w:szCs w:val="16"/>
                      </w:rPr>
                      <w:t>‘LEADER Entidades Locales”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AD17B46" wp14:editId="14D758D6">
              <wp:simplePos x="0" y="0"/>
              <wp:positionH relativeFrom="column">
                <wp:posOffset>1137920</wp:posOffset>
              </wp:positionH>
              <wp:positionV relativeFrom="paragraph">
                <wp:posOffset>161925</wp:posOffset>
              </wp:positionV>
              <wp:extent cx="5238750" cy="184150"/>
              <wp:effectExtent l="0" t="0" r="0" b="0"/>
              <wp:wrapNone/>
              <wp:docPr id="574307097"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87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47E2B" w14:textId="77777777" w:rsidR="008F735A" w:rsidRPr="004E1367" w:rsidRDefault="008F735A" w:rsidP="008F735A">
                          <w:pPr>
                            <w:spacing w:before="19"/>
                            <w:ind w:left="20"/>
                            <w:rPr>
                              <w:b/>
                              <w:sz w:val="22"/>
                              <w:lang w:val="es-ES"/>
                            </w:rPr>
                          </w:pPr>
                          <w:r w:rsidRPr="008F735A">
                            <w:rPr>
                              <w:b/>
                              <w:w w:val="110"/>
                              <w:sz w:val="22"/>
                              <w:lang w:val="es-ES"/>
                            </w:rPr>
                            <w:t>PLAN</w:t>
                          </w:r>
                          <w:r w:rsidRPr="008F735A">
                            <w:rPr>
                              <w:b/>
                              <w:spacing w:val="8"/>
                              <w:w w:val="110"/>
                              <w:sz w:val="22"/>
                              <w:lang w:val="es-ES"/>
                            </w:rPr>
                            <w:t xml:space="preserve"> </w:t>
                          </w:r>
                          <w:r w:rsidRPr="008F735A">
                            <w:rPr>
                              <w:b/>
                              <w:w w:val="110"/>
                              <w:sz w:val="22"/>
                              <w:lang w:val="es-ES"/>
                            </w:rPr>
                            <w:t>ESTRATÉGICO</w:t>
                          </w:r>
                          <w:r w:rsidRPr="008F735A">
                            <w:rPr>
                              <w:b/>
                              <w:spacing w:val="9"/>
                              <w:w w:val="110"/>
                              <w:sz w:val="22"/>
                              <w:lang w:val="es-ES"/>
                            </w:rPr>
                            <w:t xml:space="preserve"> </w:t>
                          </w:r>
                          <w:r w:rsidRPr="008F735A">
                            <w:rPr>
                              <w:b/>
                              <w:w w:val="110"/>
                              <w:sz w:val="22"/>
                              <w:lang w:val="es-ES"/>
                            </w:rPr>
                            <w:t>DE</w:t>
                          </w:r>
                          <w:r w:rsidRPr="008F735A">
                            <w:rPr>
                              <w:b/>
                              <w:spacing w:val="9"/>
                              <w:w w:val="110"/>
                              <w:sz w:val="22"/>
                              <w:lang w:val="es-ES"/>
                            </w:rPr>
                            <w:t xml:space="preserve"> </w:t>
                          </w:r>
                          <w:r w:rsidRPr="008F735A">
                            <w:rPr>
                              <w:b/>
                              <w:w w:val="110"/>
                              <w:sz w:val="22"/>
                              <w:lang w:val="es-ES"/>
                            </w:rPr>
                            <w:t>LA</w:t>
                          </w:r>
                          <w:r w:rsidRPr="008F735A">
                            <w:rPr>
                              <w:b/>
                              <w:spacing w:val="9"/>
                              <w:w w:val="110"/>
                              <w:sz w:val="22"/>
                              <w:lang w:val="es-ES"/>
                            </w:rPr>
                            <w:t xml:space="preserve"> </w:t>
                          </w:r>
                          <w:r w:rsidRPr="008F735A">
                            <w:rPr>
                              <w:b/>
                              <w:w w:val="110"/>
                              <w:sz w:val="22"/>
                              <w:lang w:val="es-ES"/>
                            </w:rPr>
                            <w:t>PAC.</w:t>
                          </w:r>
                          <w:r w:rsidRPr="008F735A">
                            <w:rPr>
                              <w:b/>
                              <w:spacing w:val="9"/>
                              <w:w w:val="110"/>
                              <w:sz w:val="22"/>
                              <w:lang w:val="es-ES"/>
                            </w:rPr>
                            <w:t xml:space="preserve"> </w:t>
                          </w:r>
                          <w:r w:rsidRPr="004E1367">
                            <w:rPr>
                              <w:b/>
                              <w:w w:val="110"/>
                              <w:sz w:val="22"/>
                              <w:lang w:val="es-ES"/>
                            </w:rPr>
                            <w:t>PRINCIPADO</w:t>
                          </w:r>
                          <w:r w:rsidRPr="004E1367">
                            <w:rPr>
                              <w:b/>
                              <w:spacing w:val="9"/>
                              <w:w w:val="110"/>
                              <w:sz w:val="22"/>
                              <w:lang w:val="es-ES"/>
                            </w:rPr>
                            <w:t xml:space="preserve"> </w:t>
                          </w:r>
                          <w:r w:rsidRPr="004E1367">
                            <w:rPr>
                              <w:b/>
                              <w:w w:val="110"/>
                              <w:sz w:val="22"/>
                              <w:lang w:val="es-ES"/>
                            </w:rPr>
                            <w:t>DE</w:t>
                          </w:r>
                          <w:r w:rsidRPr="004E1367">
                            <w:rPr>
                              <w:b/>
                              <w:spacing w:val="9"/>
                              <w:w w:val="110"/>
                              <w:sz w:val="22"/>
                              <w:lang w:val="es-ES"/>
                            </w:rPr>
                            <w:t xml:space="preserve"> </w:t>
                          </w:r>
                          <w:r w:rsidRPr="004E1367">
                            <w:rPr>
                              <w:b/>
                              <w:w w:val="110"/>
                              <w:sz w:val="22"/>
                              <w:lang w:val="es-ES"/>
                            </w:rPr>
                            <w:t>ASTURIAS</w:t>
                          </w:r>
                          <w:r w:rsidRPr="004E1367">
                            <w:rPr>
                              <w:b/>
                              <w:spacing w:val="9"/>
                              <w:w w:val="110"/>
                              <w:sz w:val="22"/>
                              <w:lang w:val="es-ES"/>
                            </w:rPr>
                            <w:t xml:space="preserve"> </w:t>
                          </w:r>
                          <w:r w:rsidRPr="004E1367">
                            <w:rPr>
                              <w:b/>
                              <w:w w:val="110"/>
                              <w:sz w:val="22"/>
                              <w:lang w:val="es-ES"/>
                            </w:rPr>
                            <w:t>2023-2027</w:t>
                          </w:r>
                          <w:r w:rsidRPr="004E1367">
                            <w:rPr>
                              <w:b/>
                              <w:spacing w:val="9"/>
                              <w:w w:val="110"/>
                              <w:sz w:val="22"/>
                              <w:lang w:val="es-ES"/>
                            </w:rPr>
                            <w:t xml:space="preserve"> </w:t>
                          </w:r>
                          <w:r w:rsidRPr="004E1367">
                            <w:rPr>
                              <w:b/>
                              <w:spacing w:val="-2"/>
                              <w:w w:val="110"/>
                              <w:sz w:val="22"/>
                              <w:lang w:val="es-ES"/>
                            </w:rPr>
                            <w:t>LEADER.</w:t>
                          </w:r>
                        </w:p>
                      </w:txbxContent>
                    </wps:txbx>
                    <wps:bodyPr rot="0" vert="horz" wrap="square" lIns="0" tIns="0" rIns="0" bIns="0" anchor="t" anchorCtr="0" upright="1">
                      <a:noAutofit/>
                    </wps:bodyPr>
                  </wps:wsp>
                </a:graphicData>
              </a:graphic>
            </wp:anchor>
          </w:drawing>
        </mc:Choice>
        <mc:Fallback>
          <w:pict>
            <v:shape w14:anchorId="0AD17B46" id="Textbox 11" o:spid="_x0000_s1027" type="#_x0000_t202" style="position:absolute;left:0;text-align:left;margin-left:89.6pt;margin-top:12.75pt;width:412.5pt;height:1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" filled="f" stroked="f">
              <v:path arrowok="t"/>
              <v:textbox inset="0,0,0,0">
                <w:txbxContent>
                  <w:p w14:paraId="42647E2B" w14:textId="77777777" w:rsidR="008F735A" w:rsidRPr="004E1367" w:rsidRDefault="008F735A" w:rsidP="008F735A">
                    <w:pPr>
                      <w:spacing w:before="19"/>
                      <w:ind w:left="20"/>
                      <w:rPr>
                        <w:b/>
                        <w:sz w:val="22"/>
                        <w:lang w:val="es-ES"/>
                      </w:rPr>
                    </w:pPr>
                    <w:r w:rsidRPr="008F735A">
                      <w:rPr>
                        <w:b/>
                        <w:w w:val="110"/>
                        <w:sz w:val="22"/>
                        <w:lang w:val="es-ES"/>
                      </w:rPr>
                      <w:t>PLAN</w:t>
                    </w:r>
                    <w:r w:rsidRPr="008F735A">
                      <w:rPr>
                        <w:b/>
                        <w:spacing w:val="8"/>
                        <w:w w:val="110"/>
                        <w:sz w:val="22"/>
                        <w:lang w:val="es-ES"/>
                      </w:rPr>
                      <w:t xml:space="preserve"> </w:t>
                    </w:r>
                    <w:r w:rsidRPr="008F735A">
                      <w:rPr>
                        <w:b/>
                        <w:w w:val="110"/>
                        <w:sz w:val="22"/>
                        <w:lang w:val="es-ES"/>
                      </w:rPr>
                      <w:t>ESTRATÉGICO</w:t>
                    </w:r>
                    <w:r w:rsidRPr="008F735A">
                      <w:rPr>
                        <w:b/>
                        <w:spacing w:val="9"/>
                        <w:w w:val="110"/>
                        <w:sz w:val="22"/>
                        <w:lang w:val="es-ES"/>
                      </w:rPr>
                      <w:t xml:space="preserve"> </w:t>
                    </w:r>
                    <w:r w:rsidRPr="008F735A">
                      <w:rPr>
                        <w:b/>
                        <w:w w:val="110"/>
                        <w:sz w:val="22"/>
                        <w:lang w:val="es-ES"/>
                      </w:rPr>
                      <w:t>DE</w:t>
                    </w:r>
                    <w:r w:rsidRPr="008F735A">
                      <w:rPr>
                        <w:b/>
                        <w:spacing w:val="9"/>
                        <w:w w:val="110"/>
                        <w:sz w:val="22"/>
                        <w:lang w:val="es-ES"/>
                      </w:rPr>
                      <w:t xml:space="preserve"> </w:t>
                    </w:r>
                    <w:r w:rsidRPr="008F735A">
                      <w:rPr>
                        <w:b/>
                        <w:w w:val="110"/>
                        <w:sz w:val="22"/>
                        <w:lang w:val="es-ES"/>
                      </w:rPr>
                      <w:t>LA</w:t>
                    </w:r>
                    <w:r w:rsidRPr="008F735A">
                      <w:rPr>
                        <w:b/>
                        <w:spacing w:val="9"/>
                        <w:w w:val="110"/>
                        <w:sz w:val="22"/>
                        <w:lang w:val="es-ES"/>
                      </w:rPr>
                      <w:t xml:space="preserve"> </w:t>
                    </w:r>
                    <w:r w:rsidRPr="008F735A">
                      <w:rPr>
                        <w:b/>
                        <w:w w:val="110"/>
                        <w:sz w:val="22"/>
                        <w:lang w:val="es-ES"/>
                      </w:rPr>
                      <w:t>PAC.</w:t>
                    </w:r>
                    <w:r w:rsidRPr="008F735A">
                      <w:rPr>
                        <w:b/>
                        <w:spacing w:val="9"/>
                        <w:w w:val="110"/>
                        <w:sz w:val="22"/>
                        <w:lang w:val="es-ES"/>
                      </w:rPr>
                      <w:t xml:space="preserve"> </w:t>
                    </w:r>
                    <w:r w:rsidRPr="004E1367">
                      <w:rPr>
                        <w:b/>
                        <w:w w:val="110"/>
                        <w:sz w:val="22"/>
                        <w:lang w:val="es-ES"/>
                      </w:rPr>
                      <w:t>PRINCIPADO</w:t>
                    </w:r>
                    <w:r w:rsidRPr="004E1367">
                      <w:rPr>
                        <w:b/>
                        <w:spacing w:val="9"/>
                        <w:w w:val="110"/>
                        <w:sz w:val="22"/>
                        <w:lang w:val="es-ES"/>
                      </w:rPr>
                      <w:t xml:space="preserve"> </w:t>
                    </w:r>
                    <w:r w:rsidRPr="004E1367">
                      <w:rPr>
                        <w:b/>
                        <w:w w:val="110"/>
                        <w:sz w:val="22"/>
                        <w:lang w:val="es-ES"/>
                      </w:rPr>
                      <w:t>DE</w:t>
                    </w:r>
                    <w:r w:rsidRPr="004E1367">
                      <w:rPr>
                        <w:b/>
                        <w:spacing w:val="9"/>
                        <w:w w:val="110"/>
                        <w:sz w:val="22"/>
                        <w:lang w:val="es-ES"/>
                      </w:rPr>
                      <w:t xml:space="preserve"> </w:t>
                    </w:r>
                    <w:r w:rsidRPr="004E1367">
                      <w:rPr>
                        <w:b/>
                        <w:w w:val="110"/>
                        <w:sz w:val="22"/>
                        <w:lang w:val="es-ES"/>
                      </w:rPr>
                      <w:t>ASTURIAS</w:t>
                    </w:r>
                    <w:r w:rsidRPr="004E1367">
                      <w:rPr>
                        <w:b/>
                        <w:spacing w:val="9"/>
                        <w:w w:val="110"/>
                        <w:sz w:val="22"/>
                        <w:lang w:val="es-ES"/>
                      </w:rPr>
                      <w:t xml:space="preserve"> </w:t>
                    </w:r>
                    <w:r w:rsidRPr="004E1367">
                      <w:rPr>
                        <w:b/>
                        <w:w w:val="110"/>
                        <w:sz w:val="22"/>
                        <w:lang w:val="es-ES"/>
                      </w:rPr>
                      <w:t>2023-2027</w:t>
                    </w:r>
                    <w:r w:rsidRPr="004E1367">
                      <w:rPr>
                        <w:b/>
                        <w:spacing w:val="9"/>
                        <w:w w:val="110"/>
                        <w:sz w:val="22"/>
                        <w:lang w:val="es-ES"/>
                      </w:rPr>
                      <w:t xml:space="preserve"> </w:t>
                    </w:r>
                    <w:r w:rsidRPr="004E1367">
                      <w:rPr>
                        <w:b/>
                        <w:spacing w:val="-2"/>
                        <w:w w:val="110"/>
                        <w:sz w:val="22"/>
                        <w:lang w:val="es-ES"/>
                      </w:rPr>
                      <w:t>LEADER.</w:t>
                    </w:r>
                  </w:p>
                </w:txbxContent>
              </v:textbox>
            </v:shape>
          </w:pict>
        </mc:Fallback>
      </mc:AlternateContent>
    </w:r>
  </w:p>
  <w:p w14:paraId="4755BC24" w14:textId="77777777" w:rsidR="008F735A" w:rsidRDefault="008F735A" w:rsidP="008F735A">
    <w:pPr>
      <w:tabs>
        <w:tab w:val="left" w:pos="-91"/>
      </w:tabs>
      <w:ind w:left="-567" w:right="-709"/>
      <w:jc w:val="both"/>
    </w:pPr>
    <w:r>
      <w:rPr>
        <w:noProof/>
      </w:rPr>
      <w:drawing>
        <wp:anchor distT="0" distB="0" distL="114300" distR="114300" simplePos="0" relativeHeight="251658240" behindDoc="0" locked="0" layoutInCell="1" allowOverlap="1" wp14:anchorId="0BF3713C" wp14:editId="553E1372">
          <wp:simplePos x="0" y="0"/>
          <wp:positionH relativeFrom="column">
            <wp:posOffset>76598</wp:posOffset>
          </wp:positionH>
          <wp:positionV relativeFrom="page">
            <wp:posOffset>833120</wp:posOffset>
          </wp:positionV>
          <wp:extent cx="621665" cy="471805"/>
          <wp:effectExtent l="0" t="0" r="6985" b="4445"/>
          <wp:wrapNone/>
          <wp:docPr id="11558776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F95EF" w14:textId="77777777" w:rsidR="008F735A" w:rsidRDefault="008F735A" w:rsidP="008F735A">
    <w:pPr>
      <w:tabs>
        <w:tab w:val="left" w:pos="-91"/>
      </w:tabs>
      <w:ind w:left="-567" w:right="-709"/>
      <w:jc w:val="both"/>
    </w:pPr>
  </w:p>
  <w:p w14:paraId="39C7B808" w14:textId="77777777" w:rsidR="008F735A" w:rsidRPr="00B06028" w:rsidRDefault="008F735A" w:rsidP="008F735A">
    <w:pPr>
      <w:tabs>
        <w:tab w:val="left" w:pos="-91"/>
      </w:tabs>
      <w:ind w:left="-567" w:right="-709"/>
      <w:jc w:val="both"/>
    </w:pPr>
  </w:p>
  <w:p w14:paraId="3DEBEC50" w14:textId="77777777" w:rsidR="008F735A" w:rsidRDefault="008F735A" w:rsidP="008F735A"/>
  <w:p w14:paraId="1ED59800" w14:textId="77777777" w:rsidR="008F735A" w:rsidRDefault="008F735A" w:rsidP="008F735A"/>
  <w:p w14:paraId="0334F0CD" w14:textId="77777777" w:rsidR="008F735A" w:rsidRDefault="008F73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B323368"/>
    <w:multiLevelType w:val="hybridMultilevel"/>
    <w:tmpl w:val="BF6AD5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Arial" w:eastAsia="Arial"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Arial" w:eastAsia="Arial" w:hAnsi="Arial"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Arial" w:eastAsia="Arial" w:hAnsi="Arial" w:cs="Arial"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1E4689"/>
    <w:multiLevelType w:val="hybridMultilevel"/>
    <w:tmpl w:val="57C6A4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Arial" w:eastAsia="Arial" w:hAnsi="Arial"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Arial" w:eastAsia="Arial" w:hAnsi="Arial" w:cs="Arial"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Arial" w:eastAsia="Arial" w:hAnsi="Arial" w:cs="Arial"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75F87084"/>
    <w:multiLevelType w:val="multilevel"/>
    <w:tmpl w:val="69D0DA60"/>
    <w:lvl w:ilvl="0">
      <w:start w:val="3"/>
      <w:numFmt w:val="decimal"/>
      <w:lvlText w:val="%1."/>
      <w:lvlJc w:val="left"/>
      <w:pPr>
        <w:ind w:left="480" w:hanging="480"/>
      </w:pPr>
      <w:rPr>
        <w:rFonts w:ascii="Arial" w:eastAsia="Arial" w:hAnsi="Arial" w:cs="Arial" w:hint="default"/>
      </w:rPr>
    </w:lvl>
    <w:lvl w:ilvl="1">
      <w:start w:val="1"/>
      <w:numFmt w:val="decimal"/>
      <w:lvlText w:val="%1.%2."/>
      <w:lvlJc w:val="left"/>
      <w:pPr>
        <w:ind w:left="2232" w:hanging="720"/>
      </w:pPr>
      <w:rPr>
        <w:rFonts w:ascii="Arial" w:eastAsia="Arial" w:hAnsi="Arial" w:cs="Arial" w:hint="default"/>
      </w:rPr>
    </w:lvl>
    <w:lvl w:ilvl="2">
      <w:start w:val="1"/>
      <w:numFmt w:val="decimal"/>
      <w:lvlText w:val="%1.%2.%3."/>
      <w:lvlJc w:val="left"/>
      <w:pPr>
        <w:ind w:left="4104" w:hanging="1080"/>
      </w:pPr>
      <w:rPr>
        <w:rFonts w:ascii="Arial" w:eastAsia="Arial" w:hAnsi="Arial" w:cs="Arial" w:hint="default"/>
      </w:rPr>
    </w:lvl>
    <w:lvl w:ilvl="3">
      <w:start w:val="1"/>
      <w:numFmt w:val="decimal"/>
      <w:lvlText w:val="%1.%2.%3.%4."/>
      <w:lvlJc w:val="left"/>
      <w:pPr>
        <w:ind w:left="5616" w:hanging="1080"/>
      </w:pPr>
      <w:rPr>
        <w:rFonts w:ascii="Arial" w:eastAsia="Arial" w:hAnsi="Arial" w:cs="Arial" w:hint="default"/>
      </w:rPr>
    </w:lvl>
    <w:lvl w:ilvl="4">
      <w:start w:val="1"/>
      <w:numFmt w:val="decimal"/>
      <w:lvlText w:val="%1.%2.%3.%4.%5."/>
      <w:lvlJc w:val="left"/>
      <w:pPr>
        <w:ind w:left="7488" w:hanging="1440"/>
      </w:pPr>
      <w:rPr>
        <w:rFonts w:ascii="Arial" w:eastAsia="Arial" w:hAnsi="Arial" w:cs="Arial" w:hint="default"/>
      </w:rPr>
    </w:lvl>
    <w:lvl w:ilvl="5">
      <w:start w:val="1"/>
      <w:numFmt w:val="decimal"/>
      <w:lvlText w:val="%1.%2.%3.%4.%5.%6."/>
      <w:lvlJc w:val="left"/>
      <w:pPr>
        <w:ind w:left="9360" w:hanging="1800"/>
      </w:pPr>
      <w:rPr>
        <w:rFonts w:ascii="Arial" w:eastAsia="Arial" w:hAnsi="Arial" w:cs="Arial" w:hint="default"/>
      </w:rPr>
    </w:lvl>
    <w:lvl w:ilvl="6">
      <w:start w:val="1"/>
      <w:numFmt w:val="decimal"/>
      <w:lvlText w:val="%1.%2.%3.%4.%5.%6.%7."/>
      <w:lvlJc w:val="left"/>
      <w:pPr>
        <w:ind w:left="10872" w:hanging="1800"/>
      </w:pPr>
      <w:rPr>
        <w:rFonts w:ascii="Arial" w:eastAsia="Arial" w:hAnsi="Arial" w:cs="Arial" w:hint="default"/>
      </w:rPr>
    </w:lvl>
    <w:lvl w:ilvl="7">
      <w:start w:val="1"/>
      <w:numFmt w:val="decimal"/>
      <w:lvlText w:val="%1.%2.%3.%4.%5.%6.%7.%8."/>
      <w:lvlJc w:val="left"/>
      <w:pPr>
        <w:ind w:left="12744" w:hanging="2160"/>
      </w:pPr>
      <w:rPr>
        <w:rFonts w:ascii="Arial" w:eastAsia="Arial" w:hAnsi="Arial" w:cs="Arial" w:hint="default"/>
      </w:rPr>
    </w:lvl>
    <w:lvl w:ilvl="8">
      <w:start w:val="1"/>
      <w:numFmt w:val="decimal"/>
      <w:lvlText w:val="%1.%2.%3.%4.%5.%6.%7.%8.%9."/>
      <w:lvlJc w:val="left"/>
      <w:pPr>
        <w:ind w:left="14616" w:hanging="2520"/>
      </w:pPr>
      <w:rPr>
        <w:rFonts w:ascii="Arial" w:eastAsia="Arial" w:hAnsi="Arial" w:cs="Arial" w:hint="default"/>
      </w:rPr>
    </w:lvl>
  </w:abstractNum>
  <w:num w:numId="1" w16cid:durableId="2050907451">
    <w:abstractNumId w:val="8"/>
  </w:num>
  <w:num w:numId="2" w16cid:durableId="1593200296">
    <w:abstractNumId w:val="6"/>
  </w:num>
  <w:num w:numId="3" w16cid:durableId="2145349179">
    <w:abstractNumId w:val="5"/>
  </w:num>
  <w:num w:numId="4" w16cid:durableId="671299745">
    <w:abstractNumId w:val="4"/>
  </w:num>
  <w:num w:numId="5" w16cid:durableId="1210073795">
    <w:abstractNumId w:val="7"/>
  </w:num>
  <w:num w:numId="6" w16cid:durableId="1152409541">
    <w:abstractNumId w:val="3"/>
  </w:num>
  <w:num w:numId="7" w16cid:durableId="865027533">
    <w:abstractNumId w:val="2"/>
  </w:num>
  <w:num w:numId="8" w16cid:durableId="1112281308">
    <w:abstractNumId w:val="1"/>
  </w:num>
  <w:num w:numId="9" w16cid:durableId="1594364168">
    <w:abstractNumId w:val="0"/>
  </w:num>
  <w:num w:numId="10" w16cid:durableId="722488358">
    <w:abstractNumId w:val="9"/>
  </w:num>
  <w:num w:numId="11" w16cid:durableId="1699577075">
    <w:abstractNumId w:val="11"/>
  </w:num>
  <w:num w:numId="12" w16cid:durableId="6252337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739"/>
    <w:rsid w:val="00050F82"/>
    <w:rsid w:val="00057C2C"/>
    <w:rsid w:val="0006063C"/>
    <w:rsid w:val="00060D4D"/>
    <w:rsid w:val="00061749"/>
    <w:rsid w:val="000638DE"/>
    <w:rsid w:val="0007617E"/>
    <w:rsid w:val="0009506B"/>
    <w:rsid w:val="000A30DA"/>
    <w:rsid w:val="001075AD"/>
    <w:rsid w:val="00125072"/>
    <w:rsid w:val="001252FA"/>
    <w:rsid w:val="00130E94"/>
    <w:rsid w:val="0015074B"/>
    <w:rsid w:val="00154A1B"/>
    <w:rsid w:val="00166144"/>
    <w:rsid w:val="001B176C"/>
    <w:rsid w:val="001C4CFE"/>
    <w:rsid w:val="001C6FAC"/>
    <w:rsid w:val="0022024F"/>
    <w:rsid w:val="0026320F"/>
    <w:rsid w:val="0027517F"/>
    <w:rsid w:val="00283F85"/>
    <w:rsid w:val="00284C23"/>
    <w:rsid w:val="0029639D"/>
    <w:rsid w:val="002A5794"/>
    <w:rsid w:val="002A582D"/>
    <w:rsid w:val="002C0037"/>
    <w:rsid w:val="002D5B44"/>
    <w:rsid w:val="002E7927"/>
    <w:rsid w:val="00326F90"/>
    <w:rsid w:val="00342991"/>
    <w:rsid w:val="003439F3"/>
    <w:rsid w:val="00345D81"/>
    <w:rsid w:val="003633C1"/>
    <w:rsid w:val="00373F7D"/>
    <w:rsid w:val="003A5882"/>
    <w:rsid w:val="003D0E42"/>
    <w:rsid w:val="003D1A4B"/>
    <w:rsid w:val="003D5526"/>
    <w:rsid w:val="0040214B"/>
    <w:rsid w:val="00427B2B"/>
    <w:rsid w:val="0044536D"/>
    <w:rsid w:val="004569BC"/>
    <w:rsid w:val="00471D7C"/>
    <w:rsid w:val="0048699B"/>
    <w:rsid w:val="0049472B"/>
    <w:rsid w:val="00497C72"/>
    <w:rsid w:val="004A05D2"/>
    <w:rsid w:val="004A2054"/>
    <w:rsid w:val="004B176D"/>
    <w:rsid w:val="004B365C"/>
    <w:rsid w:val="004E1367"/>
    <w:rsid w:val="004F5AEF"/>
    <w:rsid w:val="0050017D"/>
    <w:rsid w:val="005316BC"/>
    <w:rsid w:val="00537046"/>
    <w:rsid w:val="005579D5"/>
    <w:rsid w:val="00577D46"/>
    <w:rsid w:val="00587ECE"/>
    <w:rsid w:val="00587F8D"/>
    <w:rsid w:val="00592500"/>
    <w:rsid w:val="005A6ED4"/>
    <w:rsid w:val="005B53BB"/>
    <w:rsid w:val="005B5D11"/>
    <w:rsid w:val="005C6A90"/>
    <w:rsid w:val="005D59FC"/>
    <w:rsid w:val="005E72E1"/>
    <w:rsid w:val="00600261"/>
    <w:rsid w:val="00601406"/>
    <w:rsid w:val="00612952"/>
    <w:rsid w:val="00613D08"/>
    <w:rsid w:val="00621CE7"/>
    <w:rsid w:val="00643B40"/>
    <w:rsid w:val="00660369"/>
    <w:rsid w:val="00673E41"/>
    <w:rsid w:val="00697A81"/>
    <w:rsid w:val="006B6F79"/>
    <w:rsid w:val="006C271E"/>
    <w:rsid w:val="006C746A"/>
    <w:rsid w:val="006E10D7"/>
    <w:rsid w:val="006E24C5"/>
    <w:rsid w:val="0070229A"/>
    <w:rsid w:val="007120DD"/>
    <w:rsid w:val="00762D76"/>
    <w:rsid w:val="00773CE3"/>
    <w:rsid w:val="00777C5E"/>
    <w:rsid w:val="007B0078"/>
    <w:rsid w:val="007B623E"/>
    <w:rsid w:val="007C7758"/>
    <w:rsid w:val="007F19EB"/>
    <w:rsid w:val="0081209A"/>
    <w:rsid w:val="00816588"/>
    <w:rsid w:val="008443FA"/>
    <w:rsid w:val="0087715B"/>
    <w:rsid w:val="00885298"/>
    <w:rsid w:val="008D4BAF"/>
    <w:rsid w:val="008F0244"/>
    <w:rsid w:val="008F735A"/>
    <w:rsid w:val="00901F65"/>
    <w:rsid w:val="00921F4D"/>
    <w:rsid w:val="0093526B"/>
    <w:rsid w:val="00940359"/>
    <w:rsid w:val="00946ECA"/>
    <w:rsid w:val="0095536B"/>
    <w:rsid w:val="00960D4E"/>
    <w:rsid w:val="00981DF1"/>
    <w:rsid w:val="00985397"/>
    <w:rsid w:val="0098552D"/>
    <w:rsid w:val="00997CE0"/>
    <w:rsid w:val="009C6331"/>
    <w:rsid w:val="009D37B2"/>
    <w:rsid w:val="009E0FD4"/>
    <w:rsid w:val="009E1F7B"/>
    <w:rsid w:val="009E3FD6"/>
    <w:rsid w:val="009E7E77"/>
    <w:rsid w:val="009F680B"/>
    <w:rsid w:val="00A11793"/>
    <w:rsid w:val="00A11E4F"/>
    <w:rsid w:val="00A14B5A"/>
    <w:rsid w:val="00A30507"/>
    <w:rsid w:val="00A3308C"/>
    <w:rsid w:val="00A53C40"/>
    <w:rsid w:val="00A72A44"/>
    <w:rsid w:val="00A96664"/>
    <w:rsid w:val="00AA0908"/>
    <w:rsid w:val="00AA1D8D"/>
    <w:rsid w:val="00AA49D4"/>
    <w:rsid w:val="00AB747F"/>
    <w:rsid w:val="00AB7DC5"/>
    <w:rsid w:val="00AC5653"/>
    <w:rsid w:val="00AD64E0"/>
    <w:rsid w:val="00AF2419"/>
    <w:rsid w:val="00B05021"/>
    <w:rsid w:val="00B10AE8"/>
    <w:rsid w:val="00B14234"/>
    <w:rsid w:val="00B21BD0"/>
    <w:rsid w:val="00B363B0"/>
    <w:rsid w:val="00B3684B"/>
    <w:rsid w:val="00B47730"/>
    <w:rsid w:val="00BB5EE6"/>
    <w:rsid w:val="00BB711A"/>
    <w:rsid w:val="00BD1A10"/>
    <w:rsid w:val="00C02674"/>
    <w:rsid w:val="00C04BCF"/>
    <w:rsid w:val="00C11A23"/>
    <w:rsid w:val="00C226F0"/>
    <w:rsid w:val="00C22D42"/>
    <w:rsid w:val="00C45D96"/>
    <w:rsid w:val="00C54068"/>
    <w:rsid w:val="00C56DFC"/>
    <w:rsid w:val="00C83F57"/>
    <w:rsid w:val="00CB0664"/>
    <w:rsid w:val="00CD05D5"/>
    <w:rsid w:val="00CD4D81"/>
    <w:rsid w:val="00CD6322"/>
    <w:rsid w:val="00CD7CAA"/>
    <w:rsid w:val="00D12AE9"/>
    <w:rsid w:val="00D45417"/>
    <w:rsid w:val="00D52B9B"/>
    <w:rsid w:val="00D622DC"/>
    <w:rsid w:val="00D67147"/>
    <w:rsid w:val="00DB2DC9"/>
    <w:rsid w:val="00DD2393"/>
    <w:rsid w:val="00DE3C0B"/>
    <w:rsid w:val="00E10C5F"/>
    <w:rsid w:val="00E15017"/>
    <w:rsid w:val="00E47FB3"/>
    <w:rsid w:val="00E73990"/>
    <w:rsid w:val="00E84DDD"/>
    <w:rsid w:val="00EA18A3"/>
    <w:rsid w:val="00EB7B4F"/>
    <w:rsid w:val="00EC61C2"/>
    <w:rsid w:val="00F05DB1"/>
    <w:rsid w:val="00F102B5"/>
    <w:rsid w:val="00F14732"/>
    <w:rsid w:val="00F24B6A"/>
    <w:rsid w:val="00F26F86"/>
    <w:rsid w:val="00F30F9A"/>
    <w:rsid w:val="00F3439E"/>
    <w:rsid w:val="00F47292"/>
    <w:rsid w:val="00F743A5"/>
    <w:rsid w:val="00F765B3"/>
    <w:rsid w:val="00F82B15"/>
    <w:rsid w:val="00FA52A4"/>
    <w:rsid w:val="00FB5CF6"/>
    <w:rsid w:val="00FC693F"/>
    <w:rsid w:val="00FE3315"/>
    <w:rsid w:val="00FE77D2"/>
    <w:rsid w:val="00FF5641"/>
    <w:rsid w:val="00FF6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0A344F"/>
  <w14:defaultImageDpi w14:val="300"/>
  <w15:docId w15:val="{CB45BCFF-9634-42A5-863A-5BCEA0CA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ED4"/>
    <w:pPr>
      <w:spacing w:after="40" w:line="240" w:lineRule="auto"/>
    </w:pPr>
    <w:rPr>
      <w:sz w:val="18"/>
    </w:rPr>
  </w:style>
  <w:style w:type="paragraph" w:styleId="Ttulo1">
    <w:name w:val="heading 1"/>
    <w:basedOn w:val="Normal"/>
    <w:next w:val="Normal"/>
    <w:link w:val="Ttulo1Car"/>
    <w:uiPriority w:val="9"/>
    <w:qFormat/>
    <w:rsid w:val="00FC693F"/>
    <w:pPr>
      <w:keepNext/>
      <w:keepLines/>
      <w:spacing w:before="480" w:after="0"/>
      <w:outlineLvl w:val="0"/>
    </w:pPr>
    <w:rPr>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Arial" w:eastAsia="Arial" w:hAnsi="Arial" w:cs="Arial"/>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Arial" w:eastAsia="Arial" w:hAnsi="Arial" w:cs="Arial"/>
      <w:b/>
      <w:bCs/>
      <w:color w:val="4F81BD" w:themeColor="accent1"/>
      <w:sz w:val="26"/>
      <w:szCs w:val="26"/>
    </w:rPr>
  </w:style>
  <w:style w:type="character" w:customStyle="1" w:styleId="Ttulo3Car">
    <w:name w:val="Título 3 Car"/>
    <w:basedOn w:val="Fuentedeprrafopredeter"/>
    <w:link w:val="Ttulo3"/>
    <w:uiPriority w:val="9"/>
    <w:rsid w:val="00FC693F"/>
    <w:rPr>
      <w:rFonts w:ascii="Arial" w:eastAsia="Arial" w:hAnsi="Arial" w:cs="Arial"/>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Arial" w:eastAsia="Arial" w:hAnsi="Arial" w:cs="Arial"/>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Arial" w:eastAsia="Arial" w:hAnsi="Arial" w:cs="Arial"/>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sz w:val="20"/>
      <w:szCs w:val="20"/>
    </w:rPr>
  </w:style>
  <w:style w:type="character" w:customStyle="1" w:styleId="TextomacroCar">
    <w:name w:val="Texto macro Car"/>
    <w:basedOn w:val="Fuentedeprrafopredeter"/>
    <w:link w:val="Textomacro"/>
    <w:uiPriority w:val="99"/>
    <w:rsid w:val="0029639D"/>
    <w:rPr>
      <w:rFonts w:ascii="Arial" w:eastAsia="Arial" w:hAnsi="Arial" w:cs="Arial"/>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Arial" w:eastAsia="Arial" w:hAnsi="Arial" w:cs="Arial"/>
      <w:b/>
      <w:bCs/>
      <w:i/>
      <w:iCs/>
      <w:color w:val="4F81BD" w:themeColor="accent1"/>
    </w:rPr>
  </w:style>
  <w:style w:type="character" w:customStyle="1" w:styleId="Ttulo5Car">
    <w:name w:val="Título 5 Car"/>
    <w:basedOn w:val="Fuentedeprrafopredeter"/>
    <w:link w:val="Ttulo5"/>
    <w:uiPriority w:val="9"/>
    <w:semiHidden/>
    <w:rsid w:val="00FC693F"/>
    <w:rPr>
      <w:rFonts w:ascii="Arial" w:eastAsia="Arial" w:hAnsi="Arial" w:cs="Arial"/>
      <w:color w:val="243F60" w:themeColor="accent1" w:themeShade="7F"/>
    </w:rPr>
  </w:style>
  <w:style w:type="character" w:customStyle="1" w:styleId="Ttulo6Car">
    <w:name w:val="Título 6 Car"/>
    <w:basedOn w:val="Fuentedeprrafopredeter"/>
    <w:link w:val="Ttulo6"/>
    <w:uiPriority w:val="9"/>
    <w:semiHidden/>
    <w:rsid w:val="00FC693F"/>
    <w:rPr>
      <w:rFonts w:ascii="Arial" w:eastAsia="Arial" w:hAnsi="Arial" w:cs="Arial"/>
      <w:i/>
      <w:iCs/>
      <w:color w:val="243F60" w:themeColor="accent1" w:themeShade="7F"/>
    </w:rPr>
  </w:style>
  <w:style w:type="character" w:customStyle="1" w:styleId="Ttulo7Car">
    <w:name w:val="Título 7 Car"/>
    <w:basedOn w:val="Fuentedeprrafopredeter"/>
    <w:link w:val="Ttulo7"/>
    <w:uiPriority w:val="9"/>
    <w:semiHidden/>
    <w:rsid w:val="00FC693F"/>
    <w:rPr>
      <w:rFonts w:ascii="Arial" w:eastAsia="Arial" w:hAnsi="Arial" w:cs="Arial"/>
      <w:i/>
      <w:iCs/>
      <w:color w:val="404040" w:themeColor="text1" w:themeTint="BF"/>
    </w:rPr>
  </w:style>
  <w:style w:type="character" w:customStyle="1" w:styleId="Ttulo8Car">
    <w:name w:val="Título 8 Car"/>
    <w:basedOn w:val="Fuentedeprrafopredeter"/>
    <w:link w:val="Ttulo8"/>
    <w:uiPriority w:val="9"/>
    <w:semiHidden/>
    <w:rsid w:val="00FC693F"/>
    <w:rPr>
      <w:rFonts w:ascii="Arial" w:eastAsia="Arial" w:hAnsi="Arial" w:cs="Arial"/>
      <w:color w:val="4F81BD" w:themeColor="accent1"/>
      <w:sz w:val="20"/>
      <w:szCs w:val="20"/>
    </w:rPr>
  </w:style>
  <w:style w:type="character" w:customStyle="1" w:styleId="Ttulo9Car">
    <w:name w:val="Título 9 Car"/>
    <w:basedOn w:val="Fuentedeprrafopredeter"/>
    <w:link w:val="Ttulo9"/>
    <w:uiPriority w:val="9"/>
    <w:semiHidden/>
    <w:rsid w:val="00FC693F"/>
    <w:rPr>
      <w:rFonts w:ascii="Arial" w:eastAsia="Arial" w:hAnsi="Arial" w:cs="Arial"/>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Arial" w:eastAsia="Arial" w:hAnsi="Arial" w:cs="Arial"/>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Arial" w:eastAsia="Arial" w:hAnsi="Arial" w:cs="Arial"/>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Arial" w:eastAsia="Arial" w:hAnsi="Arial" w:cs="Arial"/>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Arial" w:eastAsia="Arial" w:hAnsi="Arial" w:cs="Arial"/>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Arial" w:eastAsia="Arial" w:hAnsi="Arial" w:cs="Arial"/>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Arial" w:eastAsia="Arial" w:hAnsi="Arial" w:cs="Arial"/>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Arial" w:eastAsia="Arial" w:hAnsi="Arial" w:cs="Arial"/>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Arial" w:eastAsia="Arial" w:hAnsi="Arial" w:cs="Arial"/>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Arial" w:eastAsia="Arial" w:hAnsi="Arial" w:cs="Arial"/>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Arial" w:eastAsia="Arial" w:hAnsi="Arial" w:cs="Arial"/>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Arial" w:eastAsia="Arial" w:hAnsi="Arial" w:cs="Arial"/>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Arial" w:eastAsia="Arial" w:hAnsi="Arial"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Arial" w:eastAsia="Arial" w:hAnsi="Arial" w:cs="Arial"/>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Arial" w:eastAsia="Arial" w:hAnsi="Arial" w:cs="Arial"/>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Arial" w:eastAsia="Arial" w:hAnsi="Arial" w:cs="Arial"/>
        <w:b/>
        <w:bCs/>
      </w:rPr>
    </w:tblStylePr>
    <w:tblStylePr w:type="lastCol">
      <w:rPr>
        <w:rFonts w:ascii="Arial" w:eastAsia="Arial" w:hAnsi="Arial" w:cs="Arial"/>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Arial" w:eastAsia="Arial" w:hAnsi="Arial" w:cs="Arial"/>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Arial" w:eastAsia="Arial" w:hAnsi="Arial" w:cs="Arial"/>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Arial" w:eastAsia="Arial" w:hAnsi="Arial" w:cs="Arial"/>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Arial" w:eastAsia="Arial" w:hAnsi="Arial" w:cs="Arial"/>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Arial" w:eastAsia="Arial" w:hAnsi="Arial" w:cs="Arial"/>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Arial" w:eastAsia="Arial" w:hAnsi="Arial" w:cs="Arial"/>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Arial" w:eastAsia="Arial" w:hAnsi="Arial" w:cs="Arial"/>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1C6FAC"/>
    <w:rPr>
      <w:color w:val="0000FF" w:themeColor="hyperlink"/>
      <w:u w:val="single"/>
    </w:rPr>
  </w:style>
  <w:style w:type="character" w:styleId="Mencinsinresolver">
    <w:name w:val="Unresolved Mention"/>
    <w:basedOn w:val="Fuentedeprrafopredeter"/>
    <w:uiPriority w:val="99"/>
    <w:semiHidden/>
    <w:unhideWhenUsed/>
    <w:rsid w:val="001C6FAC"/>
    <w:rPr>
      <w:color w:val="605E5C"/>
      <w:shd w:val="clear" w:color="auto" w:fill="E1DFDD"/>
    </w:rPr>
  </w:style>
  <w:style w:type="character" w:styleId="Hipervnculovisitado">
    <w:name w:val="FollowedHyperlink"/>
    <w:basedOn w:val="Fuentedeprrafopredeter"/>
    <w:uiPriority w:val="99"/>
    <w:semiHidden/>
    <w:unhideWhenUsed/>
    <w:rsid w:val="005001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iaporcia.com/sites/default/files/naviaporcia/LEADER%202023-2027/DOCUMENTACION%20EDLP/EDLP%20LEADER%202023-2027%20NAVIA-PORC%C3%8DA-DEFINITIV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mailto:dgdesarrollorural@asturias.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6.jpe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CDC06-F35E-4665-ACC0-05FE94E05636}">
  <we:reference id="WA200007708" version="1.0.0.0" store="Omex"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7434</Words>
  <Characters>40893</Characters>
  <Application>Microsoft Office Word</Application>
  <DocSecurity>0</DocSecurity>
  <Lines>340</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simplificado de memoria LEADER Entidades Locales - Navia-Porcía</vt:lpstr>
      <vt:lpstr/>
    </vt:vector>
  </TitlesOfParts>
  <Manager/>
  <Company/>
  <LinksUpToDate>false</LinksUpToDate>
  <CharactersWithSpaces>48231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descriptiva y justificativa LEADER Entidades Locales 2026 - adaptada al Anexo III</dc:title>
  <dc:subject>Modelo de memoria para solicitud de ayudas LEADER a entidades locales</dc:subject>
  <dc:creator>CEDER Navia-Porcía</dc:creator>
  <cp:keywords>LEADER, entidades locales, Anexo III, memoria descriptiva, Navia-Porcía</cp:keywords>
  <dc:description>Modelo simplificado adaptado a las bases reguladoras, presentación de la Consejería y criterios de valoración aportados.</dc:description>
  <cp:lastModifiedBy>ceder</cp:lastModifiedBy>
  <cp:revision>31</cp:revision>
  <dcterms:created xsi:type="dcterms:W3CDTF">2026-07-16T16:57:00Z</dcterms:created>
  <dcterms:modified xsi:type="dcterms:W3CDTF">2026-07-16T17:38:00Z</dcterms:modified>
  <cp:category/>
</cp:coreProperties>
</file>